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25B8" w:rsidRPr="00132C52" w:rsidRDefault="005D2361">
      <w:pPr>
        <w:spacing w:after="100"/>
        <w:jc w:val="center"/>
        <w:rPr>
          <w:lang w:val="ru-RU"/>
        </w:rPr>
      </w:pPr>
      <w:r w:rsidRPr="00132C52">
        <w:rPr>
          <w:lang w:val="ru-RU"/>
        </w:rPr>
        <w:t>МИНИСТЕРСТВО ПРОСВЕЩЕНИЯ РОССИЙСКОЙ ФЕДЕРАЦИИ</w:t>
      </w:r>
    </w:p>
    <w:p w:rsidR="004B25B8" w:rsidRPr="00132C52" w:rsidRDefault="007178AD">
      <w:pPr>
        <w:spacing w:after="100"/>
        <w:jc w:val="center"/>
        <w:rPr>
          <w:lang w:val="ru-RU"/>
        </w:rPr>
      </w:pPr>
      <w:r>
        <w:rPr>
          <w:lang w:val="ru-RU"/>
        </w:rPr>
        <w:t>МИНИСТЕРСТВО ОБРАЗОВАНИЯ ТВЕРСКОЙ ОБЛАСТИ</w:t>
      </w:r>
    </w:p>
    <w:p w:rsidR="004B25B8" w:rsidRPr="00132C52" w:rsidRDefault="007178AD">
      <w:pPr>
        <w:spacing w:after="100"/>
        <w:jc w:val="center"/>
        <w:rPr>
          <w:lang w:val="ru-RU"/>
        </w:rPr>
      </w:pPr>
      <w:r>
        <w:rPr>
          <w:lang w:val="ru-RU"/>
        </w:rPr>
        <w:t>МБОУ РУДНИКОВСКАЯ СОШ</w:t>
      </w:r>
    </w:p>
    <w:p w:rsidR="004B25B8" w:rsidRDefault="004B25B8">
      <w:pPr>
        <w:spacing w:after="100"/>
        <w:jc w:val="center"/>
        <w:rPr>
          <w:lang w:val="ru-RU"/>
        </w:rPr>
      </w:pPr>
    </w:p>
    <w:p w:rsidR="007178AD" w:rsidRDefault="007178AD">
      <w:pPr>
        <w:spacing w:after="100"/>
        <w:jc w:val="center"/>
        <w:rPr>
          <w:lang w:val="ru-RU"/>
        </w:rPr>
      </w:pPr>
    </w:p>
    <w:p w:rsidR="007178AD" w:rsidRDefault="007178AD">
      <w:pPr>
        <w:spacing w:after="100"/>
        <w:jc w:val="center"/>
        <w:rPr>
          <w:lang w:val="ru-RU"/>
        </w:rPr>
      </w:pPr>
    </w:p>
    <w:p w:rsidR="007178AD" w:rsidRPr="00132C52" w:rsidRDefault="007178AD">
      <w:pPr>
        <w:spacing w:after="100"/>
        <w:jc w:val="center"/>
        <w:rPr>
          <w:lang w:val="ru-RU"/>
        </w:rPr>
      </w:pPr>
    </w:p>
    <w:p w:rsidR="007178AD" w:rsidRDefault="005D2361">
      <w:pPr>
        <w:spacing w:after="100"/>
        <w:jc w:val="center"/>
        <w:rPr>
          <w:b/>
          <w:sz w:val="30"/>
          <w:lang w:val="ru-RU"/>
        </w:rPr>
      </w:pPr>
      <w:r w:rsidRPr="00132C52">
        <w:rPr>
          <w:b/>
          <w:sz w:val="30"/>
          <w:lang w:val="ru-RU"/>
        </w:rPr>
        <w:t>РАБОЧАЯ ПРОГРАММА</w:t>
      </w:r>
    </w:p>
    <w:p w:rsidR="007178AD" w:rsidRDefault="00132C52">
      <w:pPr>
        <w:spacing w:after="100"/>
        <w:jc w:val="center"/>
        <w:rPr>
          <w:b/>
          <w:sz w:val="30"/>
          <w:lang w:val="ru-RU"/>
        </w:rPr>
      </w:pPr>
      <w:r>
        <w:rPr>
          <w:b/>
          <w:sz w:val="30"/>
          <w:lang w:val="ru-RU"/>
        </w:rPr>
        <w:br/>
        <w:t xml:space="preserve">курса внеурочной деятельности </w:t>
      </w:r>
    </w:p>
    <w:p w:rsidR="004B25B8" w:rsidRDefault="00132C52">
      <w:pPr>
        <w:spacing w:after="100"/>
        <w:jc w:val="center"/>
        <w:rPr>
          <w:b/>
          <w:sz w:val="28"/>
          <w:lang w:val="ru-RU"/>
        </w:rPr>
      </w:pPr>
      <w:r>
        <w:rPr>
          <w:b/>
          <w:sz w:val="30"/>
          <w:lang w:val="ru-RU"/>
        </w:rPr>
        <w:br/>
      </w:r>
      <w:r w:rsidR="005D2361" w:rsidRPr="00132C52">
        <w:rPr>
          <w:b/>
          <w:sz w:val="28"/>
          <w:lang w:val="ru-RU"/>
        </w:rPr>
        <w:t>«ФИНАНСОВАЯ ГРАМОТНОСТЬ»</w:t>
      </w:r>
    </w:p>
    <w:p w:rsidR="007178AD" w:rsidRPr="00132C52" w:rsidRDefault="007178AD">
      <w:pPr>
        <w:spacing w:after="100"/>
        <w:jc w:val="center"/>
        <w:rPr>
          <w:lang w:val="ru-RU"/>
        </w:rPr>
      </w:pPr>
    </w:p>
    <w:p w:rsidR="004B25B8" w:rsidRPr="00132C52" w:rsidRDefault="005D2361">
      <w:pPr>
        <w:spacing w:after="100"/>
        <w:jc w:val="center"/>
        <w:rPr>
          <w:lang w:val="ru-RU"/>
        </w:rPr>
      </w:pPr>
      <w:r w:rsidRPr="00132C52">
        <w:rPr>
          <w:sz w:val="24"/>
          <w:lang w:val="ru-RU"/>
        </w:rPr>
        <w:t>для обучающихся [1, 2, 3, 4] классов</w:t>
      </w:r>
    </w:p>
    <w:p w:rsidR="004B25B8" w:rsidRPr="00132C52" w:rsidRDefault="005D2361">
      <w:pPr>
        <w:spacing w:after="100"/>
        <w:jc w:val="center"/>
        <w:rPr>
          <w:lang w:val="ru-RU"/>
        </w:rPr>
      </w:pPr>
      <w:r w:rsidRPr="00132C52">
        <w:rPr>
          <w:lang w:val="ru-RU"/>
        </w:rPr>
        <w:t>2026/2027 учебный год</w:t>
      </w:r>
    </w:p>
    <w:p w:rsidR="004B25B8" w:rsidRDefault="004B25B8">
      <w:pPr>
        <w:spacing w:after="100"/>
        <w:jc w:val="center"/>
        <w:rPr>
          <w:lang w:val="ru-RU"/>
        </w:rPr>
      </w:pPr>
    </w:p>
    <w:p w:rsidR="007178AD" w:rsidRDefault="007178AD">
      <w:pPr>
        <w:spacing w:after="100"/>
        <w:jc w:val="center"/>
        <w:rPr>
          <w:lang w:val="ru-RU"/>
        </w:rPr>
      </w:pPr>
    </w:p>
    <w:p w:rsidR="007178AD" w:rsidRDefault="007178AD">
      <w:pPr>
        <w:spacing w:after="100"/>
        <w:jc w:val="center"/>
        <w:rPr>
          <w:lang w:val="ru-RU"/>
        </w:rPr>
      </w:pPr>
    </w:p>
    <w:p w:rsidR="007178AD" w:rsidRDefault="007178AD">
      <w:pPr>
        <w:spacing w:after="100"/>
        <w:jc w:val="center"/>
        <w:rPr>
          <w:lang w:val="ru-RU"/>
        </w:rPr>
      </w:pPr>
    </w:p>
    <w:p w:rsidR="007178AD" w:rsidRDefault="007178AD">
      <w:pPr>
        <w:spacing w:after="100"/>
        <w:jc w:val="center"/>
        <w:rPr>
          <w:lang w:val="ru-RU"/>
        </w:rPr>
      </w:pPr>
    </w:p>
    <w:p w:rsidR="007178AD" w:rsidRDefault="007178AD">
      <w:pPr>
        <w:spacing w:after="100"/>
        <w:jc w:val="center"/>
        <w:rPr>
          <w:lang w:val="ru-RU"/>
        </w:rPr>
      </w:pPr>
    </w:p>
    <w:p w:rsidR="007178AD" w:rsidRDefault="007178AD">
      <w:pPr>
        <w:spacing w:after="100"/>
        <w:jc w:val="center"/>
        <w:rPr>
          <w:lang w:val="ru-RU"/>
        </w:rPr>
      </w:pPr>
    </w:p>
    <w:p w:rsidR="007178AD" w:rsidRDefault="007178AD">
      <w:pPr>
        <w:spacing w:after="100"/>
        <w:jc w:val="center"/>
        <w:rPr>
          <w:lang w:val="ru-RU"/>
        </w:rPr>
      </w:pPr>
    </w:p>
    <w:p w:rsidR="007178AD" w:rsidRPr="00132C52" w:rsidRDefault="007178AD">
      <w:pPr>
        <w:spacing w:after="100"/>
        <w:jc w:val="center"/>
        <w:rPr>
          <w:lang w:val="ru-RU"/>
        </w:rPr>
      </w:pPr>
    </w:p>
    <w:p w:rsidR="009E72CD" w:rsidRDefault="007178AD">
      <w:pPr>
        <w:spacing w:after="100"/>
        <w:jc w:val="center"/>
        <w:rPr>
          <w:lang w:val="ru-RU"/>
        </w:rPr>
      </w:pPr>
      <w:r>
        <w:rPr>
          <w:lang w:val="ru-RU"/>
        </w:rPr>
        <w:t>Рудниково</w:t>
      </w:r>
      <w:r w:rsidR="005D2361" w:rsidRPr="00132C52">
        <w:rPr>
          <w:lang w:val="ru-RU"/>
        </w:rPr>
        <w:t xml:space="preserve">, </w:t>
      </w:r>
    </w:p>
    <w:p w:rsidR="004B25B8" w:rsidRPr="00132C52" w:rsidRDefault="005D2361">
      <w:pPr>
        <w:spacing w:after="100"/>
        <w:jc w:val="center"/>
        <w:rPr>
          <w:lang w:val="ru-RU"/>
        </w:rPr>
      </w:pPr>
      <w:r w:rsidRPr="00132C52">
        <w:rPr>
          <w:lang w:val="ru-RU"/>
        </w:rPr>
        <w:t>2026</w:t>
      </w:r>
    </w:p>
    <w:p w:rsidR="004B25B8" w:rsidRPr="00132C52" w:rsidRDefault="005D2361">
      <w:pPr>
        <w:rPr>
          <w:lang w:val="ru-RU"/>
        </w:rPr>
      </w:pPr>
      <w:r w:rsidRPr="00132C52">
        <w:rPr>
          <w:lang w:val="ru-RU"/>
        </w:rPr>
        <w:br w:type="page"/>
      </w:r>
    </w:p>
    <w:p w:rsidR="004B25B8" w:rsidRPr="00132C52" w:rsidRDefault="005D2361">
      <w:pPr>
        <w:pStyle w:val="1"/>
        <w:spacing w:before="200" w:after="120"/>
        <w:rPr>
          <w:lang w:val="ru-RU"/>
        </w:rPr>
      </w:pPr>
      <w:r w:rsidRPr="00132C52">
        <w:rPr>
          <w:rFonts w:ascii="Times New Roman" w:hAnsi="Times New Roman"/>
          <w:sz w:val="26"/>
          <w:lang w:val="ru-RU"/>
        </w:rPr>
        <w:lastRenderedPageBreak/>
        <w:t>ПОЯСНИТЕЛЬНАЯ ЗАПИСКА</w:t>
      </w:r>
    </w:p>
    <w:p w:rsidR="004B25B8" w:rsidRPr="00132C52" w:rsidRDefault="005D2361">
      <w:pPr>
        <w:spacing w:after="80"/>
        <w:ind w:firstLine="709"/>
        <w:rPr>
          <w:lang w:val="ru-RU"/>
        </w:rPr>
      </w:pPr>
      <w:r w:rsidRPr="00132C52">
        <w:rPr>
          <w:lang w:val="ru-RU"/>
        </w:rPr>
        <w:t>Рабочая программа разработана в соответствии с Федеральным законом от 29.12.2012 № 273-ФЗ «Об образовании в Российской Федерации»; федеральными государственными образовательными стандартами начального, основного и среднего общего образования; федеральными образовательными программами соответствующего уровня общего образования; приказом Минпросвещения России от 10.11.2025 № 808 (с учётом вносимых им изменений); приказом Минпросвещения России от 15.07.2026 № 501 о внесении изменений в перечень электронных образовательных ресурсов; СП 2.4.2.4283-26, действующими с 01.09.2026; СанПиН 1.2.3685-21; основной образовательной программой и учебным планом образовательной организации.</w:t>
      </w:r>
    </w:p>
    <w:p w:rsidR="004B25B8" w:rsidRPr="00132C52" w:rsidRDefault="005D2361">
      <w:pPr>
        <w:spacing w:after="80"/>
        <w:ind w:firstLine="709"/>
        <w:rPr>
          <w:lang w:val="ru-RU"/>
        </w:rPr>
      </w:pPr>
      <w:r w:rsidRPr="00132C52">
        <w:rPr>
          <w:lang w:val="ru-RU"/>
        </w:rPr>
        <w:t>Курс имеет прикладную направленность и формирует у обучающихся опыт ответственного финансового поведения. Он может реализовываться как учебный курс ЧФУ либо как курс внеурочной деятельности на основании решения образовательной организации и её учебного плана (плана внеурочной деятельности).</w:t>
      </w:r>
    </w:p>
    <w:p w:rsidR="004B25B8" w:rsidRPr="00132C52" w:rsidRDefault="005D2361">
      <w:pPr>
        <w:pStyle w:val="1"/>
        <w:spacing w:before="200" w:after="120"/>
        <w:rPr>
          <w:lang w:val="ru-RU"/>
        </w:rPr>
      </w:pPr>
      <w:r w:rsidRPr="00132C52">
        <w:rPr>
          <w:rFonts w:ascii="Times New Roman" w:hAnsi="Times New Roman"/>
          <w:sz w:val="26"/>
          <w:lang w:val="ru-RU"/>
        </w:rPr>
        <w:t>ОБЩАЯ ХАРАКТЕРИСТИКА КУРСА «ФИНАНСОВАЯ ГРАМОТНОСТЬ»</w:t>
      </w:r>
    </w:p>
    <w:p w:rsidR="004B25B8" w:rsidRPr="00132C52" w:rsidRDefault="005D2361">
      <w:pPr>
        <w:spacing w:after="80"/>
        <w:ind w:firstLine="709"/>
        <w:rPr>
          <w:lang w:val="ru-RU"/>
        </w:rPr>
      </w:pPr>
      <w:r w:rsidRPr="00132C52">
        <w:rPr>
          <w:lang w:val="ru-RU"/>
        </w:rPr>
        <w:t>Содержание курса объединяет вопросы личного и семейного бюджета, сбережений, банковских услуг, финансовой безопасности, прав потребителя, налогов, страхования, труда и предпринимательства. Формы занятий: беседа, деловая игра, практикум, разбор жизненной ситуации, работа с цифровыми ресурсами, мини-проект.</w:t>
      </w:r>
    </w:p>
    <w:p w:rsidR="004B25B8" w:rsidRPr="00132C52" w:rsidRDefault="005D2361">
      <w:pPr>
        <w:pStyle w:val="1"/>
        <w:spacing w:before="200" w:after="120"/>
        <w:rPr>
          <w:lang w:val="ru-RU"/>
        </w:rPr>
      </w:pPr>
      <w:r w:rsidRPr="00132C52">
        <w:rPr>
          <w:rFonts w:ascii="Times New Roman" w:hAnsi="Times New Roman"/>
          <w:sz w:val="26"/>
          <w:lang w:val="ru-RU"/>
        </w:rPr>
        <w:t>ЦЕЛИ ИЗУЧЕНИЯ КУРСА</w:t>
      </w:r>
    </w:p>
    <w:p w:rsidR="004B25B8" w:rsidRPr="00132C52" w:rsidRDefault="005D2361">
      <w:pPr>
        <w:spacing w:after="40"/>
        <w:ind w:firstLine="567"/>
        <w:rPr>
          <w:lang w:val="ru-RU"/>
        </w:rPr>
      </w:pPr>
      <w:r w:rsidRPr="00132C52">
        <w:rPr>
          <w:lang w:val="ru-RU"/>
        </w:rPr>
        <w:t>формирование основ финансовой культуры и ответственного финансового поведения;</w:t>
      </w:r>
    </w:p>
    <w:p w:rsidR="004B25B8" w:rsidRPr="00132C52" w:rsidRDefault="005D2361">
      <w:pPr>
        <w:spacing w:after="40"/>
        <w:ind w:firstLine="567"/>
        <w:rPr>
          <w:lang w:val="ru-RU"/>
        </w:rPr>
      </w:pPr>
      <w:r w:rsidRPr="00132C52">
        <w:rPr>
          <w:lang w:val="ru-RU"/>
        </w:rPr>
        <w:t>развитие умения ставить финансовые цели, планировать доходы и расходы, оценивать варианты решений;</w:t>
      </w:r>
    </w:p>
    <w:p w:rsidR="004B25B8" w:rsidRPr="00132C52" w:rsidRDefault="005D2361">
      <w:pPr>
        <w:spacing w:after="40"/>
        <w:ind w:firstLine="567"/>
        <w:rPr>
          <w:lang w:val="ru-RU"/>
        </w:rPr>
      </w:pPr>
      <w:r w:rsidRPr="00132C52">
        <w:rPr>
          <w:lang w:val="ru-RU"/>
        </w:rPr>
        <w:t>формирование навыков безопасного использования финансовых и цифровых сервисов;</w:t>
      </w:r>
    </w:p>
    <w:p w:rsidR="004B25B8" w:rsidRPr="00132C52" w:rsidRDefault="005D2361">
      <w:pPr>
        <w:spacing w:after="40"/>
        <w:ind w:firstLine="567"/>
        <w:rPr>
          <w:lang w:val="ru-RU"/>
        </w:rPr>
      </w:pPr>
      <w:r w:rsidRPr="00132C52">
        <w:rPr>
          <w:lang w:val="ru-RU"/>
        </w:rPr>
        <w:t>развитие готовности применять знания в повседневной жизни и учебно-проектной деятельности.</w:t>
      </w:r>
    </w:p>
    <w:p w:rsidR="004B25B8" w:rsidRPr="00132C52" w:rsidRDefault="005D2361">
      <w:pPr>
        <w:pStyle w:val="1"/>
        <w:spacing w:before="200" w:after="120"/>
        <w:rPr>
          <w:lang w:val="ru-RU"/>
        </w:rPr>
      </w:pPr>
      <w:r w:rsidRPr="00132C52">
        <w:rPr>
          <w:rFonts w:ascii="Times New Roman" w:hAnsi="Times New Roman"/>
          <w:sz w:val="26"/>
          <w:lang w:val="ru-RU"/>
        </w:rPr>
        <w:t>МЕСТО КУРСА В УЧЕБНОМ ПЛАНЕ (ПЛАНЕ ВНЕУРОЧНОЙ ДЕЯТЕЛЬНОСТИ)</w:t>
      </w:r>
    </w:p>
    <w:p w:rsidR="004B25B8" w:rsidRPr="00132C52" w:rsidRDefault="005D2361">
      <w:pPr>
        <w:spacing w:after="80"/>
        <w:ind w:firstLine="709"/>
        <w:rPr>
          <w:lang w:val="ru-RU"/>
        </w:rPr>
      </w:pPr>
      <w:r w:rsidRPr="00132C52">
        <w:rPr>
          <w:lang w:val="ru-RU"/>
        </w:rPr>
        <w:t>Рекомендуемый объём — 1 час в неделю, 34 часа в год: всего 136 часов за уровень (1, 2, 3, 4 классы). Допускается реализация в ином объёме, установленном учебным планом / планом внеурочной деятельности; в этом случае тематическое и поурочное планирование корректируется пропорционально без изменения планируемых результатов.</w:t>
      </w:r>
    </w:p>
    <w:p w:rsidR="004B25B8" w:rsidRPr="00132C52" w:rsidRDefault="005D2361">
      <w:pPr>
        <w:pStyle w:val="1"/>
        <w:spacing w:before="200" w:after="120"/>
        <w:rPr>
          <w:lang w:val="ru-RU"/>
        </w:rPr>
      </w:pPr>
      <w:r w:rsidRPr="00132C52">
        <w:rPr>
          <w:rFonts w:ascii="Times New Roman" w:hAnsi="Times New Roman"/>
          <w:sz w:val="26"/>
          <w:lang w:val="ru-RU"/>
        </w:rPr>
        <w:t>СОДЕРЖАНИЕ КУРСА</w:t>
      </w:r>
    </w:p>
    <w:p w:rsidR="004B25B8" w:rsidRPr="00132C52" w:rsidRDefault="005D2361">
      <w:pPr>
        <w:spacing w:after="80"/>
        <w:ind w:firstLine="709"/>
        <w:rPr>
          <w:lang w:val="ru-RU"/>
        </w:rPr>
      </w:pPr>
      <w:r w:rsidRPr="00132C52">
        <w:rPr>
          <w:lang w:val="ru-RU"/>
        </w:rPr>
        <w:t>Личные финансы и бюджет. Доходы, расходы, цели, сбережения.</w:t>
      </w:r>
    </w:p>
    <w:p w:rsidR="004B25B8" w:rsidRPr="00132C52" w:rsidRDefault="005D2361">
      <w:pPr>
        <w:spacing w:after="80"/>
        <w:ind w:firstLine="709"/>
        <w:rPr>
          <w:lang w:val="ru-RU"/>
        </w:rPr>
      </w:pPr>
      <w:r w:rsidRPr="00132C52">
        <w:rPr>
          <w:lang w:val="ru-RU"/>
        </w:rPr>
        <w:t>Финансовые организации и продукты. Банк, счёт, вклад, карта, платежи; в старших классах — кредит, инвестиции, пенсионные накопления.</w:t>
      </w:r>
    </w:p>
    <w:p w:rsidR="004B25B8" w:rsidRPr="00132C52" w:rsidRDefault="005D2361">
      <w:pPr>
        <w:spacing w:after="80"/>
        <w:ind w:firstLine="709"/>
        <w:rPr>
          <w:lang w:val="ru-RU"/>
        </w:rPr>
      </w:pPr>
      <w:r w:rsidRPr="00132C52">
        <w:rPr>
          <w:lang w:val="ru-RU"/>
        </w:rPr>
        <w:t>Потребитель и финансовая безопасность. Цена, договор, права потребителя, страхование, налоги, защита от мошенничества.</w:t>
      </w:r>
    </w:p>
    <w:p w:rsidR="004B25B8" w:rsidRPr="00132C52" w:rsidRDefault="005D2361">
      <w:pPr>
        <w:spacing w:after="80"/>
        <w:ind w:firstLine="709"/>
        <w:rPr>
          <w:lang w:val="ru-RU"/>
        </w:rPr>
      </w:pPr>
      <w:r w:rsidRPr="00132C52">
        <w:rPr>
          <w:lang w:val="ru-RU"/>
        </w:rPr>
        <w:t>Труд, предпринимательство и проект. Источники доходов, бизнес-идея, финансовый план, презентация решения.</w:t>
      </w:r>
    </w:p>
    <w:p w:rsidR="004B25B8" w:rsidRPr="00132C52" w:rsidRDefault="005D2361">
      <w:pPr>
        <w:pStyle w:val="1"/>
        <w:spacing w:before="200" w:after="120"/>
        <w:rPr>
          <w:lang w:val="ru-RU"/>
        </w:rPr>
      </w:pPr>
      <w:r w:rsidRPr="00132C52">
        <w:rPr>
          <w:rFonts w:ascii="Times New Roman" w:hAnsi="Times New Roman"/>
          <w:sz w:val="26"/>
          <w:lang w:val="ru-RU"/>
        </w:rPr>
        <w:t>ПЛАНИРУЕМЫЕ ОБРАЗОВАТЕЛЬНЫЕ РЕЗУЛЬТАТЫ</w:t>
      </w:r>
    </w:p>
    <w:p w:rsidR="004B25B8" w:rsidRPr="00132C52" w:rsidRDefault="005D2361">
      <w:pPr>
        <w:pStyle w:val="21"/>
        <w:spacing w:after="120"/>
        <w:rPr>
          <w:lang w:val="ru-RU"/>
        </w:rPr>
      </w:pPr>
      <w:r w:rsidRPr="00132C52">
        <w:rPr>
          <w:rFonts w:ascii="Times New Roman" w:hAnsi="Times New Roman"/>
          <w:sz w:val="24"/>
          <w:lang w:val="ru-RU"/>
        </w:rPr>
        <w:t>Личностные результаты</w:t>
      </w:r>
    </w:p>
    <w:p w:rsidR="004B25B8" w:rsidRPr="00132C52" w:rsidRDefault="005D2361">
      <w:pPr>
        <w:spacing w:after="80"/>
        <w:ind w:firstLine="709"/>
        <w:rPr>
          <w:lang w:val="ru-RU"/>
        </w:rPr>
      </w:pPr>
      <w:r w:rsidRPr="00132C52">
        <w:rPr>
          <w:lang w:val="ru-RU"/>
        </w:rPr>
        <w:t>Осознание ценности труда и ответственного отношения к деньгам; готовность к разумному потреблению; неприятие финансового мошенничества; уважение к правам других участников финансовых отношений.</w:t>
      </w:r>
    </w:p>
    <w:p w:rsidR="004B25B8" w:rsidRPr="00132C52" w:rsidRDefault="005D2361">
      <w:pPr>
        <w:pStyle w:val="21"/>
        <w:spacing w:after="120"/>
        <w:rPr>
          <w:lang w:val="ru-RU"/>
        </w:rPr>
      </w:pPr>
      <w:r w:rsidRPr="00132C52">
        <w:rPr>
          <w:rFonts w:ascii="Times New Roman" w:hAnsi="Times New Roman"/>
          <w:sz w:val="24"/>
          <w:lang w:val="ru-RU"/>
        </w:rPr>
        <w:t>Метапредметные результаты</w:t>
      </w:r>
    </w:p>
    <w:p w:rsidR="004B25B8" w:rsidRPr="00132C52" w:rsidRDefault="005D2361">
      <w:pPr>
        <w:spacing w:after="80"/>
        <w:ind w:firstLine="709"/>
        <w:rPr>
          <w:lang w:val="ru-RU"/>
        </w:rPr>
      </w:pPr>
      <w:r w:rsidRPr="00132C52">
        <w:rPr>
          <w:lang w:val="ru-RU"/>
        </w:rPr>
        <w:t>Умение искать и критически оценивать информацию, сравнивать варианты, выполнять расчёты, работать в группе, представлять результат, применять правила цифровой безопасности.</w:t>
      </w:r>
    </w:p>
    <w:p w:rsidR="004B25B8" w:rsidRPr="00132C52" w:rsidRDefault="005D2361">
      <w:pPr>
        <w:pStyle w:val="21"/>
        <w:spacing w:after="120"/>
        <w:rPr>
          <w:lang w:val="ru-RU"/>
        </w:rPr>
      </w:pPr>
      <w:r w:rsidRPr="00132C52">
        <w:rPr>
          <w:rFonts w:ascii="Times New Roman" w:hAnsi="Times New Roman"/>
          <w:sz w:val="24"/>
          <w:lang w:val="ru-RU"/>
        </w:rPr>
        <w:t>Предметные результаты</w:t>
      </w:r>
    </w:p>
    <w:p w:rsidR="004B25B8" w:rsidRPr="00132C52" w:rsidRDefault="005D2361">
      <w:pPr>
        <w:spacing w:after="80"/>
        <w:ind w:firstLine="709"/>
        <w:rPr>
          <w:lang w:val="ru-RU"/>
        </w:rPr>
      </w:pPr>
      <w:r w:rsidRPr="00132C52">
        <w:rPr>
          <w:lang w:val="ru-RU"/>
        </w:rPr>
        <w:t>Обучающийся объясняет назначение денег и финансовых институтов; различает доходы, расходы и сбережения; составляет простой финансовый план; выбирает безопасные способы расчётов; распознаёт признаки мошенничества; решает практические финансовые задачи в соответствии с возрастом.</w:t>
      </w:r>
    </w:p>
    <w:p w:rsidR="004B25B8" w:rsidRPr="00132C52" w:rsidRDefault="005D2361">
      <w:pPr>
        <w:rPr>
          <w:lang w:val="ru-RU"/>
        </w:rPr>
      </w:pPr>
      <w:r w:rsidRPr="00132C52">
        <w:rPr>
          <w:lang w:val="ru-RU"/>
        </w:rPr>
        <w:br w:type="page"/>
      </w:r>
    </w:p>
    <w:p w:rsidR="004B25B8" w:rsidRDefault="005D2361">
      <w:pPr>
        <w:pStyle w:val="1"/>
        <w:spacing w:before="200" w:after="120"/>
      </w:pPr>
      <w:r>
        <w:rPr>
          <w:rFonts w:ascii="Times New Roman" w:hAnsi="Times New Roman"/>
          <w:sz w:val="26"/>
        </w:rPr>
        <w:t>ТЕМАТИЧЕСКОЕ ПЛАНИРОВАНИЕ. 1 КЛАСС</w:t>
      </w:r>
    </w:p>
    <w:tbl>
      <w:tblPr>
        <w:tblStyle w:val="aff0"/>
        <w:tblW w:w="0" w:type="auto"/>
        <w:jc w:val="center"/>
        <w:tblLayout w:type="fixed"/>
        <w:tblLook w:val="04A0"/>
      </w:tblPr>
      <w:tblGrid>
        <w:gridCol w:w="453"/>
        <w:gridCol w:w="2664"/>
        <w:gridCol w:w="680"/>
        <w:gridCol w:w="850"/>
        <w:gridCol w:w="907"/>
        <w:gridCol w:w="3969"/>
      </w:tblGrid>
      <w:tr w:rsidR="004B25B8">
        <w:trPr>
          <w:jc w:val="center"/>
        </w:trPr>
        <w:tc>
          <w:tcPr>
            <w:tcW w:w="453" w:type="dxa"/>
            <w:shd w:val="clear" w:color="auto" w:fill="D9EAF7"/>
            <w:vAlign w:val="center"/>
          </w:tcPr>
          <w:p w:rsidR="004B25B8" w:rsidRDefault="005D2361">
            <w:pPr>
              <w:jc w:val="center"/>
            </w:pPr>
            <w:r>
              <w:rPr>
                <w:b/>
                <w:sz w:val="18"/>
              </w:rPr>
              <w:t>№</w:t>
            </w:r>
          </w:p>
        </w:tc>
        <w:tc>
          <w:tcPr>
            <w:tcW w:w="2664" w:type="dxa"/>
            <w:shd w:val="clear" w:color="auto" w:fill="D9EAF7"/>
            <w:vAlign w:val="center"/>
          </w:tcPr>
          <w:p w:rsidR="004B25B8" w:rsidRDefault="005D2361">
            <w:pPr>
              <w:jc w:val="center"/>
            </w:pPr>
            <w:r>
              <w:rPr>
                <w:b/>
                <w:sz w:val="18"/>
              </w:rPr>
              <w:t>Раздел</w:t>
            </w:r>
          </w:p>
        </w:tc>
        <w:tc>
          <w:tcPr>
            <w:tcW w:w="680" w:type="dxa"/>
            <w:shd w:val="clear" w:color="auto" w:fill="D9EAF7"/>
            <w:vAlign w:val="center"/>
          </w:tcPr>
          <w:p w:rsidR="004B25B8" w:rsidRDefault="005D2361">
            <w:pPr>
              <w:jc w:val="center"/>
            </w:pPr>
            <w:r>
              <w:rPr>
                <w:b/>
                <w:sz w:val="18"/>
              </w:rPr>
              <w:t>Всего часов</w:t>
            </w:r>
          </w:p>
        </w:tc>
        <w:tc>
          <w:tcPr>
            <w:tcW w:w="850" w:type="dxa"/>
            <w:shd w:val="clear" w:color="auto" w:fill="D9EAF7"/>
            <w:vAlign w:val="center"/>
          </w:tcPr>
          <w:p w:rsidR="004B25B8" w:rsidRDefault="005D2361">
            <w:pPr>
              <w:jc w:val="center"/>
            </w:pPr>
            <w:r>
              <w:rPr>
                <w:b/>
                <w:sz w:val="18"/>
              </w:rPr>
              <w:t>Контрольные работы</w:t>
            </w:r>
          </w:p>
        </w:tc>
        <w:tc>
          <w:tcPr>
            <w:tcW w:w="907" w:type="dxa"/>
            <w:shd w:val="clear" w:color="auto" w:fill="D9EAF7"/>
            <w:vAlign w:val="center"/>
          </w:tcPr>
          <w:p w:rsidR="004B25B8" w:rsidRDefault="005D2361">
            <w:pPr>
              <w:jc w:val="center"/>
            </w:pPr>
            <w:r>
              <w:rPr>
                <w:b/>
                <w:sz w:val="18"/>
              </w:rPr>
              <w:t>Практические работы</w:t>
            </w:r>
          </w:p>
        </w:tc>
        <w:tc>
          <w:tcPr>
            <w:tcW w:w="3969" w:type="dxa"/>
            <w:shd w:val="clear" w:color="auto" w:fill="D9EAF7"/>
            <w:vAlign w:val="center"/>
          </w:tcPr>
          <w:p w:rsidR="004B25B8" w:rsidRDefault="005D2361">
            <w:pPr>
              <w:jc w:val="center"/>
            </w:pPr>
            <w:r>
              <w:rPr>
                <w:b/>
                <w:sz w:val="18"/>
              </w:rPr>
              <w:t>ЭОР</w:t>
            </w:r>
          </w:p>
        </w:tc>
      </w:tr>
      <w:tr w:rsidR="004B25B8" w:rsidRPr="007178AD">
        <w:trPr>
          <w:jc w:val="center"/>
        </w:trPr>
        <w:tc>
          <w:tcPr>
            <w:tcW w:w="453" w:type="dxa"/>
          </w:tcPr>
          <w:p w:rsidR="004B25B8" w:rsidRDefault="005D2361">
            <w:r>
              <w:rPr>
                <w:sz w:val="17"/>
              </w:rPr>
              <w:t>1</w:t>
            </w:r>
          </w:p>
        </w:tc>
        <w:tc>
          <w:tcPr>
            <w:tcW w:w="2664" w:type="dxa"/>
          </w:tcPr>
          <w:p w:rsidR="004B25B8" w:rsidRDefault="005D2361">
            <w:r>
              <w:rPr>
                <w:sz w:val="17"/>
              </w:rPr>
              <w:t>Личные финансы и бюджет</w:t>
            </w:r>
          </w:p>
        </w:tc>
        <w:tc>
          <w:tcPr>
            <w:tcW w:w="680" w:type="dxa"/>
          </w:tcPr>
          <w:p w:rsidR="004B25B8" w:rsidRDefault="005D2361">
            <w:r>
              <w:rPr>
                <w:sz w:val="17"/>
              </w:rPr>
              <w:t>8</w:t>
            </w:r>
          </w:p>
        </w:tc>
        <w:tc>
          <w:tcPr>
            <w:tcW w:w="850" w:type="dxa"/>
          </w:tcPr>
          <w:p w:rsidR="004B25B8" w:rsidRDefault="005D2361">
            <w:r>
              <w:rPr>
                <w:sz w:val="17"/>
              </w:rPr>
              <w:t>—</w:t>
            </w:r>
          </w:p>
        </w:tc>
        <w:tc>
          <w:tcPr>
            <w:tcW w:w="907" w:type="dxa"/>
          </w:tcPr>
          <w:p w:rsidR="004B25B8" w:rsidRDefault="005D2361">
            <w:r>
              <w:rPr>
                <w:sz w:val="17"/>
              </w:rPr>
              <w:t>2</w:t>
            </w:r>
          </w:p>
        </w:tc>
        <w:tc>
          <w:tcPr>
            <w:tcW w:w="3969" w:type="dxa"/>
          </w:tcPr>
          <w:p w:rsidR="004B25B8" w:rsidRPr="00132C52" w:rsidRDefault="005D2361">
            <w:pPr>
              <w:rPr>
                <w:lang w:val="ru-RU"/>
              </w:rPr>
            </w:pPr>
            <w:r w:rsidRPr="00132C52">
              <w:rPr>
                <w:sz w:val="17"/>
                <w:lang w:val="ru-RU"/>
              </w:rPr>
              <w:t>ФГИС «Моя школа»; РЭШ; «Финансовая культура» Банка России.</w:t>
            </w:r>
          </w:p>
        </w:tc>
      </w:tr>
      <w:tr w:rsidR="004B25B8" w:rsidRPr="007178AD">
        <w:trPr>
          <w:jc w:val="center"/>
        </w:trPr>
        <w:tc>
          <w:tcPr>
            <w:tcW w:w="453" w:type="dxa"/>
          </w:tcPr>
          <w:p w:rsidR="004B25B8" w:rsidRDefault="005D2361">
            <w:r>
              <w:rPr>
                <w:sz w:val="17"/>
              </w:rPr>
              <w:t>2</w:t>
            </w:r>
          </w:p>
        </w:tc>
        <w:tc>
          <w:tcPr>
            <w:tcW w:w="2664" w:type="dxa"/>
          </w:tcPr>
          <w:p w:rsidR="004B25B8" w:rsidRDefault="005D2361">
            <w:r>
              <w:rPr>
                <w:sz w:val="17"/>
              </w:rPr>
              <w:t>Финансовые продукты и услуги</w:t>
            </w:r>
          </w:p>
        </w:tc>
        <w:tc>
          <w:tcPr>
            <w:tcW w:w="680" w:type="dxa"/>
          </w:tcPr>
          <w:p w:rsidR="004B25B8" w:rsidRDefault="005D2361">
            <w:r>
              <w:rPr>
                <w:sz w:val="17"/>
              </w:rPr>
              <w:t>8</w:t>
            </w:r>
          </w:p>
        </w:tc>
        <w:tc>
          <w:tcPr>
            <w:tcW w:w="850" w:type="dxa"/>
          </w:tcPr>
          <w:p w:rsidR="004B25B8" w:rsidRDefault="005D2361">
            <w:r>
              <w:rPr>
                <w:sz w:val="17"/>
              </w:rPr>
              <w:t>—</w:t>
            </w:r>
          </w:p>
        </w:tc>
        <w:tc>
          <w:tcPr>
            <w:tcW w:w="907" w:type="dxa"/>
          </w:tcPr>
          <w:p w:rsidR="004B25B8" w:rsidRDefault="005D2361">
            <w:r>
              <w:rPr>
                <w:sz w:val="17"/>
              </w:rPr>
              <w:t>2</w:t>
            </w:r>
          </w:p>
        </w:tc>
        <w:tc>
          <w:tcPr>
            <w:tcW w:w="3969" w:type="dxa"/>
          </w:tcPr>
          <w:p w:rsidR="004B25B8" w:rsidRPr="00132C52" w:rsidRDefault="005D2361">
            <w:pPr>
              <w:rPr>
                <w:lang w:val="ru-RU"/>
              </w:rPr>
            </w:pPr>
            <w:r w:rsidRPr="00132C52">
              <w:rPr>
                <w:sz w:val="17"/>
                <w:lang w:val="ru-RU"/>
              </w:rPr>
              <w:t>ФГИС «Моя школа»; РЭШ; «Финансовая культура» Банка России.</w:t>
            </w:r>
          </w:p>
        </w:tc>
      </w:tr>
      <w:tr w:rsidR="004B25B8" w:rsidRPr="007178AD">
        <w:trPr>
          <w:jc w:val="center"/>
        </w:trPr>
        <w:tc>
          <w:tcPr>
            <w:tcW w:w="453" w:type="dxa"/>
          </w:tcPr>
          <w:p w:rsidR="004B25B8" w:rsidRDefault="005D2361">
            <w:r>
              <w:rPr>
                <w:sz w:val="17"/>
              </w:rPr>
              <w:t>3</w:t>
            </w:r>
          </w:p>
        </w:tc>
        <w:tc>
          <w:tcPr>
            <w:tcW w:w="2664" w:type="dxa"/>
          </w:tcPr>
          <w:p w:rsidR="004B25B8" w:rsidRDefault="005D2361">
            <w:r>
              <w:rPr>
                <w:sz w:val="17"/>
              </w:rPr>
              <w:t>Потребитель и безопасность</w:t>
            </w:r>
          </w:p>
        </w:tc>
        <w:tc>
          <w:tcPr>
            <w:tcW w:w="680" w:type="dxa"/>
          </w:tcPr>
          <w:p w:rsidR="004B25B8" w:rsidRDefault="005D2361">
            <w:r>
              <w:rPr>
                <w:sz w:val="17"/>
              </w:rPr>
              <w:t>9</w:t>
            </w:r>
          </w:p>
        </w:tc>
        <w:tc>
          <w:tcPr>
            <w:tcW w:w="850" w:type="dxa"/>
          </w:tcPr>
          <w:p w:rsidR="004B25B8" w:rsidRDefault="005D2361">
            <w:r>
              <w:rPr>
                <w:sz w:val="17"/>
              </w:rPr>
              <w:t>—</w:t>
            </w:r>
          </w:p>
        </w:tc>
        <w:tc>
          <w:tcPr>
            <w:tcW w:w="907" w:type="dxa"/>
          </w:tcPr>
          <w:p w:rsidR="004B25B8" w:rsidRDefault="005D2361">
            <w:r>
              <w:rPr>
                <w:sz w:val="17"/>
              </w:rPr>
              <w:t>2</w:t>
            </w:r>
          </w:p>
        </w:tc>
        <w:tc>
          <w:tcPr>
            <w:tcW w:w="3969" w:type="dxa"/>
          </w:tcPr>
          <w:p w:rsidR="004B25B8" w:rsidRPr="00132C52" w:rsidRDefault="005D2361">
            <w:pPr>
              <w:rPr>
                <w:lang w:val="ru-RU"/>
              </w:rPr>
            </w:pPr>
            <w:r w:rsidRPr="00132C52">
              <w:rPr>
                <w:sz w:val="17"/>
                <w:lang w:val="ru-RU"/>
              </w:rPr>
              <w:t>ФГИС «Моя школа»; РЭШ; «Финансовая культура» Банка России.</w:t>
            </w:r>
          </w:p>
        </w:tc>
      </w:tr>
      <w:tr w:rsidR="004B25B8" w:rsidRPr="007178AD">
        <w:trPr>
          <w:jc w:val="center"/>
        </w:trPr>
        <w:tc>
          <w:tcPr>
            <w:tcW w:w="453" w:type="dxa"/>
          </w:tcPr>
          <w:p w:rsidR="004B25B8" w:rsidRDefault="005D2361">
            <w:r>
              <w:rPr>
                <w:sz w:val="17"/>
              </w:rPr>
              <w:t>4</w:t>
            </w:r>
          </w:p>
        </w:tc>
        <w:tc>
          <w:tcPr>
            <w:tcW w:w="2664" w:type="dxa"/>
          </w:tcPr>
          <w:p w:rsidR="004B25B8" w:rsidRDefault="005D2361">
            <w:r>
              <w:rPr>
                <w:sz w:val="17"/>
              </w:rPr>
              <w:t>Труд, предпринимательство и проект</w:t>
            </w:r>
          </w:p>
        </w:tc>
        <w:tc>
          <w:tcPr>
            <w:tcW w:w="680" w:type="dxa"/>
          </w:tcPr>
          <w:p w:rsidR="004B25B8" w:rsidRDefault="005D2361">
            <w:r>
              <w:rPr>
                <w:sz w:val="17"/>
              </w:rPr>
              <w:t>7</w:t>
            </w:r>
          </w:p>
        </w:tc>
        <w:tc>
          <w:tcPr>
            <w:tcW w:w="850" w:type="dxa"/>
          </w:tcPr>
          <w:p w:rsidR="004B25B8" w:rsidRDefault="005D2361">
            <w:r>
              <w:rPr>
                <w:sz w:val="17"/>
              </w:rPr>
              <w:t>—</w:t>
            </w:r>
          </w:p>
        </w:tc>
        <w:tc>
          <w:tcPr>
            <w:tcW w:w="907" w:type="dxa"/>
          </w:tcPr>
          <w:p w:rsidR="004B25B8" w:rsidRDefault="005D2361">
            <w:r>
              <w:rPr>
                <w:sz w:val="17"/>
              </w:rPr>
              <w:t>2</w:t>
            </w:r>
          </w:p>
        </w:tc>
        <w:tc>
          <w:tcPr>
            <w:tcW w:w="3969" w:type="dxa"/>
          </w:tcPr>
          <w:p w:rsidR="004B25B8" w:rsidRPr="00132C52" w:rsidRDefault="005D2361">
            <w:pPr>
              <w:rPr>
                <w:lang w:val="ru-RU"/>
              </w:rPr>
            </w:pPr>
            <w:r w:rsidRPr="00132C52">
              <w:rPr>
                <w:sz w:val="17"/>
                <w:lang w:val="ru-RU"/>
              </w:rPr>
              <w:t>ФГИС «Моя школа»; РЭШ; «Финансовая культура» Банка России.</w:t>
            </w:r>
          </w:p>
        </w:tc>
      </w:tr>
      <w:tr w:rsidR="004B25B8" w:rsidRPr="007178AD">
        <w:trPr>
          <w:jc w:val="center"/>
        </w:trPr>
        <w:tc>
          <w:tcPr>
            <w:tcW w:w="453" w:type="dxa"/>
          </w:tcPr>
          <w:p w:rsidR="004B25B8" w:rsidRDefault="005D2361">
            <w:r>
              <w:rPr>
                <w:sz w:val="17"/>
              </w:rPr>
              <w:t>5</w:t>
            </w:r>
          </w:p>
        </w:tc>
        <w:tc>
          <w:tcPr>
            <w:tcW w:w="2664" w:type="dxa"/>
          </w:tcPr>
          <w:p w:rsidR="004B25B8" w:rsidRDefault="005D2361">
            <w:r>
              <w:rPr>
                <w:sz w:val="17"/>
              </w:rPr>
              <w:t>Повторение, итоговая работа</w:t>
            </w:r>
          </w:p>
        </w:tc>
        <w:tc>
          <w:tcPr>
            <w:tcW w:w="680" w:type="dxa"/>
          </w:tcPr>
          <w:p w:rsidR="004B25B8" w:rsidRDefault="005D2361">
            <w:r>
              <w:rPr>
                <w:sz w:val="17"/>
              </w:rPr>
              <w:t>2</w:t>
            </w:r>
          </w:p>
        </w:tc>
        <w:tc>
          <w:tcPr>
            <w:tcW w:w="850" w:type="dxa"/>
          </w:tcPr>
          <w:p w:rsidR="004B25B8" w:rsidRDefault="005D2361">
            <w:r>
              <w:rPr>
                <w:sz w:val="17"/>
              </w:rPr>
              <w:t>1</w:t>
            </w:r>
          </w:p>
        </w:tc>
        <w:tc>
          <w:tcPr>
            <w:tcW w:w="907" w:type="dxa"/>
          </w:tcPr>
          <w:p w:rsidR="004B25B8" w:rsidRDefault="005D2361">
            <w:r>
              <w:rPr>
                <w:sz w:val="17"/>
              </w:rPr>
              <w:t>—</w:t>
            </w:r>
          </w:p>
        </w:tc>
        <w:tc>
          <w:tcPr>
            <w:tcW w:w="3969" w:type="dxa"/>
          </w:tcPr>
          <w:p w:rsidR="004B25B8" w:rsidRPr="00132C52" w:rsidRDefault="005D2361">
            <w:pPr>
              <w:rPr>
                <w:lang w:val="ru-RU"/>
              </w:rPr>
            </w:pPr>
            <w:r w:rsidRPr="00132C52">
              <w:rPr>
                <w:sz w:val="17"/>
                <w:lang w:val="ru-RU"/>
              </w:rPr>
              <w:t>ФГИС «Моя школа»; РЭШ; «Финансовая культура» Банка России.</w:t>
            </w:r>
          </w:p>
        </w:tc>
      </w:tr>
      <w:tr w:rsidR="004B25B8">
        <w:trPr>
          <w:jc w:val="center"/>
        </w:trPr>
        <w:tc>
          <w:tcPr>
            <w:tcW w:w="453" w:type="dxa"/>
          </w:tcPr>
          <w:p w:rsidR="004B25B8" w:rsidRPr="00132C52" w:rsidRDefault="004B25B8">
            <w:pPr>
              <w:rPr>
                <w:lang w:val="ru-RU"/>
              </w:rPr>
            </w:pPr>
          </w:p>
        </w:tc>
        <w:tc>
          <w:tcPr>
            <w:tcW w:w="2664" w:type="dxa"/>
          </w:tcPr>
          <w:p w:rsidR="004B25B8" w:rsidRDefault="005D2361">
            <w:r>
              <w:rPr>
                <w:sz w:val="17"/>
              </w:rPr>
              <w:t>ИТОГО</w:t>
            </w:r>
          </w:p>
        </w:tc>
        <w:tc>
          <w:tcPr>
            <w:tcW w:w="680" w:type="dxa"/>
          </w:tcPr>
          <w:p w:rsidR="004B25B8" w:rsidRDefault="005D2361">
            <w:r>
              <w:rPr>
                <w:sz w:val="17"/>
              </w:rPr>
              <w:t>34</w:t>
            </w:r>
          </w:p>
        </w:tc>
        <w:tc>
          <w:tcPr>
            <w:tcW w:w="850" w:type="dxa"/>
          </w:tcPr>
          <w:p w:rsidR="004B25B8" w:rsidRDefault="005D2361">
            <w:r>
              <w:rPr>
                <w:sz w:val="17"/>
              </w:rPr>
              <w:t>1</w:t>
            </w:r>
          </w:p>
        </w:tc>
        <w:tc>
          <w:tcPr>
            <w:tcW w:w="907" w:type="dxa"/>
          </w:tcPr>
          <w:p w:rsidR="004B25B8" w:rsidRDefault="005D2361">
            <w:r>
              <w:rPr>
                <w:sz w:val="17"/>
              </w:rPr>
              <w:t>8</w:t>
            </w:r>
          </w:p>
        </w:tc>
        <w:tc>
          <w:tcPr>
            <w:tcW w:w="3969" w:type="dxa"/>
          </w:tcPr>
          <w:p w:rsidR="004B25B8" w:rsidRDefault="004B25B8"/>
        </w:tc>
      </w:tr>
    </w:tbl>
    <w:p w:rsidR="004B25B8" w:rsidRDefault="004B25B8">
      <w:pPr>
        <w:spacing w:after="40"/>
      </w:pPr>
    </w:p>
    <w:p w:rsidR="004B25B8" w:rsidRDefault="005D2361">
      <w:pPr>
        <w:pStyle w:val="1"/>
        <w:spacing w:before="200" w:after="120"/>
      </w:pPr>
      <w:r>
        <w:rPr>
          <w:rFonts w:ascii="Times New Roman" w:hAnsi="Times New Roman"/>
          <w:sz w:val="26"/>
        </w:rPr>
        <w:t>ПОУРОЧНОЕ ПЛАНИРОВАНИЕ (КТП). 1 КЛАСС</w:t>
      </w:r>
    </w:p>
    <w:tbl>
      <w:tblPr>
        <w:tblStyle w:val="aff0"/>
        <w:tblW w:w="0" w:type="auto"/>
        <w:jc w:val="center"/>
        <w:tblLayout w:type="fixed"/>
        <w:tblLook w:val="04A0"/>
      </w:tblPr>
      <w:tblGrid>
        <w:gridCol w:w="396"/>
        <w:gridCol w:w="3061"/>
        <w:gridCol w:w="453"/>
        <w:gridCol w:w="510"/>
        <w:gridCol w:w="567"/>
        <w:gridCol w:w="1304"/>
        <w:gridCol w:w="3231"/>
      </w:tblGrid>
      <w:tr w:rsidR="004B25B8">
        <w:trPr>
          <w:jc w:val="center"/>
        </w:trPr>
        <w:tc>
          <w:tcPr>
            <w:tcW w:w="396" w:type="dxa"/>
            <w:shd w:val="clear" w:color="auto" w:fill="D9EAF7"/>
            <w:vAlign w:val="center"/>
          </w:tcPr>
          <w:p w:rsidR="004B25B8" w:rsidRDefault="005D2361">
            <w:pPr>
              <w:jc w:val="center"/>
            </w:pPr>
            <w:r>
              <w:rPr>
                <w:b/>
                <w:sz w:val="18"/>
              </w:rPr>
              <w:t>№</w:t>
            </w:r>
          </w:p>
        </w:tc>
        <w:tc>
          <w:tcPr>
            <w:tcW w:w="3061" w:type="dxa"/>
            <w:shd w:val="clear" w:color="auto" w:fill="D9EAF7"/>
            <w:vAlign w:val="center"/>
          </w:tcPr>
          <w:p w:rsidR="004B25B8" w:rsidRDefault="005D2361">
            <w:pPr>
              <w:jc w:val="center"/>
            </w:pPr>
            <w:r>
              <w:rPr>
                <w:b/>
                <w:sz w:val="18"/>
              </w:rPr>
              <w:t>Тема занятия</w:t>
            </w:r>
          </w:p>
        </w:tc>
        <w:tc>
          <w:tcPr>
            <w:tcW w:w="453" w:type="dxa"/>
            <w:shd w:val="clear" w:color="auto" w:fill="D9EAF7"/>
            <w:vAlign w:val="center"/>
          </w:tcPr>
          <w:p w:rsidR="004B25B8" w:rsidRDefault="005D2361">
            <w:pPr>
              <w:jc w:val="center"/>
            </w:pPr>
            <w:r>
              <w:rPr>
                <w:b/>
                <w:sz w:val="18"/>
              </w:rPr>
              <w:t>Часы</w:t>
            </w:r>
          </w:p>
        </w:tc>
        <w:tc>
          <w:tcPr>
            <w:tcW w:w="510" w:type="dxa"/>
            <w:shd w:val="clear" w:color="auto" w:fill="D9EAF7"/>
            <w:vAlign w:val="center"/>
          </w:tcPr>
          <w:p w:rsidR="004B25B8" w:rsidRDefault="005D2361">
            <w:pPr>
              <w:jc w:val="center"/>
            </w:pPr>
            <w:r>
              <w:rPr>
                <w:b/>
                <w:sz w:val="18"/>
              </w:rPr>
              <w:t>Контр.</w:t>
            </w:r>
          </w:p>
        </w:tc>
        <w:tc>
          <w:tcPr>
            <w:tcW w:w="567" w:type="dxa"/>
            <w:shd w:val="clear" w:color="auto" w:fill="D9EAF7"/>
            <w:vAlign w:val="center"/>
          </w:tcPr>
          <w:p w:rsidR="004B25B8" w:rsidRDefault="005D2361">
            <w:pPr>
              <w:jc w:val="center"/>
            </w:pPr>
            <w:r>
              <w:rPr>
                <w:b/>
                <w:sz w:val="18"/>
              </w:rPr>
              <w:t>Практич.</w:t>
            </w:r>
          </w:p>
        </w:tc>
        <w:tc>
          <w:tcPr>
            <w:tcW w:w="1304" w:type="dxa"/>
            <w:shd w:val="clear" w:color="auto" w:fill="D9EAF7"/>
            <w:vAlign w:val="center"/>
          </w:tcPr>
          <w:p w:rsidR="004B25B8" w:rsidRDefault="005D2361">
            <w:pPr>
              <w:jc w:val="center"/>
            </w:pPr>
            <w:r>
              <w:rPr>
                <w:b/>
                <w:sz w:val="18"/>
              </w:rPr>
              <w:t>Дата</w:t>
            </w:r>
          </w:p>
        </w:tc>
        <w:tc>
          <w:tcPr>
            <w:tcW w:w="3231" w:type="dxa"/>
            <w:shd w:val="clear" w:color="auto" w:fill="D9EAF7"/>
            <w:vAlign w:val="center"/>
          </w:tcPr>
          <w:p w:rsidR="004B25B8" w:rsidRDefault="005D2361">
            <w:pPr>
              <w:jc w:val="center"/>
            </w:pPr>
            <w:r>
              <w:rPr>
                <w:b/>
                <w:sz w:val="18"/>
              </w:rPr>
              <w:t>ЭОР</w:t>
            </w:r>
          </w:p>
        </w:tc>
      </w:tr>
      <w:tr w:rsidR="004B25B8" w:rsidRPr="007178AD">
        <w:trPr>
          <w:jc w:val="center"/>
        </w:trPr>
        <w:tc>
          <w:tcPr>
            <w:tcW w:w="396" w:type="dxa"/>
          </w:tcPr>
          <w:p w:rsidR="004B25B8" w:rsidRDefault="005D2361">
            <w:r>
              <w:rPr>
                <w:sz w:val="17"/>
              </w:rPr>
              <w:t>1</w:t>
            </w:r>
          </w:p>
        </w:tc>
        <w:tc>
          <w:tcPr>
            <w:tcW w:w="3061" w:type="dxa"/>
          </w:tcPr>
          <w:p w:rsidR="004B25B8" w:rsidRDefault="005D2361">
            <w:r>
              <w:rPr>
                <w:sz w:val="17"/>
              </w:rPr>
              <w:t>Зачем людям нужны деньги</w:t>
            </w:r>
          </w:p>
        </w:tc>
        <w:tc>
          <w:tcPr>
            <w:tcW w:w="453" w:type="dxa"/>
          </w:tcPr>
          <w:p w:rsidR="004B25B8" w:rsidRDefault="005D2361">
            <w:r>
              <w:rPr>
                <w:sz w:val="17"/>
              </w:rPr>
              <w:t>1</w:t>
            </w:r>
          </w:p>
        </w:tc>
        <w:tc>
          <w:tcPr>
            <w:tcW w:w="510" w:type="dxa"/>
          </w:tcPr>
          <w:p w:rsidR="004B25B8" w:rsidRDefault="005D2361">
            <w:r>
              <w:rPr>
                <w:sz w:val="17"/>
              </w:rPr>
              <w:t>—</w:t>
            </w:r>
          </w:p>
        </w:tc>
        <w:tc>
          <w:tcPr>
            <w:tcW w:w="567" w:type="dxa"/>
          </w:tcPr>
          <w:p w:rsidR="004B25B8" w:rsidRDefault="005D2361">
            <w:r>
              <w:rPr>
                <w:sz w:val="17"/>
              </w:rPr>
              <w:t>—</w:t>
            </w:r>
          </w:p>
        </w:tc>
        <w:tc>
          <w:tcPr>
            <w:tcW w:w="1304" w:type="dxa"/>
          </w:tcPr>
          <w:p w:rsidR="004B25B8" w:rsidRDefault="005D2361">
            <w:r>
              <w:rPr>
                <w:sz w:val="17"/>
              </w:rPr>
              <w:t>[по календарному графику]</w:t>
            </w:r>
          </w:p>
        </w:tc>
        <w:tc>
          <w:tcPr>
            <w:tcW w:w="3231" w:type="dxa"/>
          </w:tcPr>
          <w:p w:rsidR="004B25B8" w:rsidRPr="00132C52" w:rsidRDefault="005D2361">
            <w:pPr>
              <w:rPr>
                <w:lang w:val="ru-RU"/>
              </w:rPr>
            </w:pPr>
            <w:r w:rsidRPr="00132C52">
              <w:rPr>
                <w:sz w:val="17"/>
                <w:lang w:val="ru-RU"/>
              </w:rPr>
              <w:t>ФГИС «Моя школа»; РЭШ; «Финансовая культура» Банка России.</w:t>
            </w:r>
          </w:p>
        </w:tc>
      </w:tr>
      <w:tr w:rsidR="004B25B8" w:rsidRPr="007178AD">
        <w:trPr>
          <w:jc w:val="center"/>
        </w:trPr>
        <w:tc>
          <w:tcPr>
            <w:tcW w:w="396" w:type="dxa"/>
          </w:tcPr>
          <w:p w:rsidR="004B25B8" w:rsidRDefault="005D2361">
            <w:r>
              <w:rPr>
                <w:sz w:val="17"/>
              </w:rPr>
              <w:t>2</w:t>
            </w:r>
          </w:p>
        </w:tc>
        <w:tc>
          <w:tcPr>
            <w:tcW w:w="3061" w:type="dxa"/>
          </w:tcPr>
          <w:p w:rsidR="004B25B8" w:rsidRDefault="005D2361">
            <w:r>
              <w:rPr>
                <w:sz w:val="17"/>
              </w:rPr>
              <w:t>Монеты и банкноты России</w:t>
            </w:r>
          </w:p>
        </w:tc>
        <w:tc>
          <w:tcPr>
            <w:tcW w:w="453" w:type="dxa"/>
          </w:tcPr>
          <w:p w:rsidR="004B25B8" w:rsidRDefault="005D2361">
            <w:r>
              <w:rPr>
                <w:sz w:val="17"/>
              </w:rPr>
              <w:t>1</w:t>
            </w:r>
          </w:p>
        </w:tc>
        <w:tc>
          <w:tcPr>
            <w:tcW w:w="510" w:type="dxa"/>
          </w:tcPr>
          <w:p w:rsidR="004B25B8" w:rsidRDefault="005D2361">
            <w:r>
              <w:rPr>
                <w:sz w:val="17"/>
              </w:rPr>
              <w:t>—</w:t>
            </w:r>
          </w:p>
        </w:tc>
        <w:tc>
          <w:tcPr>
            <w:tcW w:w="567" w:type="dxa"/>
          </w:tcPr>
          <w:p w:rsidR="004B25B8" w:rsidRDefault="005D2361">
            <w:r>
              <w:rPr>
                <w:sz w:val="17"/>
              </w:rPr>
              <w:t>—</w:t>
            </w:r>
          </w:p>
        </w:tc>
        <w:tc>
          <w:tcPr>
            <w:tcW w:w="1304" w:type="dxa"/>
          </w:tcPr>
          <w:p w:rsidR="004B25B8" w:rsidRDefault="005D2361">
            <w:r>
              <w:rPr>
                <w:sz w:val="17"/>
              </w:rPr>
              <w:t>[по календарному графику]</w:t>
            </w:r>
          </w:p>
        </w:tc>
        <w:tc>
          <w:tcPr>
            <w:tcW w:w="3231" w:type="dxa"/>
          </w:tcPr>
          <w:p w:rsidR="004B25B8" w:rsidRPr="00132C52" w:rsidRDefault="005D2361">
            <w:pPr>
              <w:rPr>
                <w:lang w:val="ru-RU"/>
              </w:rPr>
            </w:pPr>
            <w:r w:rsidRPr="00132C52">
              <w:rPr>
                <w:sz w:val="17"/>
                <w:lang w:val="ru-RU"/>
              </w:rPr>
              <w:t>ФГИС «Моя школа»; РЭШ; «Финансовая культура» Банка России.</w:t>
            </w:r>
          </w:p>
        </w:tc>
      </w:tr>
      <w:tr w:rsidR="004B25B8" w:rsidRPr="007178AD">
        <w:trPr>
          <w:jc w:val="center"/>
        </w:trPr>
        <w:tc>
          <w:tcPr>
            <w:tcW w:w="396" w:type="dxa"/>
          </w:tcPr>
          <w:p w:rsidR="004B25B8" w:rsidRDefault="005D2361">
            <w:r>
              <w:rPr>
                <w:sz w:val="17"/>
              </w:rPr>
              <w:t>3</w:t>
            </w:r>
          </w:p>
        </w:tc>
        <w:tc>
          <w:tcPr>
            <w:tcW w:w="3061" w:type="dxa"/>
          </w:tcPr>
          <w:p w:rsidR="004B25B8" w:rsidRDefault="005D2361">
            <w:r>
              <w:rPr>
                <w:sz w:val="17"/>
              </w:rPr>
              <w:t>Мои желания и потребности</w:t>
            </w:r>
          </w:p>
        </w:tc>
        <w:tc>
          <w:tcPr>
            <w:tcW w:w="453" w:type="dxa"/>
          </w:tcPr>
          <w:p w:rsidR="004B25B8" w:rsidRDefault="005D2361">
            <w:r>
              <w:rPr>
                <w:sz w:val="17"/>
              </w:rPr>
              <w:t>1</w:t>
            </w:r>
          </w:p>
        </w:tc>
        <w:tc>
          <w:tcPr>
            <w:tcW w:w="510" w:type="dxa"/>
          </w:tcPr>
          <w:p w:rsidR="004B25B8" w:rsidRDefault="005D2361">
            <w:r>
              <w:rPr>
                <w:sz w:val="17"/>
              </w:rPr>
              <w:t>—</w:t>
            </w:r>
          </w:p>
        </w:tc>
        <w:tc>
          <w:tcPr>
            <w:tcW w:w="567" w:type="dxa"/>
          </w:tcPr>
          <w:p w:rsidR="004B25B8" w:rsidRDefault="005D2361">
            <w:r>
              <w:rPr>
                <w:sz w:val="17"/>
              </w:rPr>
              <w:t>—</w:t>
            </w:r>
          </w:p>
        </w:tc>
        <w:tc>
          <w:tcPr>
            <w:tcW w:w="1304" w:type="dxa"/>
          </w:tcPr>
          <w:p w:rsidR="004B25B8" w:rsidRDefault="005D2361">
            <w:r>
              <w:rPr>
                <w:sz w:val="17"/>
              </w:rPr>
              <w:t>[по календарному графику]</w:t>
            </w:r>
          </w:p>
        </w:tc>
        <w:tc>
          <w:tcPr>
            <w:tcW w:w="3231" w:type="dxa"/>
          </w:tcPr>
          <w:p w:rsidR="004B25B8" w:rsidRPr="00132C52" w:rsidRDefault="005D2361">
            <w:pPr>
              <w:rPr>
                <w:lang w:val="ru-RU"/>
              </w:rPr>
            </w:pPr>
            <w:r w:rsidRPr="00132C52">
              <w:rPr>
                <w:sz w:val="17"/>
                <w:lang w:val="ru-RU"/>
              </w:rPr>
              <w:t>ФГИС «Моя школа»; РЭШ; «Финансовая культура» Банка России.</w:t>
            </w:r>
          </w:p>
        </w:tc>
      </w:tr>
      <w:tr w:rsidR="004B25B8" w:rsidRPr="007178AD">
        <w:trPr>
          <w:jc w:val="center"/>
        </w:trPr>
        <w:tc>
          <w:tcPr>
            <w:tcW w:w="396" w:type="dxa"/>
          </w:tcPr>
          <w:p w:rsidR="004B25B8" w:rsidRDefault="005D2361">
            <w:r>
              <w:rPr>
                <w:sz w:val="17"/>
              </w:rPr>
              <w:t>4</w:t>
            </w:r>
          </w:p>
        </w:tc>
        <w:tc>
          <w:tcPr>
            <w:tcW w:w="3061" w:type="dxa"/>
          </w:tcPr>
          <w:p w:rsidR="004B25B8" w:rsidRDefault="005D2361">
            <w:r>
              <w:rPr>
                <w:sz w:val="17"/>
              </w:rPr>
              <w:t>Покупка: цена и выбор</w:t>
            </w:r>
          </w:p>
        </w:tc>
        <w:tc>
          <w:tcPr>
            <w:tcW w:w="453" w:type="dxa"/>
          </w:tcPr>
          <w:p w:rsidR="004B25B8" w:rsidRDefault="005D2361">
            <w:r>
              <w:rPr>
                <w:sz w:val="17"/>
              </w:rPr>
              <w:t>1</w:t>
            </w:r>
          </w:p>
        </w:tc>
        <w:tc>
          <w:tcPr>
            <w:tcW w:w="510" w:type="dxa"/>
          </w:tcPr>
          <w:p w:rsidR="004B25B8" w:rsidRDefault="005D2361">
            <w:r>
              <w:rPr>
                <w:sz w:val="17"/>
              </w:rPr>
              <w:t>—</w:t>
            </w:r>
          </w:p>
        </w:tc>
        <w:tc>
          <w:tcPr>
            <w:tcW w:w="567" w:type="dxa"/>
          </w:tcPr>
          <w:p w:rsidR="004B25B8" w:rsidRDefault="005D2361">
            <w:r>
              <w:rPr>
                <w:sz w:val="17"/>
              </w:rPr>
              <w:t>—</w:t>
            </w:r>
          </w:p>
        </w:tc>
        <w:tc>
          <w:tcPr>
            <w:tcW w:w="1304" w:type="dxa"/>
          </w:tcPr>
          <w:p w:rsidR="004B25B8" w:rsidRDefault="005D2361">
            <w:r>
              <w:rPr>
                <w:sz w:val="17"/>
              </w:rPr>
              <w:t>[по календарному графику]</w:t>
            </w:r>
          </w:p>
        </w:tc>
        <w:tc>
          <w:tcPr>
            <w:tcW w:w="3231" w:type="dxa"/>
          </w:tcPr>
          <w:p w:rsidR="004B25B8" w:rsidRPr="00132C52" w:rsidRDefault="005D2361">
            <w:pPr>
              <w:rPr>
                <w:lang w:val="ru-RU"/>
              </w:rPr>
            </w:pPr>
            <w:r w:rsidRPr="00132C52">
              <w:rPr>
                <w:sz w:val="17"/>
                <w:lang w:val="ru-RU"/>
              </w:rPr>
              <w:t>ФГИС «Моя школа»; РЭШ; «Финансовая культура» Банка России.</w:t>
            </w:r>
          </w:p>
        </w:tc>
      </w:tr>
      <w:tr w:rsidR="004B25B8" w:rsidRPr="007178AD">
        <w:trPr>
          <w:jc w:val="center"/>
        </w:trPr>
        <w:tc>
          <w:tcPr>
            <w:tcW w:w="396" w:type="dxa"/>
          </w:tcPr>
          <w:p w:rsidR="004B25B8" w:rsidRDefault="005D2361">
            <w:r>
              <w:rPr>
                <w:sz w:val="17"/>
              </w:rPr>
              <w:t>5</w:t>
            </w:r>
          </w:p>
        </w:tc>
        <w:tc>
          <w:tcPr>
            <w:tcW w:w="3061" w:type="dxa"/>
          </w:tcPr>
          <w:p w:rsidR="004B25B8" w:rsidRDefault="005D2361">
            <w:r>
              <w:rPr>
                <w:sz w:val="17"/>
              </w:rPr>
              <w:t>Семейные покупки</w:t>
            </w:r>
          </w:p>
        </w:tc>
        <w:tc>
          <w:tcPr>
            <w:tcW w:w="453" w:type="dxa"/>
          </w:tcPr>
          <w:p w:rsidR="004B25B8" w:rsidRDefault="005D2361">
            <w:r>
              <w:rPr>
                <w:sz w:val="17"/>
              </w:rPr>
              <w:t>1</w:t>
            </w:r>
          </w:p>
        </w:tc>
        <w:tc>
          <w:tcPr>
            <w:tcW w:w="510" w:type="dxa"/>
          </w:tcPr>
          <w:p w:rsidR="004B25B8" w:rsidRDefault="005D2361">
            <w:r>
              <w:rPr>
                <w:sz w:val="17"/>
              </w:rPr>
              <w:t>—</w:t>
            </w:r>
          </w:p>
        </w:tc>
        <w:tc>
          <w:tcPr>
            <w:tcW w:w="567" w:type="dxa"/>
          </w:tcPr>
          <w:p w:rsidR="004B25B8" w:rsidRDefault="005D2361">
            <w:r>
              <w:rPr>
                <w:sz w:val="17"/>
              </w:rPr>
              <w:t>1</w:t>
            </w:r>
          </w:p>
        </w:tc>
        <w:tc>
          <w:tcPr>
            <w:tcW w:w="1304" w:type="dxa"/>
          </w:tcPr>
          <w:p w:rsidR="004B25B8" w:rsidRDefault="005D2361">
            <w:r>
              <w:rPr>
                <w:sz w:val="17"/>
              </w:rPr>
              <w:t>[по календарному графику]</w:t>
            </w:r>
          </w:p>
        </w:tc>
        <w:tc>
          <w:tcPr>
            <w:tcW w:w="3231" w:type="dxa"/>
          </w:tcPr>
          <w:p w:rsidR="004B25B8" w:rsidRPr="00132C52" w:rsidRDefault="005D2361">
            <w:pPr>
              <w:rPr>
                <w:lang w:val="ru-RU"/>
              </w:rPr>
            </w:pPr>
            <w:r w:rsidRPr="00132C52">
              <w:rPr>
                <w:sz w:val="17"/>
                <w:lang w:val="ru-RU"/>
              </w:rPr>
              <w:t>ФГИС «Моя школа»; РЭШ; «Финансовая культура» Банка России.</w:t>
            </w:r>
          </w:p>
        </w:tc>
      </w:tr>
      <w:tr w:rsidR="004B25B8" w:rsidRPr="007178AD">
        <w:trPr>
          <w:jc w:val="center"/>
        </w:trPr>
        <w:tc>
          <w:tcPr>
            <w:tcW w:w="396" w:type="dxa"/>
          </w:tcPr>
          <w:p w:rsidR="004B25B8" w:rsidRDefault="005D2361">
            <w:r>
              <w:rPr>
                <w:sz w:val="17"/>
              </w:rPr>
              <w:t>6</w:t>
            </w:r>
          </w:p>
        </w:tc>
        <w:tc>
          <w:tcPr>
            <w:tcW w:w="3061" w:type="dxa"/>
          </w:tcPr>
          <w:p w:rsidR="004B25B8" w:rsidRDefault="005D2361">
            <w:r>
              <w:rPr>
                <w:sz w:val="17"/>
              </w:rPr>
              <w:t>Карманные деньги</w:t>
            </w:r>
          </w:p>
        </w:tc>
        <w:tc>
          <w:tcPr>
            <w:tcW w:w="453" w:type="dxa"/>
          </w:tcPr>
          <w:p w:rsidR="004B25B8" w:rsidRDefault="005D2361">
            <w:r>
              <w:rPr>
                <w:sz w:val="17"/>
              </w:rPr>
              <w:t>1</w:t>
            </w:r>
          </w:p>
        </w:tc>
        <w:tc>
          <w:tcPr>
            <w:tcW w:w="510" w:type="dxa"/>
          </w:tcPr>
          <w:p w:rsidR="004B25B8" w:rsidRDefault="005D2361">
            <w:r>
              <w:rPr>
                <w:sz w:val="17"/>
              </w:rPr>
              <w:t>—</w:t>
            </w:r>
          </w:p>
        </w:tc>
        <w:tc>
          <w:tcPr>
            <w:tcW w:w="567" w:type="dxa"/>
          </w:tcPr>
          <w:p w:rsidR="004B25B8" w:rsidRDefault="005D2361">
            <w:r>
              <w:rPr>
                <w:sz w:val="17"/>
              </w:rPr>
              <w:t>—</w:t>
            </w:r>
          </w:p>
        </w:tc>
        <w:tc>
          <w:tcPr>
            <w:tcW w:w="1304" w:type="dxa"/>
          </w:tcPr>
          <w:p w:rsidR="004B25B8" w:rsidRDefault="005D2361">
            <w:r>
              <w:rPr>
                <w:sz w:val="17"/>
              </w:rPr>
              <w:t>[по календарному графику]</w:t>
            </w:r>
          </w:p>
        </w:tc>
        <w:tc>
          <w:tcPr>
            <w:tcW w:w="3231" w:type="dxa"/>
          </w:tcPr>
          <w:p w:rsidR="004B25B8" w:rsidRPr="00132C52" w:rsidRDefault="005D2361">
            <w:pPr>
              <w:rPr>
                <w:lang w:val="ru-RU"/>
              </w:rPr>
            </w:pPr>
            <w:r w:rsidRPr="00132C52">
              <w:rPr>
                <w:sz w:val="17"/>
                <w:lang w:val="ru-RU"/>
              </w:rPr>
              <w:t>ФГИС «Моя школа»; РЭШ; «Финансовая культура» Банка России.</w:t>
            </w:r>
          </w:p>
        </w:tc>
      </w:tr>
      <w:tr w:rsidR="004B25B8" w:rsidRPr="007178AD">
        <w:trPr>
          <w:jc w:val="center"/>
        </w:trPr>
        <w:tc>
          <w:tcPr>
            <w:tcW w:w="396" w:type="dxa"/>
          </w:tcPr>
          <w:p w:rsidR="004B25B8" w:rsidRDefault="005D2361">
            <w:r>
              <w:rPr>
                <w:sz w:val="17"/>
              </w:rPr>
              <w:t>7</w:t>
            </w:r>
          </w:p>
        </w:tc>
        <w:tc>
          <w:tcPr>
            <w:tcW w:w="3061" w:type="dxa"/>
          </w:tcPr>
          <w:p w:rsidR="004B25B8" w:rsidRDefault="005D2361">
            <w:r>
              <w:rPr>
                <w:sz w:val="17"/>
              </w:rPr>
              <w:t>Как беречь вещи</w:t>
            </w:r>
          </w:p>
        </w:tc>
        <w:tc>
          <w:tcPr>
            <w:tcW w:w="453" w:type="dxa"/>
          </w:tcPr>
          <w:p w:rsidR="004B25B8" w:rsidRDefault="005D2361">
            <w:r>
              <w:rPr>
                <w:sz w:val="17"/>
              </w:rPr>
              <w:t>1</w:t>
            </w:r>
          </w:p>
        </w:tc>
        <w:tc>
          <w:tcPr>
            <w:tcW w:w="510" w:type="dxa"/>
          </w:tcPr>
          <w:p w:rsidR="004B25B8" w:rsidRDefault="005D2361">
            <w:r>
              <w:rPr>
                <w:sz w:val="17"/>
              </w:rPr>
              <w:t>—</w:t>
            </w:r>
          </w:p>
        </w:tc>
        <w:tc>
          <w:tcPr>
            <w:tcW w:w="567" w:type="dxa"/>
          </w:tcPr>
          <w:p w:rsidR="004B25B8" w:rsidRDefault="005D2361">
            <w:r>
              <w:rPr>
                <w:sz w:val="17"/>
              </w:rPr>
              <w:t>—</w:t>
            </w:r>
          </w:p>
        </w:tc>
        <w:tc>
          <w:tcPr>
            <w:tcW w:w="1304" w:type="dxa"/>
          </w:tcPr>
          <w:p w:rsidR="004B25B8" w:rsidRDefault="005D2361">
            <w:r>
              <w:rPr>
                <w:sz w:val="17"/>
              </w:rPr>
              <w:t>[по календарному графику]</w:t>
            </w:r>
          </w:p>
        </w:tc>
        <w:tc>
          <w:tcPr>
            <w:tcW w:w="3231" w:type="dxa"/>
          </w:tcPr>
          <w:p w:rsidR="004B25B8" w:rsidRPr="00132C52" w:rsidRDefault="005D2361">
            <w:pPr>
              <w:rPr>
                <w:lang w:val="ru-RU"/>
              </w:rPr>
            </w:pPr>
            <w:r w:rsidRPr="00132C52">
              <w:rPr>
                <w:sz w:val="17"/>
                <w:lang w:val="ru-RU"/>
              </w:rPr>
              <w:t>ФГИС «Моя школа»; РЭШ; «Финансовая культура» Банка России.</w:t>
            </w:r>
          </w:p>
        </w:tc>
      </w:tr>
      <w:tr w:rsidR="004B25B8" w:rsidRPr="007178AD">
        <w:trPr>
          <w:jc w:val="center"/>
        </w:trPr>
        <w:tc>
          <w:tcPr>
            <w:tcW w:w="396" w:type="dxa"/>
          </w:tcPr>
          <w:p w:rsidR="004B25B8" w:rsidRDefault="005D2361">
            <w:r>
              <w:rPr>
                <w:sz w:val="17"/>
              </w:rPr>
              <w:t>8</w:t>
            </w:r>
          </w:p>
        </w:tc>
        <w:tc>
          <w:tcPr>
            <w:tcW w:w="3061" w:type="dxa"/>
          </w:tcPr>
          <w:p w:rsidR="004B25B8" w:rsidRDefault="005D2361">
            <w:r>
              <w:rPr>
                <w:sz w:val="17"/>
              </w:rPr>
              <w:t>Доходы семьи: знакомство</w:t>
            </w:r>
          </w:p>
        </w:tc>
        <w:tc>
          <w:tcPr>
            <w:tcW w:w="453" w:type="dxa"/>
          </w:tcPr>
          <w:p w:rsidR="004B25B8" w:rsidRDefault="005D2361">
            <w:r>
              <w:rPr>
                <w:sz w:val="17"/>
              </w:rPr>
              <w:t>1</w:t>
            </w:r>
          </w:p>
        </w:tc>
        <w:tc>
          <w:tcPr>
            <w:tcW w:w="510" w:type="dxa"/>
          </w:tcPr>
          <w:p w:rsidR="004B25B8" w:rsidRDefault="005D2361">
            <w:r>
              <w:rPr>
                <w:sz w:val="17"/>
              </w:rPr>
              <w:t>—</w:t>
            </w:r>
          </w:p>
        </w:tc>
        <w:tc>
          <w:tcPr>
            <w:tcW w:w="567" w:type="dxa"/>
          </w:tcPr>
          <w:p w:rsidR="004B25B8" w:rsidRDefault="005D2361">
            <w:r>
              <w:rPr>
                <w:sz w:val="17"/>
              </w:rPr>
              <w:t>—</w:t>
            </w:r>
          </w:p>
        </w:tc>
        <w:tc>
          <w:tcPr>
            <w:tcW w:w="1304" w:type="dxa"/>
          </w:tcPr>
          <w:p w:rsidR="004B25B8" w:rsidRDefault="005D2361">
            <w:r>
              <w:rPr>
                <w:sz w:val="17"/>
              </w:rPr>
              <w:t>[по календарному графику]</w:t>
            </w:r>
          </w:p>
        </w:tc>
        <w:tc>
          <w:tcPr>
            <w:tcW w:w="3231" w:type="dxa"/>
          </w:tcPr>
          <w:p w:rsidR="004B25B8" w:rsidRPr="00132C52" w:rsidRDefault="005D2361">
            <w:pPr>
              <w:rPr>
                <w:lang w:val="ru-RU"/>
              </w:rPr>
            </w:pPr>
            <w:r w:rsidRPr="00132C52">
              <w:rPr>
                <w:sz w:val="17"/>
                <w:lang w:val="ru-RU"/>
              </w:rPr>
              <w:t>ФГИС «Моя школа»; РЭШ; «Финансовая культура» Банка России.</w:t>
            </w:r>
          </w:p>
        </w:tc>
      </w:tr>
      <w:tr w:rsidR="004B25B8" w:rsidRPr="007178AD">
        <w:trPr>
          <w:jc w:val="center"/>
        </w:trPr>
        <w:tc>
          <w:tcPr>
            <w:tcW w:w="396" w:type="dxa"/>
          </w:tcPr>
          <w:p w:rsidR="004B25B8" w:rsidRDefault="005D2361">
            <w:r>
              <w:rPr>
                <w:sz w:val="17"/>
              </w:rPr>
              <w:t>9</w:t>
            </w:r>
          </w:p>
        </w:tc>
        <w:tc>
          <w:tcPr>
            <w:tcW w:w="3061" w:type="dxa"/>
          </w:tcPr>
          <w:p w:rsidR="004B25B8" w:rsidRDefault="005D2361">
            <w:r>
              <w:rPr>
                <w:sz w:val="17"/>
              </w:rPr>
              <w:t>Расходы семьи: знакомство</w:t>
            </w:r>
          </w:p>
        </w:tc>
        <w:tc>
          <w:tcPr>
            <w:tcW w:w="453" w:type="dxa"/>
          </w:tcPr>
          <w:p w:rsidR="004B25B8" w:rsidRDefault="005D2361">
            <w:r>
              <w:rPr>
                <w:sz w:val="17"/>
              </w:rPr>
              <w:t>1</w:t>
            </w:r>
          </w:p>
        </w:tc>
        <w:tc>
          <w:tcPr>
            <w:tcW w:w="510" w:type="dxa"/>
          </w:tcPr>
          <w:p w:rsidR="004B25B8" w:rsidRDefault="005D2361">
            <w:r>
              <w:rPr>
                <w:sz w:val="17"/>
              </w:rPr>
              <w:t>—</w:t>
            </w:r>
          </w:p>
        </w:tc>
        <w:tc>
          <w:tcPr>
            <w:tcW w:w="567" w:type="dxa"/>
          </w:tcPr>
          <w:p w:rsidR="004B25B8" w:rsidRDefault="005D2361">
            <w:r>
              <w:rPr>
                <w:sz w:val="17"/>
              </w:rPr>
              <w:t>—</w:t>
            </w:r>
          </w:p>
        </w:tc>
        <w:tc>
          <w:tcPr>
            <w:tcW w:w="1304" w:type="dxa"/>
          </w:tcPr>
          <w:p w:rsidR="004B25B8" w:rsidRDefault="005D2361">
            <w:r>
              <w:rPr>
                <w:sz w:val="17"/>
              </w:rPr>
              <w:t>[по календарному графику]</w:t>
            </w:r>
          </w:p>
        </w:tc>
        <w:tc>
          <w:tcPr>
            <w:tcW w:w="3231" w:type="dxa"/>
          </w:tcPr>
          <w:p w:rsidR="004B25B8" w:rsidRPr="00132C52" w:rsidRDefault="005D2361">
            <w:pPr>
              <w:rPr>
                <w:lang w:val="ru-RU"/>
              </w:rPr>
            </w:pPr>
            <w:r w:rsidRPr="00132C52">
              <w:rPr>
                <w:sz w:val="17"/>
                <w:lang w:val="ru-RU"/>
              </w:rPr>
              <w:t>ФГИС «Моя школа»; РЭШ; «Финансовая культура» Банка России.</w:t>
            </w:r>
          </w:p>
        </w:tc>
      </w:tr>
      <w:tr w:rsidR="004B25B8" w:rsidRPr="007178AD">
        <w:trPr>
          <w:jc w:val="center"/>
        </w:trPr>
        <w:tc>
          <w:tcPr>
            <w:tcW w:w="396" w:type="dxa"/>
          </w:tcPr>
          <w:p w:rsidR="004B25B8" w:rsidRDefault="005D2361">
            <w:r>
              <w:rPr>
                <w:sz w:val="17"/>
              </w:rPr>
              <w:t>10</w:t>
            </w:r>
          </w:p>
        </w:tc>
        <w:tc>
          <w:tcPr>
            <w:tcW w:w="3061" w:type="dxa"/>
          </w:tcPr>
          <w:p w:rsidR="004B25B8" w:rsidRDefault="005D2361">
            <w:r>
              <w:rPr>
                <w:sz w:val="17"/>
              </w:rPr>
              <w:t>Планируем покупку</w:t>
            </w:r>
          </w:p>
        </w:tc>
        <w:tc>
          <w:tcPr>
            <w:tcW w:w="453" w:type="dxa"/>
          </w:tcPr>
          <w:p w:rsidR="004B25B8" w:rsidRDefault="005D2361">
            <w:r>
              <w:rPr>
                <w:sz w:val="17"/>
              </w:rPr>
              <w:t>1</w:t>
            </w:r>
          </w:p>
        </w:tc>
        <w:tc>
          <w:tcPr>
            <w:tcW w:w="510" w:type="dxa"/>
          </w:tcPr>
          <w:p w:rsidR="004B25B8" w:rsidRDefault="005D2361">
            <w:r>
              <w:rPr>
                <w:sz w:val="17"/>
              </w:rPr>
              <w:t>—</w:t>
            </w:r>
          </w:p>
        </w:tc>
        <w:tc>
          <w:tcPr>
            <w:tcW w:w="567" w:type="dxa"/>
          </w:tcPr>
          <w:p w:rsidR="004B25B8" w:rsidRDefault="005D2361">
            <w:r>
              <w:rPr>
                <w:sz w:val="17"/>
              </w:rPr>
              <w:t>1</w:t>
            </w:r>
          </w:p>
        </w:tc>
        <w:tc>
          <w:tcPr>
            <w:tcW w:w="1304" w:type="dxa"/>
          </w:tcPr>
          <w:p w:rsidR="004B25B8" w:rsidRDefault="005D2361">
            <w:r>
              <w:rPr>
                <w:sz w:val="17"/>
              </w:rPr>
              <w:t>[по календарному графику]</w:t>
            </w:r>
          </w:p>
        </w:tc>
        <w:tc>
          <w:tcPr>
            <w:tcW w:w="3231" w:type="dxa"/>
          </w:tcPr>
          <w:p w:rsidR="004B25B8" w:rsidRPr="00132C52" w:rsidRDefault="005D2361">
            <w:pPr>
              <w:rPr>
                <w:lang w:val="ru-RU"/>
              </w:rPr>
            </w:pPr>
            <w:r w:rsidRPr="00132C52">
              <w:rPr>
                <w:sz w:val="17"/>
                <w:lang w:val="ru-RU"/>
              </w:rPr>
              <w:t>ФГИС «Моя школа»; РЭШ; «Финансовая культура» Банка России.</w:t>
            </w:r>
          </w:p>
        </w:tc>
      </w:tr>
      <w:tr w:rsidR="004B25B8" w:rsidRPr="007178AD">
        <w:trPr>
          <w:jc w:val="center"/>
        </w:trPr>
        <w:tc>
          <w:tcPr>
            <w:tcW w:w="396" w:type="dxa"/>
          </w:tcPr>
          <w:p w:rsidR="004B25B8" w:rsidRDefault="005D2361">
            <w:r>
              <w:rPr>
                <w:sz w:val="17"/>
              </w:rPr>
              <w:t>11</w:t>
            </w:r>
          </w:p>
        </w:tc>
        <w:tc>
          <w:tcPr>
            <w:tcW w:w="3061" w:type="dxa"/>
          </w:tcPr>
          <w:p w:rsidR="004B25B8" w:rsidRDefault="005D2361">
            <w:r>
              <w:rPr>
                <w:sz w:val="17"/>
              </w:rPr>
              <w:t>Магазин и правила покупателя</w:t>
            </w:r>
          </w:p>
        </w:tc>
        <w:tc>
          <w:tcPr>
            <w:tcW w:w="453" w:type="dxa"/>
          </w:tcPr>
          <w:p w:rsidR="004B25B8" w:rsidRDefault="005D2361">
            <w:r>
              <w:rPr>
                <w:sz w:val="17"/>
              </w:rPr>
              <w:t>1</w:t>
            </w:r>
          </w:p>
        </w:tc>
        <w:tc>
          <w:tcPr>
            <w:tcW w:w="510" w:type="dxa"/>
          </w:tcPr>
          <w:p w:rsidR="004B25B8" w:rsidRDefault="005D2361">
            <w:r>
              <w:rPr>
                <w:sz w:val="17"/>
              </w:rPr>
              <w:t>—</w:t>
            </w:r>
          </w:p>
        </w:tc>
        <w:tc>
          <w:tcPr>
            <w:tcW w:w="567" w:type="dxa"/>
          </w:tcPr>
          <w:p w:rsidR="004B25B8" w:rsidRDefault="005D2361">
            <w:r>
              <w:rPr>
                <w:sz w:val="17"/>
              </w:rPr>
              <w:t>—</w:t>
            </w:r>
          </w:p>
        </w:tc>
        <w:tc>
          <w:tcPr>
            <w:tcW w:w="1304" w:type="dxa"/>
          </w:tcPr>
          <w:p w:rsidR="004B25B8" w:rsidRDefault="005D2361">
            <w:r>
              <w:rPr>
                <w:sz w:val="17"/>
              </w:rPr>
              <w:t>[по календарному графику]</w:t>
            </w:r>
          </w:p>
        </w:tc>
        <w:tc>
          <w:tcPr>
            <w:tcW w:w="3231" w:type="dxa"/>
          </w:tcPr>
          <w:p w:rsidR="004B25B8" w:rsidRPr="00132C52" w:rsidRDefault="005D2361">
            <w:pPr>
              <w:rPr>
                <w:lang w:val="ru-RU"/>
              </w:rPr>
            </w:pPr>
            <w:r w:rsidRPr="00132C52">
              <w:rPr>
                <w:sz w:val="17"/>
                <w:lang w:val="ru-RU"/>
              </w:rPr>
              <w:t>ФГИС «Моя школа»; РЭШ; «Финансовая культура» Банка России.</w:t>
            </w:r>
          </w:p>
        </w:tc>
      </w:tr>
      <w:tr w:rsidR="004B25B8" w:rsidRPr="007178AD">
        <w:trPr>
          <w:jc w:val="center"/>
        </w:trPr>
        <w:tc>
          <w:tcPr>
            <w:tcW w:w="396" w:type="dxa"/>
          </w:tcPr>
          <w:p w:rsidR="004B25B8" w:rsidRDefault="005D2361">
            <w:r>
              <w:rPr>
                <w:sz w:val="17"/>
              </w:rPr>
              <w:t>12</w:t>
            </w:r>
          </w:p>
        </w:tc>
        <w:tc>
          <w:tcPr>
            <w:tcW w:w="3061" w:type="dxa"/>
          </w:tcPr>
          <w:p w:rsidR="004B25B8" w:rsidRPr="00132C52" w:rsidRDefault="005D2361">
            <w:pPr>
              <w:rPr>
                <w:lang w:val="ru-RU"/>
              </w:rPr>
            </w:pPr>
            <w:r w:rsidRPr="00132C52">
              <w:rPr>
                <w:sz w:val="17"/>
                <w:lang w:val="ru-RU"/>
              </w:rPr>
              <w:t>Реклама: можно ли ей верить</w:t>
            </w:r>
          </w:p>
        </w:tc>
        <w:tc>
          <w:tcPr>
            <w:tcW w:w="453" w:type="dxa"/>
          </w:tcPr>
          <w:p w:rsidR="004B25B8" w:rsidRDefault="005D2361">
            <w:r>
              <w:rPr>
                <w:sz w:val="17"/>
              </w:rPr>
              <w:t>1</w:t>
            </w:r>
          </w:p>
        </w:tc>
        <w:tc>
          <w:tcPr>
            <w:tcW w:w="510" w:type="dxa"/>
          </w:tcPr>
          <w:p w:rsidR="004B25B8" w:rsidRDefault="005D2361">
            <w:r>
              <w:rPr>
                <w:sz w:val="17"/>
              </w:rPr>
              <w:t>—</w:t>
            </w:r>
          </w:p>
        </w:tc>
        <w:tc>
          <w:tcPr>
            <w:tcW w:w="567" w:type="dxa"/>
          </w:tcPr>
          <w:p w:rsidR="004B25B8" w:rsidRDefault="005D2361">
            <w:r>
              <w:rPr>
                <w:sz w:val="17"/>
              </w:rPr>
              <w:t>—</w:t>
            </w:r>
          </w:p>
        </w:tc>
        <w:tc>
          <w:tcPr>
            <w:tcW w:w="1304" w:type="dxa"/>
          </w:tcPr>
          <w:p w:rsidR="004B25B8" w:rsidRDefault="005D2361">
            <w:r>
              <w:rPr>
                <w:sz w:val="17"/>
              </w:rPr>
              <w:t>[по календарному графику]</w:t>
            </w:r>
          </w:p>
        </w:tc>
        <w:tc>
          <w:tcPr>
            <w:tcW w:w="3231" w:type="dxa"/>
          </w:tcPr>
          <w:p w:rsidR="004B25B8" w:rsidRPr="00132C52" w:rsidRDefault="005D2361">
            <w:pPr>
              <w:rPr>
                <w:lang w:val="ru-RU"/>
              </w:rPr>
            </w:pPr>
            <w:r w:rsidRPr="00132C52">
              <w:rPr>
                <w:sz w:val="17"/>
                <w:lang w:val="ru-RU"/>
              </w:rPr>
              <w:t>ФГИС «Моя школа»; РЭШ; «Финансовая культура» Банка России.</w:t>
            </w:r>
          </w:p>
        </w:tc>
      </w:tr>
      <w:tr w:rsidR="004B25B8" w:rsidRPr="007178AD">
        <w:trPr>
          <w:jc w:val="center"/>
        </w:trPr>
        <w:tc>
          <w:tcPr>
            <w:tcW w:w="396" w:type="dxa"/>
          </w:tcPr>
          <w:p w:rsidR="004B25B8" w:rsidRDefault="005D2361">
            <w:r>
              <w:rPr>
                <w:sz w:val="17"/>
              </w:rPr>
              <w:t>13</w:t>
            </w:r>
          </w:p>
        </w:tc>
        <w:tc>
          <w:tcPr>
            <w:tcW w:w="3061" w:type="dxa"/>
          </w:tcPr>
          <w:p w:rsidR="004B25B8" w:rsidRDefault="005D2361">
            <w:r>
              <w:rPr>
                <w:sz w:val="17"/>
              </w:rPr>
              <w:t>Безопасность в магазине</w:t>
            </w:r>
          </w:p>
        </w:tc>
        <w:tc>
          <w:tcPr>
            <w:tcW w:w="453" w:type="dxa"/>
          </w:tcPr>
          <w:p w:rsidR="004B25B8" w:rsidRDefault="005D2361">
            <w:r>
              <w:rPr>
                <w:sz w:val="17"/>
              </w:rPr>
              <w:t>1</w:t>
            </w:r>
          </w:p>
        </w:tc>
        <w:tc>
          <w:tcPr>
            <w:tcW w:w="510" w:type="dxa"/>
          </w:tcPr>
          <w:p w:rsidR="004B25B8" w:rsidRDefault="005D2361">
            <w:r>
              <w:rPr>
                <w:sz w:val="17"/>
              </w:rPr>
              <w:t>—</w:t>
            </w:r>
          </w:p>
        </w:tc>
        <w:tc>
          <w:tcPr>
            <w:tcW w:w="567" w:type="dxa"/>
          </w:tcPr>
          <w:p w:rsidR="004B25B8" w:rsidRDefault="005D2361">
            <w:r>
              <w:rPr>
                <w:sz w:val="17"/>
              </w:rPr>
              <w:t>—</w:t>
            </w:r>
          </w:p>
        </w:tc>
        <w:tc>
          <w:tcPr>
            <w:tcW w:w="1304" w:type="dxa"/>
          </w:tcPr>
          <w:p w:rsidR="004B25B8" w:rsidRDefault="005D2361">
            <w:r>
              <w:rPr>
                <w:sz w:val="17"/>
              </w:rPr>
              <w:t>[по календарному графику]</w:t>
            </w:r>
          </w:p>
        </w:tc>
        <w:tc>
          <w:tcPr>
            <w:tcW w:w="3231" w:type="dxa"/>
          </w:tcPr>
          <w:p w:rsidR="004B25B8" w:rsidRPr="00132C52" w:rsidRDefault="005D2361">
            <w:pPr>
              <w:rPr>
                <w:lang w:val="ru-RU"/>
              </w:rPr>
            </w:pPr>
            <w:r w:rsidRPr="00132C52">
              <w:rPr>
                <w:sz w:val="17"/>
                <w:lang w:val="ru-RU"/>
              </w:rPr>
              <w:t>ФГИС «Моя школа»; РЭШ; «Финансовая культура» Банка России.</w:t>
            </w:r>
          </w:p>
        </w:tc>
      </w:tr>
      <w:tr w:rsidR="004B25B8" w:rsidRPr="007178AD">
        <w:trPr>
          <w:jc w:val="center"/>
        </w:trPr>
        <w:tc>
          <w:tcPr>
            <w:tcW w:w="396" w:type="dxa"/>
          </w:tcPr>
          <w:p w:rsidR="004B25B8" w:rsidRDefault="005D2361">
            <w:r>
              <w:rPr>
                <w:sz w:val="17"/>
              </w:rPr>
              <w:t>14</w:t>
            </w:r>
          </w:p>
        </w:tc>
        <w:tc>
          <w:tcPr>
            <w:tcW w:w="3061" w:type="dxa"/>
          </w:tcPr>
          <w:p w:rsidR="004B25B8" w:rsidRDefault="005D2361">
            <w:r>
              <w:rPr>
                <w:sz w:val="17"/>
              </w:rPr>
              <w:t>Игра «Семейный бюджет»</w:t>
            </w:r>
          </w:p>
        </w:tc>
        <w:tc>
          <w:tcPr>
            <w:tcW w:w="453" w:type="dxa"/>
          </w:tcPr>
          <w:p w:rsidR="004B25B8" w:rsidRDefault="005D2361">
            <w:r>
              <w:rPr>
                <w:sz w:val="17"/>
              </w:rPr>
              <w:t>1</w:t>
            </w:r>
          </w:p>
        </w:tc>
        <w:tc>
          <w:tcPr>
            <w:tcW w:w="510" w:type="dxa"/>
          </w:tcPr>
          <w:p w:rsidR="004B25B8" w:rsidRDefault="005D2361">
            <w:r>
              <w:rPr>
                <w:sz w:val="17"/>
              </w:rPr>
              <w:t>—</w:t>
            </w:r>
          </w:p>
        </w:tc>
        <w:tc>
          <w:tcPr>
            <w:tcW w:w="567" w:type="dxa"/>
          </w:tcPr>
          <w:p w:rsidR="004B25B8" w:rsidRDefault="005D2361">
            <w:r>
              <w:rPr>
                <w:sz w:val="17"/>
              </w:rPr>
              <w:t>—</w:t>
            </w:r>
          </w:p>
        </w:tc>
        <w:tc>
          <w:tcPr>
            <w:tcW w:w="1304" w:type="dxa"/>
          </w:tcPr>
          <w:p w:rsidR="004B25B8" w:rsidRDefault="005D2361">
            <w:r>
              <w:rPr>
                <w:sz w:val="17"/>
              </w:rPr>
              <w:t>[по календарному графику]</w:t>
            </w:r>
          </w:p>
        </w:tc>
        <w:tc>
          <w:tcPr>
            <w:tcW w:w="3231" w:type="dxa"/>
          </w:tcPr>
          <w:p w:rsidR="004B25B8" w:rsidRPr="00132C52" w:rsidRDefault="005D2361">
            <w:pPr>
              <w:rPr>
                <w:lang w:val="ru-RU"/>
              </w:rPr>
            </w:pPr>
            <w:r w:rsidRPr="00132C52">
              <w:rPr>
                <w:sz w:val="17"/>
                <w:lang w:val="ru-RU"/>
              </w:rPr>
              <w:t>ФГИС «Моя школа»; РЭШ; «Финансовая культура» Банка России.</w:t>
            </w:r>
          </w:p>
        </w:tc>
      </w:tr>
      <w:tr w:rsidR="004B25B8" w:rsidRPr="007178AD">
        <w:trPr>
          <w:jc w:val="center"/>
        </w:trPr>
        <w:tc>
          <w:tcPr>
            <w:tcW w:w="396" w:type="dxa"/>
          </w:tcPr>
          <w:p w:rsidR="004B25B8" w:rsidRDefault="005D2361">
            <w:r>
              <w:rPr>
                <w:sz w:val="17"/>
              </w:rPr>
              <w:t>15</w:t>
            </w:r>
          </w:p>
        </w:tc>
        <w:tc>
          <w:tcPr>
            <w:tcW w:w="3061" w:type="dxa"/>
          </w:tcPr>
          <w:p w:rsidR="004B25B8" w:rsidRDefault="005D2361">
            <w:r>
              <w:rPr>
                <w:sz w:val="17"/>
              </w:rPr>
              <w:t>Повторяем: деньги и покупки</w:t>
            </w:r>
          </w:p>
        </w:tc>
        <w:tc>
          <w:tcPr>
            <w:tcW w:w="453" w:type="dxa"/>
          </w:tcPr>
          <w:p w:rsidR="004B25B8" w:rsidRDefault="005D2361">
            <w:r>
              <w:rPr>
                <w:sz w:val="17"/>
              </w:rPr>
              <w:t>1</w:t>
            </w:r>
          </w:p>
        </w:tc>
        <w:tc>
          <w:tcPr>
            <w:tcW w:w="510" w:type="dxa"/>
          </w:tcPr>
          <w:p w:rsidR="004B25B8" w:rsidRDefault="005D2361">
            <w:r>
              <w:rPr>
                <w:sz w:val="17"/>
              </w:rPr>
              <w:t>—</w:t>
            </w:r>
          </w:p>
        </w:tc>
        <w:tc>
          <w:tcPr>
            <w:tcW w:w="567" w:type="dxa"/>
          </w:tcPr>
          <w:p w:rsidR="004B25B8" w:rsidRDefault="005D2361">
            <w:r>
              <w:rPr>
                <w:sz w:val="17"/>
              </w:rPr>
              <w:t>1</w:t>
            </w:r>
          </w:p>
        </w:tc>
        <w:tc>
          <w:tcPr>
            <w:tcW w:w="1304" w:type="dxa"/>
          </w:tcPr>
          <w:p w:rsidR="004B25B8" w:rsidRDefault="005D2361">
            <w:r>
              <w:rPr>
                <w:sz w:val="17"/>
              </w:rPr>
              <w:t>[по календарному графику]</w:t>
            </w:r>
          </w:p>
        </w:tc>
        <w:tc>
          <w:tcPr>
            <w:tcW w:w="3231" w:type="dxa"/>
          </w:tcPr>
          <w:p w:rsidR="004B25B8" w:rsidRPr="00132C52" w:rsidRDefault="005D2361">
            <w:pPr>
              <w:rPr>
                <w:lang w:val="ru-RU"/>
              </w:rPr>
            </w:pPr>
            <w:r w:rsidRPr="00132C52">
              <w:rPr>
                <w:sz w:val="17"/>
                <w:lang w:val="ru-RU"/>
              </w:rPr>
              <w:t>ФГИС «Моя школа»; РЭШ; «Финансовая культура» Банка России.</w:t>
            </w:r>
          </w:p>
        </w:tc>
      </w:tr>
      <w:tr w:rsidR="004B25B8" w:rsidRPr="007178AD">
        <w:trPr>
          <w:jc w:val="center"/>
        </w:trPr>
        <w:tc>
          <w:tcPr>
            <w:tcW w:w="396" w:type="dxa"/>
          </w:tcPr>
          <w:p w:rsidR="004B25B8" w:rsidRDefault="005D2361">
            <w:r>
              <w:rPr>
                <w:sz w:val="17"/>
              </w:rPr>
              <w:t>16</w:t>
            </w:r>
          </w:p>
        </w:tc>
        <w:tc>
          <w:tcPr>
            <w:tcW w:w="3061" w:type="dxa"/>
          </w:tcPr>
          <w:p w:rsidR="004B25B8" w:rsidRDefault="005D2361">
            <w:r>
              <w:rPr>
                <w:sz w:val="17"/>
              </w:rPr>
              <w:t>Моя финансовая цель</w:t>
            </w:r>
          </w:p>
        </w:tc>
        <w:tc>
          <w:tcPr>
            <w:tcW w:w="453" w:type="dxa"/>
          </w:tcPr>
          <w:p w:rsidR="004B25B8" w:rsidRDefault="005D2361">
            <w:r>
              <w:rPr>
                <w:sz w:val="17"/>
              </w:rPr>
              <w:t>1</w:t>
            </w:r>
          </w:p>
        </w:tc>
        <w:tc>
          <w:tcPr>
            <w:tcW w:w="510" w:type="dxa"/>
          </w:tcPr>
          <w:p w:rsidR="004B25B8" w:rsidRDefault="005D2361">
            <w:r>
              <w:rPr>
                <w:sz w:val="17"/>
              </w:rPr>
              <w:t>—</w:t>
            </w:r>
          </w:p>
        </w:tc>
        <w:tc>
          <w:tcPr>
            <w:tcW w:w="567" w:type="dxa"/>
          </w:tcPr>
          <w:p w:rsidR="004B25B8" w:rsidRDefault="005D2361">
            <w:r>
              <w:rPr>
                <w:sz w:val="17"/>
              </w:rPr>
              <w:t>—</w:t>
            </w:r>
          </w:p>
        </w:tc>
        <w:tc>
          <w:tcPr>
            <w:tcW w:w="1304" w:type="dxa"/>
          </w:tcPr>
          <w:p w:rsidR="004B25B8" w:rsidRDefault="005D2361">
            <w:r>
              <w:rPr>
                <w:sz w:val="17"/>
              </w:rPr>
              <w:t>[по календарному графику]</w:t>
            </w:r>
          </w:p>
        </w:tc>
        <w:tc>
          <w:tcPr>
            <w:tcW w:w="3231" w:type="dxa"/>
          </w:tcPr>
          <w:p w:rsidR="004B25B8" w:rsidRPr="00132C52" w:rsidRDefault="005D2361">
            <w:pPr>
              <w:rPr>
                <w:lang w:val="ru-RU"/>
              </w:rPr>
            </w:pPr>
            <w:r w:rsidRPr="00132C52">
              <w:rPr>
                <w:sz w:val="17"/>
                <w:lang w:val="ru-RU"/>
              </w:rPr>
              <w:t>ФГИС «Моя школа»; РЭШ; «Финансовая культура» Банка России.</w:t>
            </w:r>
          </w:p>
        </w:tc>
      </w:tr>
      <w:tr w:rsidR="004B25B8" w:rsidRPr="007178AD">
        <w:trPr>
          <w:jc w:val="center"/>
        </w:trPr>
        <w:tc>
          <w:tcPr>
            <w:tcW w:w="396" w:type="dxa"/>
          </w:tcPr>
          <w:p w:rsidR="004B25B8" w:rsidRDefault="005D2361">
            <w:r>
              <w:rPr>
                <w:sz w:val="17"/>
              </w:rPr>
              <w:t>17</w:t>
            </w:r>
          </w:p>
        </w:tc>
        <w:tc>
          <w:tcPr>
            <w:tcW w:w="3061" w:type="dxa"/>
          </w:tcPr>
          <w:p w:rsidR="004B25B8" w:rsidRDefault="005D2361">
            <w:r>
              <w:rPr>
                <w:sz w:val="17"/>
              </w:rPr>
              <w:t>Что такое сбережения</w:t>
            </w:r>
          </w:p>
        </w:tc>
        <w:tc>
          <w:tcPr>
            <w:tcW w:w="453" w:type="dxa"/>
          </w:tcPr>
          <w:p w:rsidR="004B25B8" w:rsidRDefault="005D2361">
            <w:r>
              <w:rPr>
                <w:sz w:val="17"/>
              </w:rPr>
              <w:t>1</w:t>
            </w:r>
          </w:p>
        </w:tc>
        <w:tc>
          <w:tcPr>
            <w:tcW w:w="510" w:type="dxa"/>
          </w:tcPr>
          <w:p w:rsidR="004B25B8" w:rsidRDefault="005D2361">
            <w:r>
              <w:rPr>
                <w:sz w:val="17"/>
              </w:rPr>
              <w:t>—</w:t>
            </w:r>
          </w:p>
        </w:tc>
        <w:tc>
          <w:tcPr>
            <w:tcW w:w="567" w:type="dxa"/>
          </w:tcPr>
          <w:p w:rsidR="004B25B8" w:rsidRDefault="005D2361">
            <w:r>
              <w:rPr>
                <w:sz w:val="17"/>
              </w:rPr>
              <w:t>—</w:t>
            </w:r>
          </w:p>
        </w:tc>
        <w:tc>
          <w:tcPr>
            <w:tcW w:w="1304" w:type="dxa"/>
          </w:tcPr>
          <w:p w:rsidR="004B25B8" w:rsidRDefault="005D2361">
            <w:r>
              <w:rPr>
                <w:sz w:val="17"/>
              </w:rPr>
              <w:t>[по календарному графику]</w:t>
            </w:r>
          </w:p>
        </w:tc>
        <w:tc>
          <w:tcPr>
            <w:tcW w:w="3231" w:type="dxa"/>
          </w:tcPr>
          <w:p w:rsidR="004B25B8" w:rsidRPr="00132C52" w:rsidRDefault="005D2361">
            <w:pPr>
              <w:rPr>
                <w:lang w:val="ru-RU"/>
              </w:rPr>
            </w:pPr>
            <w:r w:rsidRPr="00132C52">
              <w:rPr>
                <w:sz w:val="17"/>
                <w:lang w:val="ru-RU"/>
              </w:rPr>
              <w:t>ФГИС «Моя школа»; РЭШ; «Финансовая культура» Банка России.</w:t>
            </w:r>
          </w:p>
        </w:tc>
      </w:tr>
      <w:tr w:rsidR="004B25B8" w:rsidRPr="007178AD">
        <w:trPr>
          <w:jc w:val="center"/>
        </w:trPr>
        <w:tc>
          <w:tcPr>
            <w:tcW w:w="396" w:type="dxa"/>
          </w:tcPr>
          <w:p w:rsidR="004B25B8" w:rsidRDefault="005D2361">
            <w:r>
              <w:rPr>
                <w:sz w:val="17"/>
              </w:rPr>
              <w:t>18</w:t>
            </w:r>
          </w:p>
        </w:tc>
        <w:tc>
          <w:tcPr>
            <w:tcW w:w="3061" w:type="dxa"/>
          </w:tcPr>
          <w:p w:rsidR="004B25B8" w:rsidRDefault="005D2361">
            <w:r>
              <w:rPr>
                <w:sz w:val="17"/>
              </w:rPr>
              <w:t>Копилка и банковский счёт</w:t>
            </w:r>
          </w:p>
        </w:tc>
        <w:tc>
          <w:tcPr>
            <w:tcW w:w="453" w:type="dxa"/>
          </w:tcPr>
          <w:p w:rsidR="004B25B8" w:rsidRDefault="005D2361">
            <w:r>
              <w:rPr>
                <w:sz w:val="17"/>
              </w:rPr>
              <w:t>1</w:t>
            </w:r>
          </w:p>
        </w:tc>
        <w:tc>
          <w:tcPr>
            <w:tcW w:w="510" w:type="dxa"/>
          </w:tcPr>
          <w:p w:rsidR="004B25B8" w:rsidRDefault="005D2361">
            <w:r>
              <w:rPr>
                <w:sz w:val="17"/>
              </w:rPr>
              <w:t>—</w:t>
            </w:r>
          </w:p>
        </w:tc>
        <w:tc>
          <w:tcPr>
            <w:tcW w:w="567" w:type="dxa"/>
          </w:tcPr>
          <w:p w:rsidR="004B25B8" w:rsidRDefault="005D2361">
            <w:r>
              <w:rPr>
                <w:sz w:val="17"/>
              </w:rPr>
              <w:t>—</w:t>
            </w:r>
          </w:p>
        </w:tc>
        <w:tc>
          <w:tcPr>
            <w:tcW w:w="1304" w:type="dxa"/>
          </w:tcPr>
          <w:p w:rsidR="004B25B8" w:rsidRDefault="005D2361">
            <w:r>
              <w:rPr>
                <w:sz w:val="17"/>
              </w:rPr>
              <w:t>[по календарному графику]</w:t>
            </w:r>
          </w:p>
        </w:tc>
        <w:tc>
          <w:tcPr>
            <w:tcW w:w="3231" w:type="dxa"/>
          </w:tcPr>
          <w:p w:rsidR="004B25B8" w:rsidRPr="00132C52" w:rsidRDefault="005D2361">
            <w:pPr>
              <w:rPr>
                <w:lang w:val="ru-RU"/>
              </w:rPr>
            </w:pPr>
            <w:r w:rsidRPr="00132C52">
              <w:rPr>
                <w:sz w:val="17"/>
                <w:lang w:val="ru-RU"/>
              </w:rPr>
              <w:t>ФГИС «Моя школа»; РЭШ; «Финансовая культура» Банка России.</w:t>
            </w:r>
          </w:p>
        </w:tc>
      </w:tr>
      <w:tr w:rsidR="004B25B8" w:rsidRPr="007178AD">
        <w:trPr>
          <w:jc w:val="center"/>
        </w:trPr>
        <w:tc>
          <w:tcPr>
            <w:tcW w:w="396" w:type="dxa"/>
          </w:tcPr>
          <w:p w:rsidR="004B25B8" w:rsidRDefault="005D2361">
            <w:r>
              <w:rPr>
                <w:sz w:val="17"/>
              </w:rPr>
              <w:t>19</w:t>
            </w:r>
          </w:p>
        </w:tc>
        <w:tc>
          <w:tcPr>
            <w:tcW w:w="3061" w:type="dxa"/>
          </w:tcPr>
          <w:p w:rsidR="004B25B8" w:rsidRDefault="005D2361">
            <w:r>
              <w:rPr>
                <w:sz w:val="17"/>
              </w:rPr>
              <w:t>Зачем нужен банк</w:t>
            </w:r>
          </w:p>
        </w:tc>
        <w:tc>
          <w:tcPr>
            <w:tcW w:w="453" w:type="dxa"/>
          </w:tcPr>
          <w:p w:rsidR="004B25B8" w:rsidRDefault="005D2361">
            <w:r>
              <w:rPr>
                <w:sz w:val="17"/>
              </w:rPr>
              <w:t>1</w:t>
            </w:r>
          </w:p>
        </w:tc>
        <w:tc>
          <w:tcPr>
            <w:tcW w:w="510" w:type="dxa"/>
          </w:tcPr>
          <w:p w:rsidR="004B25B8" w:rsidRDefault="005D2361">
            <w:r>
              <w:rPr>
                <w:sz w:val="17"/>
              </w:rPr>
              <w:t>—</w:t>
            </w:r>
          </w:p>
        </w:tc>
        <w:tc>
          <w:tcPr>
            <w:tcW w:w="567" w:type="dxa"/>
          </w:tcPr>
          <w:p w:rsidR="004B25B8" w:rsidRDefault="005D2361">
            <w:r>
              <w:rPr>
                <w:sz w:val="17"/>
              </w:rPr>
              <w:t>—</w:t>
            </w:r>
          </w:p>
        </w:tc>
        <w:tc>
          <w:tcPr>
            <w:tcW w:w="1304" w:type="dxa"/>
          </w:tcPr>
          <w:p w:rsidR="004B25B8" w:rsidRDefault="005D2361">
            <w:r>
              <w:rPr>
                <w:sz w:val="17"/>
              </w:rPr>
              <w:t>[по календарному графику]</w:t>
            </w:r>
          </w:p>
        </w:tc>
        <w:tc>
          <w:tcPr>
            <w:tcW w:w="3231" w:type="dxa"/>
          </w:tcPr>
          <w:p w:rsidR="004B25B8" w:rsidRPr="00132C52" w:rsidRDefault="005D2361">
            <w:pPr>
              <w:rPr>
                <w:lang w:val="ru-RU"/>
              </w:rPr>
            </w:pPr>
            <w:r w:rsidRPr="00132C52">
              <w:rPr>
                <w:sz w:val="17"/>
                <w:lang w:val="ru-RU"/>
              </w:rPr>
              <w:t>ФГИС «Моя школа»; РЭШ; «Финансовая культура» Банка России.</w:t>
            </w:r>
          </w:p>
        </w:tc>
      </w:tr>
      <w:tr w:rsidR="004B25B8" w:rsidRPr="007178AD">
        <w:trPr>
          <w:jc w:val="center"/>
        </w:trPr>
        <w:tc>
          <w:tcPr>
            <w:tcW w:w="396" w:type="dxa"/>
          </w:tcPr>
          <w:p w:rsidR="004B25B8" w:rsidRDefault="005D2361">
            <w:r>
              <w:rPr>
                <w:sz w:val="17"/>
              </w:rPr>
              <w:t>20</w:t>
            </w:r>
          </w:p>
        </w:tc>
        <w:tc>
          <w:tcPr>
            <w:tcW w:w="3061" w:type="dxa"/>
          </w:tcPr>
          <w:p w:rsidR="004B25B8" w:rsidRDefault="005D2361">
            <w:r>
              <w:rPr>
                <w:sz w:val="17"/>
              </w:rPr>
              <w:t>Банковская карта: правила</w:t>
            </w:r>
          </w:p>
        </w:tc>
        <w:tc>
          <w:tcPr>
            <w:tcW w:w="453" w:type="dxa"/>
          </w:tcPr>
          <w:p w:rsidR="004B25B8" w:rsidRDefault="005D2361">
            <w:r>
              <w:rPr>
                <w:sz w:val="17"/>
              </w:rPr>
              <w:t>1</w:t>
            </w:r>
          </w:p>
        </w:tc>
        <w:tc>
          <w:tcPr>
            <w:tcW w:w="510" w:type="dxa"/>
          </w:tcPr>
          <w:p w:rsidR="004B25B8" w:rsidRDefault="005D2361">
            <w:r>
              <w:rPr>
                <w:sz w:val="17"/>
              </w:rPr>
              <w:t>—</w:t>
            </w:r>
          </w:p>
        </w:tc>
        <w:tc>
          <w:tcPr>
            <w:tcW w:w="567" w:type="dxa"/>
          </w:tcPr>
          <w:p w:rsidR="004B25B8" w:rsidRDefault="005D2361">
            <w:r>
              <w:rPr>
                <w:sz w:val="17"/>
              </w:rPr>
              <w:t>1</w:t>
            </w:r>
          </w:p>
        </w:tc>
        <w:tc>
          <w:tcPr>
            <w:tcW w:w="1304" w:type="dxa"/>
          </w:tcPr>
          <w:p w:rsidR="004B25B8" w:rsidRDefault="005D2361">
            <w:r>
              <w:rPr>
                <w:sz w:val="17"/>
              </w:rPr>
              <w:t>[по календарному графику]</w:t>
            </w:r>
          </w:p>
        </w:tc>
        <w:tc>
          <w:tcPr>
            <w:tcW w:w="3231" w:type="dxa"/>
          </w:tcPr>
          <w:p w:rsidR="004B25B8" w:rsidRPr="00132C52" w:rsidRDefault="005D2361">
            <w:pPr>
              <w:rPr>
                <w:lang w:val="ru-RU"/>
              </w:rPr>
            </w:pPr>
            <w:r w:rsidRPr="00132C52">
              <w:rPr>
                <w:sz w:val="17"/>
                <w:lang w:val="ru-RU"/>
              </w:rPr>
              <w:t>ФГИС «Моя школа»; РЭШ; «Финансовая культура» Банка России.</w:t>
            </w:r>
          </w:p>
        </w:tc>
      </w:tr>
      <w:tr w:rsidR="004B25B8" w:rsidRPr="007178AD">
        <w:trPr>
          <w:jc w:val="center"/>
        </w:trPr>
        <w:tc>
          <w:tcPr>
            <w:tcW w:w="396" w:type="dxa"/>
          </w:tcPr>
          <w:p w:rsidR="004B25B8" w:rsidRDefault="005D2361">
            <w:r>
              <w:rPr>
                <w:sz w:val="17"/>
              </w:rPr>
              <w:t>21</w:t>
            </w:r>
          </w:p>
        </w:tc>
        <w:tc>
          <w:tcPr>
            <w:tcW w:w="3061" w:type="dxa"/>
          </w:tcPr>
          <w:p w:rsidR="004B25B8" w:rsidRDefault="005D2361">
            <w:r>
              <w:rPr>
                <w:sz w:val="17"/>
              </w:rPr>
              <w:t>Опасные просьбы незнакомцев</w:t>
            </w:r>
          </w:p>
        </w:tc>
        <w:tc>
          <w:tcPr>
            <w:tcW w:w="453" w:type="dxa"/>
          </w:tcPr>
          <w:p w:rsidR="004B25B8" w:rsidRDefault="005D2361">
            <w:r>
              <w:rPr>
                <w:sz w:val="17"/>
              </w:rPr>
              <w:t>1</w:t>
            </w:r>
          </w:p>
        </w:tc>
        <w:tc>
          <w:tcPr>
            <w:tcW w:w="510" w:type="dxa"/>
          </w:tcPr>
          <w:p w:rsidR="004B25B8" w:rsidRDefault="005D2361">
            <w:r>
              <w:rPr>
                <w:sz w:val="17"/>
              </w:rPr>
              <w:t>—</w:t>
            </w:r>
          </w:p>
        </w:tc>
        <w:tc>
          <w:tcPr>
            <w:tcW w:w="567" w:type="dxa"/>
          </w:tcPr>
          <w:p w:rsidR="004B25B8" w:rsidRDefault="005D2361">
            <w:r>
              <w:rPr>
                <w:sz w:val="17"/>
              </w:rPr>
              <w:t>—</w:t>
            </w:r>
          </w:p>
        </w:tc>
        <w:tc>
          <w:tcPr>
            <w:tcW w:w="1304" w:type="dxa"/>
          </w:tcPr>
          <w:p w:rsidR="004B25B8" w:rsidRDefault="005D2361">
            <w:r>
              <w:rPr>
                <w:sz w:val="17"/>
              </w:rPr>
              <w:t>[по календарному графику]</w:t>
            </w:r>
          </w:p>
        </w:tc>
        <w:tc>
          <w:tcPr>
            <w:tcW w:w="3231" w:type="dxa"/>
          </w:tcPr>
          <w:p w:rsidR="004B25B8" w:rsidRPr="00132C52" w:rsidRDefault="005D2361">
            <w:pPr>
              <w:rPr>
                <w:lang w:val="ru-RU"/>
              </w:rPr>
            </w:pPr>
            <w:r w:rsidRPr="00132C52">
              <w:rPr>
                <w:sz w:val="17"/>
                <w:lang w:val="ru-RU"/>
              </w:rPr>
              <w:t>ФГИС «Моя школа»; РЭШ; «Финансовая культура» Банка России.</w:t>
            </w:r>
          </w:p>
        </w:tc>
      </w:tr>
      <w:tr w:rsidR="004B25B8" w:rsidRPr="007178AD">
        <w:trPr>
          <w:jc w:val="center"/>
        </w:trPr>
        <w:tc>
          <w:tcPr>
            <w:tcW w:w="396" w:type="dxa"/>
          </w:tcPr>
          <w:p w:rsidR="004B25B8" w:rsidRDefault="005D2361">
            <w:r>
              <w:rPr>
                <w:sz w:val="17"/>
              </w:rPr>
              <w:t>22</w:t>
            </w:r>
          </w:p>
        </w:tc>
        <w:tc>
          <w:tcPr>
            <w:tcW w:w="3061" w:type="dxa"/>
          </w:tcPr>
          <w:p w:rsidR="004B25B8" w:rsidRDefault="005D2361">
            <w:r>
              <w:rPr>
                <w:sz w:val="17"/>
              </w:rPr>
              <w:t>Финансовая безопасность в интернете</w:t>
            </w:r>
          </w:p>
        </w:tc>
        <w:tc>
          <w:tcPr>
            <w:tcW w:w="453" w:type="dxa"/>
          </w:tcPr>
          <w:p w:rsidR="004B25B8" w:rsidRDefault="005D2361">
            <w:r>
              <w:rPr>
                <w:sz w:val="17"/>
              </w:rPr>
              <w:t>1</w:t>
            </w:r>
          </w:p>
        </w:tc>
        <w:tc>
          <w:tcPr>
            <w:tcW w:w="510" w:type="dxa"/>
          </w:tcPr>
          <w:p w:rsidR="004B25B8" w:rsidRDefault="005D2361">
            <w:r>
              <w:rPr>
                <w:sz w:val="17"/>
              </w:rPr>
              <w:t>—</w:t>
            </w:r>
          </w:p>
        </w:tc>
        <w:tc>
          <w:tcPr>
            <w:tcW w:w="567" w:type="dxa"/>
          </w:tcPr>
          <w:p w:rsidR="004B25B8" w:rsidRDefault="005D2361">
            <w:r>
              <w:rPr>
                <w:sz w:val="17"/>
              </w:rPr>
              <w:t>—</w:t>
            </w:r>
          </w:p>
        </w:tc>
        <w:tc>
          <w:tcPr>
            <w:tcW w:w="1304" w:type="dxa"/>
          </w:tcPr>
          <w:p w:rsidR="004B25B8" w:rsidRDefault="005D2361">
            <w:r>
              <w:rPr>
                <w:sz w:val="17"/>
              </w:rPr>
              <w:t>[по календарному графику]</w:t>
            </w:r>
          </w:p>
        </w:tc>
        <w:tc>
          <w:tcPr>
            <w:tcW w:w="3231" w:type="dxa"/>
          </w:tcPr>
          <w:p w:rsidR="004B25B8" w:rsidRPr="00132C52" w:rsidRDefault="005D2361">
            <w:pPr>
              <w:rPr>
                <w:lang w:val="ru-RU"/>
              </w:rPr>
            </w:pPr>
            <w:r w:rsidRPr="00132C52">
              <w:rPr>
                <w:sz w:val="17"/>
                <w:lang w:val="ru-RU"/>
              </w:rPr>
              <w:t>ФГИС «Моя школа»; РЭШ; «Финансовая культура» Банка России.</w:t>
            </w:r>
          </w:p>
        </w:tc>
      </w:tr>
      <w:tr w:rsidR="004B25B8" w:rsidRPr="007178AD">
        <w:trPr>
          <w:jc w:val="center"/>
        </w:trPr>
        <w:tc>
          <w:tcPr>
            <w:tcW w:w="396" w:type="dxa"/>
          </w:tcPr>
          <w:p w:rsidR="004B25B8" w:rsidRDefault="005D2361">
            <w:r>
              <w:rPr>
                <w:sz w:val="17"/>
              </w:rPr>
              <w:t>23</w:t>
            </w:r>
          </w:p>
        </w:tc>
        <w:tc>
          <w:tcPr>
            <w:tcW w:w="3061" w:type="dxa"/>
          </w:tcPr>
          <w:p w:rsidR="004B25B8" w:rsidRDefault="005D2361">
            <w:r>
              <w:rPr>
                <w:sz w:val="17"/>
              </w:rPr>
              <w:t>Как не потерять деньги</w:t>
            </w:r>
          </w:p>
        </w:tc>
        <w:tc>
          <w:tcPr>
            <w:tcW w:w="453" w:type="dxa"/>
          </w:tcPr>
          <w:p w:rsidR="004B25B8" w:rsidRDefault="005D2361">
            <w:r>
              <w:rPr>
                <w:sz w:val="17"/>
              </w:rPr>
              <w:t>1</w:t>
            </w:r>
          </w:p>
        </w:tc>
        <w:tc>
          <w:tcPr>
            <w:tcW w:w="510" w:type="dxa"/>
          </w:tcPr>
          <w:p w:rsidR="004B25B8" w:rsidRDefault="005D2361">
            <w:r>
              <w:rPr>
                <w:sz w:val="17"/>
              </w:rPr>
              <w:t>—</w:t>
            </w:r>
          </w:p>
        </w:tc>
        <w:tc>
          <w:tcPr>
            <w:tcW w:w="567" w:type="dxa"/>
          </w:tcPr>
          <w:p w:rsidR="004B25B8" w:rsidRDefault="005D2361">
            <w:r>
              <w:rPr>
                <w:sz w:val="17"/>
              </w:rPr>
              <w:t>—</w:t>
            </w:r>
          </w:p>
        </w:tc>
        <w:tc>
          <w:tcPr>
            <w:tcW w:w="1304" w:type="dxa"/>
          </w:tcPr>
          <w:p w:rsidR="004B25B8" w:rsidRDefault="005D2361">
            <w:r>
              <w:rPr>
                <w:sz w:val="17"/>
              </w:rPr>
              <w:t>[по календарному графику]</w:t>
            </w:r>
          </w:p>
        </w:tc>
        <w:tc>
          <w:tcPr>
            <w:tcW w:w="3231" w:type="dxa"/>
          </w:tcPr>
          <w:p w:rsidR="004B25B8" w:rsidRPr="00132C52" w:rsidRDefault="005D2361">
            <w:pPr>
              <w:rPr>
                <w:lang w:val="ru-RU"/>
              </w:rPr>
            </w:pPr>
            <w:r w:rsidRPr="00132C52">
              <w:rPr>
                <w:sz w:val="17"/>
                <w:lang w:val="ru-RU"/>
              </w:rPr>
              <w:t>ФГИС «Моя школа»; РЭШ; «Финансовая культура» Банка России.</w:t>
            </w:r>
          </w:p>
        </w:tc>
      </w:tr>
      <w:tr w:rsidR="004B25B8" w:rsidRPr="007178AD">
        <w:trPr>
          <w:jc w:val="center"/>
        </w:trPr>
        <w:tc>
          <w:tcPr>
            <w:tcW w:w="396" w:type="dxa"/>
          </w:tcPr>
          <w:p w:rsidR="004B25B8" w:rsidRDefault="005D2361">
            <w:r>
              <w:rPr>
                <w:sz w:val="17"/>
              </w:rPr>
              <w:t>24</w:t>
            </w:r>
          </w:p>
        </w:tc>
        <w:tc>
          <w:tcPr>
            <w:tcW w:w="3061" w:type="dxa"/>
          </w:tcPr>
          <w:p w:rsidR="004B25B8" w:rsidRDefault="005D2361">
            <w:r>
              <w:rPr>
                <w:sz w:val="17"/>
              </w:rPr>
              <w:t>Профессии и труд</w:t>
            </w:r>
          </w:p>
        </w:tc>
        <w:tc>
          <w:tcPr>
            <w:tcW w:w="453" w:type="dxa"/>
          </w:tcPr>
          <w:p w:rsidR="004B25B8" w:rsidRDefault="005D2361">
            <w:r>
              <w:rPr>
                <w:sz w:val="17"/>
              </w:rPr>
              <w:t>1</w:t>
            </w:r>
          </w:p>
        </w:tc>
        <w:tc>
          <w:tcPr>
            <w:tcW w:w="510" w:type="dxa"/>
          </w:tcPr>
          <w:p w:rsidR="004B25B8" w:rsidRDefault="005D2361">
            <w:r>
              <w:rPr>
                <w:sz w:val="17"/>
              </w:rPr>
              <w:t>—</w:t>
            </w:r>
          </w:p>
        </w:tc>
        <w:tc>
          <w:tcPr>
            <w:tcW w:w="567" w:type="dxa"/>
          </w:tcPr>
          <w:p w:rsidR="004B25B8" w:rsidRDefault="005D2361">
            <w:r>
              <w:rPr>
                <w:sz w:val="17"/>
              </w:rPr>
              <w:t>—</w:t>
            </w:r>
          </w:p>
        </w:tc>
        <w:tc>
          <w:tcPr>
            <w:tcW w:w="1304" w:type="dxa"/>
          </w:tcPr>
          <w:p w:rsidR="004B25B8" w:rsidRDefault="005D2361">
            <w:r>
              <w:rPr>
                <w:sz w:val="17"/>
              </w:rPr>
              <w:t>[по календарному графику]</w:t>
            </w:r>
          </w:p>
        </w:tc>
        <w:tc>
          <w:tcPr>
            <w:tcW w:w="3231" w:type="dxa"/>
          </w:tcPr>
          <w:p w:rsidR="004B25B8" w:rsidRPr="00132C52" w:rsidRDefault="005D2361">
            <w:pPr>
              <w:rPr>
                <w:lang w:val="ru-RU"/>
              </w:rPr>
            </w:pPr>
            <w:r w:rsidRPr="00132C52">
              <w:rPr>
                <w:sz w:val="17"/>
                <w:lang w:val="ru-RU"/>
              </w:rPr>
              <w:t>ФГИС «Моя школа»; РЭШ; «Финансовая культура» Банка России.</w:t>
            </w:r>
          </w:p>
        </w:tc>
      </w:tr>
      <w:tr w:rsidR="004B25B8" w:rsidRPr="007178AD">
        <w:trPr>
          <w:jc w:val="center"/>
        </w:trPr>
        <w:tc>
          <w:tcPr>
            <w:tcW w:w="396" w:type="dxa"/>
          </w:tcPr>
          <w:p w:rsidR="004B25B8" w:rsidRDefault="005D2361">
            <w:r>
              <w:rPr>
                <w:sz w:val="17"/>
              </w:rPr>
              <w:t>25</w:t>
            </w:r>
          </w:p>
        </w:tc>
        <w:tc>
          <w:tcPr>
            <w:tcW w:w="3061" w:type="dxa"/>
          </w:tcPr>
          <w:p w:rsidR="004B25B8" w:rsidRDefault="005D2361">
            <w:r>
              <w:rPr>
                <w:sz w:val="17"/>
              </w:rPr>
              <w:t>Труд и вознаграждение</w:t>
            </w:r>
          </w:p>
        </w:tc>
        <w:tc>
          <w:tcPr>
            <w:tcW w:w="453" w:type="dxa"/>
          </w:tcPr>
          <w:p w:rsidR="004B25B8" w:rsidRDefault="005D2361">
            <w:r>
              <w:rPr>
                <w:sz w:val="17"/>
              </w:rPr>
              <w:t>1</w:t>
            </w:r>
          </w:p>
        </w:tc>
        <w:tc>
          <w:tcPr>
            <w:tcW w:w="510" w:type="dxa"/>
          </w:tcPr>
          <w:p w:rsidR="004B25B8" w:rsidRDefault="005D2361">
            <w:r>
              <w:rPr>
                <w:sz w:val="17"/>
              </w:rPr>
              <w:t>—</w:t>
            </w:r>
          </w:p>
        </w:tc>
        <w:tc>
          <w:tcPr>
            <w:tcW w:w="567" w:type="dxa"/>
          </w:tcPr>
          <w:p w:rsidR="004B25B8" w:rsidRDefault="005D2361">
            <w:r>
              <w:rPr>
                <w:sz w:val="17"/>
              </w:rPr>
              <w:t>1</w:t>
            </w:r>
          </w:p>
        </w:tc>
        <w:tc>
          <w:tcPr>
            <w:tcW w:w="1304" w:type="dxa"/>
          </w:tcPr>
          <w:p w:rsidR="004B25B8" w:rsidRDefault="005D2361">
            <w:r>
              <w:rPr>
                <w:sz w:val="17"/>
              </w:rPr>
              <w:t>[по календарному графику]</w:t>
            </w:r>
          </w:p>
        </w:tc>
        <w:tc>
          <w:tcPr>
            <w:tcW w:w="3231" w:type="dxa"/>
          </w:tcPr>
          <w:p w:rsidR="004B25B8" w:rsidRPr="00132C52" w:rsidRDefault="005D2361">
            <w:pPr>
              <w:rPr>
                <w:lang w:val="ru-RU"/>
              </w:rPr>
            </w:pPr>
            <w:r w:rsidRPr="00132C52">
              <w:rPr>
                <w:sz w:val="17"/>
                <w:lang w:val="ru-RU"/>
              </w:rPr>
              <w:t>ФГИС «Моя школа»; РЭШ; «Финансовая культура» Банка России.</w:t>
            </w:r>
          </w:p>
        </w:tc>
      </w:tr>
      <w:tr w:rsidR="004B25B8" w:rsidRPr="007178AD">
        <w:trPr>
          <w:jc w:val="center"/>
        </w:trPr>
        <w:tc>
          <w:tcPr>
            <w:tcW w:w="396" w:type="dxa"/>
          </w:tcPr>
          <w:p w:rsidR="004B25B8" w:rsidRDefault="005D2361">
            <w:r>
              <w:rPr>
                <w:sz w:val="17"/>
              </w:rPr>
              <w:t>26</w:t>
            </w:r>
          </w:p>
        </w:tc>
        <w:tc>
          <w:tcPr>
            <w:tcW w:w="3061" w:type="dxa"/>
          </w:tcPr>
          <w:p w:rsidR="004B25B8" w:rsidRDefault="005D2361">
            <w:r>
              <w:rPr>
                <w:sz w:val="17"/>
              </w:rPr>
              <w:t>Мой первый бюджет</w:t>
            </w:r>
          </w:p>
        </w:tc>
        <w:tc>
          <w:tcPr>
            <w:tcW w:w="453" w:type="dxa"/>
          </w:tcPr>
          <w:p w:rsidR="004B25B8" w:rsidRDefault="005D2361">
            <w:r>
              <w:rPr>
                <w:sz w:val="17"/>
              </w:rPr>
              <w:t>1</w:t>
            </w:r>
          </w:p>
        </w:tc>
        <w:tc>
          <w:tcPr>
            <w:tcW w:w="510" w:type="dxa"/>
          </w:tcPr>
          <w:p w:rsidR="004B25B8" w:rsidRDefault="005D2361">
            <w:r>
              <w:rPr>
                <w:sz w:val="17"/>
              </w:rPr>
              <w:t>—</w:t>
            </w:r>
          </w:p>
        </w:tc>
        <w:tc>
          <w:tcPr>
            <w:tcW w:w="567" w:type="dxa"/>
          </w:tcPr>
          <w:p w:rsidR="004B25B8" w:rsidRDefault="005D2361">
            <w:r>
              <w:rPr>
                <w:sz w:val="17"/>
              </w:rPr>
              <w:t>—</w:t>
            </w:r>
          </w:p>
        </w:tc>
        <w:tc>
          <w:tcPr>
            <w:tcW w:w="1304" w:type="dxa"/>
          </w:tcPr>
          <w:p w:rsidR="004B25B8" w:rsidRDefault="005D2361">
            <w:r>
              <w:rPr>
                <w:sz w:val="17"/>
              </w:rPr>
              <w:t>[по календарному графику]</w:t>
            </w:r>
          </w:p>
        </w:tc>
        <w:tc>
          <w:tcPr>
            <w:tcW w:w="3231" w:type="dxa"/>
          </w:tcPr>
          <w:p w:rsidR="004B25B8" w:rsidRPr="00132C52" w:rsidRDefault="005D2361">
            <w:pPr>
              <w:rPr>
                <w:lang w:val="ru-RU"/>
              </w:rPr>
            </w:pPr>
            <w:r w:rsidRPr="00132C52">
              <w:rPr>
                <w:sz w:val="17"/>
                <w:lang w:val="ru-RU"/>
              </w:rPr>
              <w:t>ФГИС «Моя школа»; РЭШ; «Финансовая культура» Банка России.</w:t>
            </w:r>
          </w:p>
        </w:tc>
      </w:tr>
      <w:tr w:rsidR="004B25B8" w:rsidRPr="007178AD">
        <w:trPr>
          <w:jc w:val="center"/>
        </w:trPr>
        <w:tc>
          <w:tcPr>
            <w:tcW w:w="396" w:type="dxa"/>
          </w:tcPr>
          <w:p w:rsidR="004B25B8" w:rsidRDefault="005D2361">
            <w:r>
              <w:rPr>
                <w:sz w:val="17"/>
              </w:rPr>
              <w:t>27</w:t>
            </w:r>
          </w:p>
        </w:tc>
        <w:tc>
          <w:tcPr>
            <w:tcW w:w="3061" w:type="dxa"/>
          </w:tcPr>
          <w:p w:rsidR="004B25B8" w:rsidRDefault="005D2361">
            <w:r>
              <w:rPr>
                <w:sz w:val="17"/>
              </w:rPr>
              <w:t>Выбор подарка по бюджету</w:t>
            </w:r>
          </w:p>
        </w:tc>
        <w:tc>
          <w:tcPr>
            <w:tcW w:w="453" w:type="dxa"/>
          </w:tcPr>
          <w:p w:rsidR="004B25B8" w:rsidRDefault="005D2361">
            <w:r>
              <w:rPr>
                <w:sz w:val="17"/>
              </w:rPr>
              <w:t>1</w:t>
            </w:r>
          </w:p>
        </w:tc>
        <w:tc>
          <w:tcPr>
            <w:tcW w:w="510" w:type="dxa"/>
          </w:tcPr>
          <w:p w:rsidR="004B25B8" w:rsidRDefault="005D2361">
            <w:r>
              <w:rPr>
                <w:sz w:val="17"/>
              </w:rPr>
              <w:t>—</w:t>
            </w:r>
          </w:p>
        </w:tc>
        <w:tc>
          <w:tcPr>
            <w:tcW w:w="567" w:type="dxa"/>
          </w:tcPr>
          <w:p w:rsidR="004B25B8" w:rsidRDefault="005D2361">
            <w:r>
              <w:rPr>
                <w:sz w:val="17"/>
              </w:rPr>
              <w:t>—</w:t>
            </w:r>
          </w:p>
        </w:tc>
        <w:tc>
          <w:tcPr>
            <w:tcW w:w="1304" w:type="dxa"/>
          </w:tcPr>
          <w:p w:rsidR="004B25B8" w:rsidRDefault="005D2361">
            <w:r>
              <w:rPr>
                <w:sz w:val="17"/>
              </w:rPr>
              <w:t>[по календарному графику]</w:t>
            </w:r>
          </w:p>
        </w:tc>
        <w:tc>
          <w:tcPr>
            <w:tcW w:w="3231" w:type="dxa"/>
          </w:tcPr>
          <w:p w:rsidR="004B25B8" w:rsidRPr="00132C52" w:rsidRDefault="005D2361">
            <w:pPr>
              <w:rPr>
                <w:lang w:val="ru-RU"/>
              </w:rPr>
            </w:pPr>
            <w:r w:rsidRPr="00132C52">
              <w:rPr>
                <w:sz w:val="17"/>
                <w:lang w:val="ru-RU"/>
              </w:rPr>
              <w:t>ФГИС «Моя школа»; РЭШ; «Финансовая культура» Банка России.</w:t>
            </w:r>
          </w:p>
        </w:tc>
      </w:tr>
      <w:tr w:rsidR="004B25B8" w:rsidRPr="007178AD">
        <w:trPr>
          <w:jc w:val="center"/>
        </w:trPr>
        <w:tc>
          <w:tcPr>
            <w:tcW w:w="396" w:type="dxa"/>
          </w:tcPr>
          <w:p w:rsidR="004B25B8" w:rsidRDefault="005D2361">
            <w:r>
              <w:rPr>
                <w:sz w:val="17"/>
              </w:rPr>
              <w:t>28</w:t>
            </w:r>
          </w:p>
        </w:tc>
        <w:tc>
          <w:tcPr>
            <w:tcW w:w="3061" w:type="dxa"/>
          </w:tcPr>
          <w:p w:rsidR="004B25B8" w:rsidRDefault="005D2361">
            <w:r>
              <w:rPr>
                <w:sz w:val="17"/>
              </w:rPr>
              <w:t>Благотворительность</w:t>
            </w:r>
          </w:p>
        </w:tc>
        <w:tc>
          <w:tcPr>
            <w:tcW w:w="453" w:type="dxa"/>
          </w:tcPr>
          <w:p w:rsidR="004B25B8" w:rsidRDefault="005D2361">
            <w:r>
              <w:rPr>
                <w:sz w:val="17"/>
              </w:rPr>
              <w:t>1</w:t>
            </w:r>
          </w:p>
        </w:tc>
        <w:tc>
          <w:tcPr>
            <w:tcW w:w="510" w:type="dxa"/>
          </w:tcPr>
          <w:p w:rsidR="004B25B8" w:rsidRDefault="005D2361">
            <w:r>
              <w:rPr>
                <w:sz w:val="17"/>
              </w:rPr>
              <w:t>—</w:t>
            </w:r>
          </w:p>
        </w:tc>
        <w:tc>
          <w:tcPr>
            <w:tcW w:w="567" w:type="dxa"/>
          </w:tcPr>
          <w:p w:rsidR="004B25B8" w:rsidRDefault="005D2361">
            <w:r>
              <w:rPr>
                <w:sz w:val="17"/>
              </w:rPr>
              <w:t>—</w:t>
            </w:r>
          </w:p>
        </w:tc>
        <w:tc>
          <w:tcPr>
            <w:tcW w:w="1304" w:type="dxa"/>
          </w:tcPr>
          <w:p w:rsidR="004B25B8" w:rsidRDefault="005D2361">
            <w:r>
              <w:rPr>
                <w:sz w:val="17"/>
              </w:rPr>
              <w:t>[по календарному графику]</w:t>
            </w:r>
          </w:p>
        </w:tc>
        <w:tc>
          <w:tcPr>
            <w:tcW w:w="3231" w:type="dxa"/>
          </w:tcPr>
          <w:p w:rsidR="004B25B8" w:rsidRPr="00132C52" w:rsidRDefault="005D2361">
            <w:pPr>
              <w:rPr>
                <w:lang w:val="ru-RU"/>
              </w:rPr>
            </w:pPr>
            <w:r w:rsidRPr="00132C52">
              <w:rPr>
                <w:sz w:val="17"/>
                <w:lang w:val="ru-RU"/>
              </w:rPr>
              <w:t>ФГИС «Моя школа»; РЭШ; «Финансовая культура» Банка России.</w:t>
            </w:r>
          </w:p>
        </w:tc>
      </w:tr>
      <w:tr w:rsidR="004B25B8" w:rsidRPr="007178AD">
        <w:trPr>
          <w:jc w:val="center"/>
        </w:trPr>
        <w:tc>
          <w:tcPr>
            <w:tcW w:w="396" w:type="dxa"/>
          </w:tcPr>
          <w:p w:rsidR="004B25B8" w:rsidRDefault="005D2361">
            <w:r>
              <w:rPr>
                <w:sz w:val="17"/>
              </w:rPr>
              <w:t>29</w:t>
            </w:r>
          </w:p>
        </w:tc>
        <w:tc>
          <w:tcPr>
            <w:tcW w:w="3061" w:type="dxa"/>
          </w:tcPr>
          <w:p w:rsidR="004B25B8" w:rsidRDefault="005D2361">
            <w:r>
              <w:rPr>
                <w:sz w:val="17"/>
              </w:rPr>
              <w:t>Экологичные покупки</w:t>
            </w:r>
          </w:p>
        </w:tc>
        <w:tc>
          <w:tcPr>
            <w:tcW w:w="453" w:type="dxa"/>
          </w:tcPr>
          <w:p w:rsidR="004B25B8" w:rsidRDefault="005D2361">
            <w:r>
              <w:rPr>
                <w:sz w:val="17"/>
              </w:rPr>
              <w:t>1</w:t>
            </w:r>
          </w:p>
        </w:tc>
        <w:tc>
          <w:tcPr>
            <w:tcW w:w="510" w:type="dxa"/>
          </w:tcPr>
          <w:p w:rsidR="004B25B8" w:rsidRDefault="005D2361">
            <w:r>
              <w:rPr>
                <w:sz w:val="17"/>
              </w:rPr>
              <w:t>—</w:t>
            </w:r>
          </w:p>
        </w:tc>
        <w:tc>
          <w:tcPr>
            <w:tcW w:w="567" w:type="dxa"/>
          </w:tcPr>
          <w:p w:rsidR="004B25B8" w:rsidRDefault="005D2361">
            <w:r>
              <w:rPr>
                <w:sz w:val="17"/>
              </w:rPr>
              <w:t>—</w:t>
            </w:r>
          </w:p>
        </w:tc>
        <w:tc>
          <w:tcPr>
            <w:tcW w:w="1304" w:type="dxa"/>
          </w:tcPr>
          <w:p w:rsidR="004B25B8" w:rsidRDefault="005D2361">
            <w:r>
              <w:rPr>
                <w:sz w:val="17"/>
              </w:rPr>
              <w:t>[по календарному графику]</w:t>
            </w:r>
          </w:p>
        </w:tc>
        <w:tc>
          <w:tcPr>
            <w:tcW w:w="3231" w:type="dxa"/>
          </w:tcPr>
          <w:p w:rsidR="004B25B8" w:rsidRPr="00132C52" w:rsidRDefault="005D2361">
            <w:pPr>
              <w:rPr>
                <w:lang w:val="ru-RU"/>
              </w:rPr>
            </w:pPr>
            <w:r w:rsidRPr="00132C52">
              <w:rPr>
                <w:sz w:val="17"/>
                <w:lang w:val="ru-RU"/>
              </w:rPr>
              <w:t>ФГИС «Моя школа»; РЭШ; «Финансовая культура» Банка России.</w:t>
            </w:r>
          </w:p>
        </w:tc>
      </w:tr>
      <w:tr w:rsidR="004B25B8" w:rsidRPr="007178AD">
        <w:trPr>
          <w:jc w:val="center"/>
        </w:trPr>
        <w:tc>
          <w:tcPr>
            <w:tcW w:w="396" w:type="dxa"/>
          </w:tcPr>
          <w:p w:rsidR="004B25B8" w:rsidRDefault="005D2361">
            <w:r>
              <w:rPr>
                <w:sz w:val="17"/>
              </w:rPr>
              <w:t>30</w:t>
            </w:r>
          </w:p>
        </w:tc>
        <w:tc>
          <w:tcPr>
            <w:tcW w:w="3061" w:type="dxa"/>
          </w:tcPr>
          <w:p w:rsidR="004B25B8" w:rsidRDefault="005D2361">
            <w:r>
              <w:rPr>
                <w:sz w:val="17"/>
              </w:rPr>
              <w:t>Практикум «Умный покупатель»</w:t>
            </w:r>
          </w:p>
        </w:tc>
        <w:tc>
          <w:tcPr>
            <w:tcW w:w="453" w:type="dxa"/>
          </w:tcPr>
          <w:p w:rsidR="004B25B8" w:rsidRDefault="005D2361">
            <w:r>
              <w:rPr>
                <w:sz w:val="17"/>
              </w:rPr>
              <w:t>1</w:t>
            </w:r>
          </w:p>
        </w:tc>
        <w:tc>
          <w:tcPr>
            <w:tcW w:w="510" w:type="dxa"/>
          </w:tcPr>
          <w:p w:rsidR="004B25B8" w:rsidRDefault="005D2361">
            <w:r>
              <w:rPr>
                <w:sz w:val="17"/>
              </w:rPr>
              <w:t>—</w:t>
            </w:r>
          </w:p>
        </w:tc>
        <w:tc>
          <w:tcPr>
            <w:tcW w:w="567" w:type="dxa"/>
          </w:tcPr>
          <w:p w:rsidR="004B25B8" w:rsidRDefault="005D2361">
            <w:r>
              <w:rPr>
                <w:sz w:val="17"/>
              </w:rPr>
              <w:t>1</w:t>
            </w:r>
          </w:p>
        </w:tc>
        <w:tc>
          <w:tcPr>
            <w:tcW w:w="1304" w:type="dxa"/>
          </w:tcPr>
          <w:p w:rsidR="004B25B8" w:rsidRDefault="005D2361">
            <w:r>
              <w:rPr>
                <w:sz w:val="17"/>
              </w:rPr>
              <w:t>[по календарному графику]</w:t>
            </w:r>
          </w:p>
        </w:tc>
        <w:tc>
          <w:tcPr>
            <w:tcW w:w="3231" w:type="dxa"/>
          </w:tcPr>
          <w:p w:rsidR="004B25B8" w:rsidRPr="00132C52" w:rsidRDefault="005D2361">
            <w:pPr>
              <w:rPr>
                <w:lang w:val="ru-RU"/>
              </w:rPr>
            </w:pPr>
            <w:r w:rsidRPr="00132C52">
              <w:rPr>
                <w:sz w:val="17"/>
                <w:lang w:val="ru-RU"/>
              </w:rPr>
              <w:t>ФГИС «Моя школа»; РЭШ; «Финансовая культура» Банка России.</w:t>
            </w:r>
          </w:p>
        </w:tc>
      </w:tr>
      <w:tr w:rsidR="004B25B8" w:rsidRPr="007178AD">
        <w:trPr>
          <w:jc w:val="center"/>
        </w:trPr>
        <w:tc>
          <w:tcPr>
            <w:tcW w:w="396" w:type="dxa"/>
          </w:tcPr>
          <w:p w:rsidR="004B25B8" w:rsidRDefault="005D2361">
            <w:r>
              <w:rPr>
                <w:sz w:val="17"/>
              </w:rPr>
              <w:t>31</w:t>
            </w:r>
          </w:p>
        </w:tc>
        <w:tc>
          <w:tcPr>
            <w:tcW w:w="3061" w:type="dxa"/>
          </w:tcPr>
          <w:p w:rsidR="004B25B8" w:rsidRDefault="005D2361">
            <w:r>
              <w:rPr>
                <w:sz w:val="17"/>
              </w:rPr>
              <w:t>Проект «Моя копилка целей»</w:t>
            </w:r>
          </w:p>
        </w:tc>
        <w:tc>
          <w:tcPr>
            <w:tcW w:w="453" w:type="dxa"/>
          </w:tcPr>
          <w:p w:rsidR="004B25B8" w:rsidRDefault="005D2361">
            <w:r>
              <w:rPr>
                <w:sz w:val="17"/>
              </w:rPr>
              <w:t>1</w:t>
            </w:r>
          </w:p>
        </w:tc>
        <w:tc>
          <w:tcPr>
            <w:tcW w:w="510" w:type="dxa"/>
          </w:tcPr>
          <w:p w:rsidR="004B25B8" w:rsidRDefault="005D2361">
            <w:r>
              <w:rPr>
                <w:sz w:val="17"/>
              </w:rPr>
              <w:t>—</w:t>
            </w:r>
          </w:p>
        </w:tc>
        <w:tc>
          <w:tcPr>
            <w:tcW w:w="567" w:type="dxa"/>
          </w:tcPr>
          <w:p w:rsidR="004B25B8" w:rsidRDefault="005D2361">
            <w:r>
              <w:rPr>
                <w:sz w:val="17"/>
              </w:rPr>
              <w:t>—</w:t>
            </w:r>
          </w:p>
        </w:tc>
        <w:tc>
          <w:tcPr>
            <w:tcW w:w="1304" w:type="dxa"/>
          </w:tcPr>
          <w:p w:rsidR="004B25B8" w:rsidRDefault="005D2361">
            <w:r>
              <w:rPr>
                <w:sz w:val="17"/>
              </w:rPr>
              <w:t>[по календарному графику]</w:t>
            </w:r>
          </w:p>
        </w:tc>
        <w:tc>
          <w:tcPr>
            <w:tcW w:w="3231" w:type="dxa"/>
          </w:tcPr>
          <w:p w:rsidR="004B25B8" w:rsidRPr="00132C52" w:rsidRDefault="005D2361">
            <w:pPr>
              <w:rPr>
                <w:lang w:val="ru-RU"/>
              </w:rPr>
            </w:pPr>
            <w:r w:rsidRPr="00132C52">
              <w:rPr>
                <w:sz w:val="17"/>
                <w:lang w:val="ru-RU"/>
              </w:rPr>
              <w:t>ФГИС «Моя школа»; РЭШ; «Финансовая культура» Банка России.</w:t>
            </w:r>
          </w:p>
        </w:tc>
      </w:tr>
      <w:tr w:rsidR="004B25B8" w:rsidRPr="007178AD">
        <w:trPr>
          <w:jc w:val="center"/>
        </w:trPr>
        <w:tc>
          <w:tcPr>
            <w:tcW w:w="396" w:type="dxa"/>
          </w:tcPr>
          <w:p w:rsidR="004B25B8" w:rsidRDefault="005D2361">
            <w:r>
              <w:rPr>
                <w:sz w:val="17"/>
              </w:rPr>
              <w:t>32</w:t>
            </w:r>
          </w:p>
        </w:tc>
        <w:tc>
          <w:tcPr>
            <w:tcW w:w="3061" w:type="dxa"/>
          </w:tcPr>
          <w:p w:rsidR="004B25B8" w:rsidRDefault="005D2361">
            <w:r>
              <w:rPr>
                <w:sz w:val="17"/>
              </w:rPr>
              <w:t>Защита проекта</w:t>
            </w:r>
          </w:p>
        </w:tc>
        <w:tc>
          <w:tcPr>
            <w:tcW w:w="453" w:type="dxa"/>
          </w:tcPr>
          <w:p w:rsidR="004B25B8" w:rsidRDefault="005D2361">
            <w:r>
              <w:rPr>
                <w:sz w:val="17"/>
              </w:rPr>
              <w:t>1</w:t>
            </w:r>
          </w:p>
        </w:tc>
        <w:tc>
          <w:tcPr>
            <w:tcW w:w="510" w:type="dxa"/>
          </w:tcPr>
          <w:p w:rsidR="004B25B8" w:rsidRDefault="005D2361">
            <w:r>
              <w:rPr>
                <w:sz w:val="17"/>
              </w:rPr>
              <w:t>—</w:t>
            </w:r>
          </w:p>
        </w:tc>
        <w:tc>
          <w:tcPr>
            <w:tcW w:w="567" w:type="dxa"/>
          </w:tcPr>
          <w:p w:rsidR="004B25B8" w:rsidRDefault="005D2361">
            <w:r>
              <w:rPr>
                <w:sz w:val="17"/>
              </w:rPr>
              <w:t>—</w:t>
            </w:r>
          </w:p>
        </w:tc>
        <w:tc>
          <w:tcPr>
            <w:tcW w:w="1304" w:type="dxa"/>
          </w:tcPr>
          <w:p w:rsidR="004B25B8" w:rsidRDefault="005D2361">
            <w:r>
              <w:rPr>
                <w:sz w:val="17"/>
              </w:rPr>
              <w:t>[по календарному графику]</w:t>
            </w:r>
          </w:p>
        </w:tc>
        <w:tc>
          <w:tcPr>
            <w:tcW w:w="3231" w:type="dxa"/>
          </w:tcPr>
          <w:p w:rsidR="004B25B8" w:rsidRPr="00132C52" w:rsidRDefault="005D2361">
            <w:pPr>
              <w:rPr>
                <w:lang w:val="ru-RU"/>
              </w:rPr>
            </w:pPr>
            <w:r w:rsidRPr="00132C52">
              <w:rPr>
                <w:sz w:val="17"/>
                <w:lang w:val="ru-RU"/>
              </w:rPr>
              <w:t>ФГИС «Моя школа»; РЭШ; «Финансовая культура» Банка России.</w:t>
            </w:r>
          </w:p>
        </w:tc>
      </w:tr>
      <w:tr w:rsidR="004B25B8" w:rsidRPr="007178AD">
        <w:trPr>
          <w:jc w:val="center"/>
        </w:trPr>
        <w:tc>
          <w:tcPr>
            <w:tcW w:w="396" w:type="dxa"/>
          </w:tcPr>
          <w:p w:rsidR="004B25B8" w:rsidRDefault="005D2361">
            <w:r>
              <w:rPr>
                <w:sz w:val="17"/>
              </w:rPr>
              <w:t>33</w:t>
            </w:r>
          </w:p>
        </w:tc>
        <w:tc>
          <w:tcPr>
            <w:tcW w:w="3061" w:type="dxa"/>
          </w:tcPr>
          <w:p w:rsidR="004B25B8" w:rsidRDefault="005D2361">
            <w:r>
              <w:rPr>
                <w:sz w:val="17"/>
              </w:rPr>
              <w:t>Итоговая игра</w:t>
            </w:r>
          </w:p>
        </w:tc>
        <w:tc>
          <w:tcPr>
            <w:tcW w:w="453" w:type="dxa"/>
          </w:tcPr>
          <w:p w:rsidR="004B25B8" w:rsidRDefault="005D2361">
            <w:r>
              <w:rPr>
                <w:sz w:val="17"/>
              </w:rPr>
              <w:t>1</w:t>
            </w:r>
          </w:p>
        </w:tc>
        <w:tc>
          <w:tcPr>
            <w:tcW w:w="510" w:type="dxa"/>
          </w:tcPr>
          <w:p w:rsidR="004B25B8" w:rsidRDefault="005D2361">
            <w:r>
              <w:rPr>
                <w:sz w:val="17"/>
              </w:rPr>
              <w:t>1</w:t>
            </w:r>
          </w:p>
        </w:tc>
        <w:tc>
          <w:tcPr>
            <w:tcW w:w="567" w:type="dxa"/>
          </w:tcPr>
          <w:p w:rsidR="004B25B8" w:rsidRDefault="005D2361">
            <w:r>
              <w:rPr>
                <w:sz w:val="17"/>
              </w:rPr>
              <w:t>—</w:t>
            </w:r>
          </w:p>
        </w:tc>
        <w:tc>
          <w:tcPr>
            <w:tcW w:w="1304" w:type="dxa"/>
          </w:tcPr>
          <w:p w:rsidR="004B25B8" w:rsidRDefault="005D2361">
            <w:r>
              <w:rPr>
                <w:sz w:val="17"/>
              </w:rPr>
              <w:t>[по календарному графику]</w:t>
            </w:r>
          </w:p>
        </w:tc>
        <w:tc>
          <w:tcPr>
            <w:tcW w:w="3231" w:type="dxa"/>
          </w:tcPr>
          <w:p w:rsidR="004B25B8" w:rsidRPr="00132C52" w:rsidRDefault="005D2361">
            <w:pPr>
              <w:rPr>
                <w:lang w:val="ru-RU"/>
              </w:rPr>
            </w:pPr>
            <w:r w:rsidRPr="00132C52">
              <w:rPr>
                <w:sz w:val="17"/>
                <w:lang w:val="ru-RU"/>
              </w:rPr>
              <w:t>ФГИС «Моя школа»; РЭШ; «Финансовая культура» Банка России.</w:t>
            </w:r>
          </w:p>
        </w:tc>
      </w:tr>
      <w:tr w:rsidR="004B25B8" w:rsidRPr="007178AD">
        <w:trPr>
          <w:jc w:val="center"/>
        </w:trPr>
        <w:tc>
          <w:tcPr>
            <w:tcW w:w="396" w:type="dxa"/>
          </w:tcPr>
          <w:p w:rsidR="004B25B8" w:rsidRDefault="005D2361">
            <w:r>
              <w:rPr>
                <w:sz w:val="17"/>
              </w:rPr>
              <w:t>34</w:t>
            </w:r>
          </w:p>
        </w:tc>
        <w:tc>
          <w:tcPr>
            <w:tcW w:w="3061" w:type="dxa"/>
          </w:tcPr>
          <w:p w:rsidR="004B25B8" w:rsidRDefault="005D2361">
            <w:r>
              <w:rPr>
                <w:sz w:val="17"/>
              </w:rPr>
              <w:t>Рефлексия</w:t>
            </w:r>
          </w:p>
        </w:tc>
        <w:tc>
          <w:tcPr>
            <w:tcW w:w="453" w:type="dxa"/>
          </w:tcPr>
          <w:p w:rsidR="004B25B8" w:rsidRDefault="005D2361">
            <w:r>
              <w:rPr>
                <w:sz w:val="17"/>
              </w:rPr>
              <w:t>1</w:t>
            </w:r>
          </w:p>
        </w:tc>
        <w:tc>
          <w:tcPr>
            <w:tcW w:w="510" w:type="dxa"/>
          </w:tcPr>
          <w:p w:rsidR="004B25B8" w:rsidRDefault="005D2361">
            <w:r>
              <w:rPr>
                <w:sz w:val="17"/>
              </w:rPr>
              <w:t>—</w:t>
            </w:r>
          </w:p>
        </w:tc>
        <w:tc>
          <w:tcPr>
            <w:tcW w:w="567" w:type="dxa"/>
          </w:tcPr>
          <w:p w:rsidR="004B25B8" w:rsidRDefault="005D2361">
            <w:r>
              <w:rPr>
                <w:sz w:val="17"/>
              </w:rPr>
              <w:t>—</w:t>
            </w:r>
          </w:p>
        </w:tc>
        <w:tc>
          <w:tcPr>
            <w:tcW w:w="1304" w:type="dxa"/>
          </w:tcPr>
          <w:p w:rsidR="004B25B8" w:rsidRDefault="005D2361">
            <w:r>
              <w:rPr>
                <w:sz w:val="17"/>
              </w:rPr>
              <w:t>[по календарному графику]</w:t>
            </w:r>
          </w:p>
        </w:tc>
        <w:tc>
          <w:tcPr>
            <w:tcW w:w="3231" w:type="dxa"/>
          </w:tcPr>
          <w:p w:rsidR="004B25B8" w:rsidRPr="00132C52" w:rsidRDefault="005D2361">
            <w:pPr>
              <w:rPr>
                <w:lang w:val="ru-RU"/>
              </w:rPr>
            </w:pPr>
            <w:r w:rsidRPr="00132C52">
              <w:rPr>
                <w:sz w:val="17"/>
                <w:lang w:val="ru-RU"/>
              </w:rPr>
              <w:t>ФГИС «Моя школа»; РЭШ; «Финансовая культура» Банка России.</w:t>
            </w:r>
          </w:p>
        </w:tc>
      </w:tr>
    </w:tbl>
    <w:p w:rsidR="004B25B8" w:rsidRPr="00132C52" w:rsidRDefault="004B25B8">
      <w:pPr>
        <w:spacing w:after="40"/>
        <w:rPr>
          <w:lang w:val="ru-RU"/>
        </w:rPr>
      </w:pPr>
    </w:p>
    <w:p w:rsidR="004B25B8" w:rsidRPr="00132C52" w:rsidRDefault="005D2361">
      <w:pPr>
        <w:rPr>
          <w:lang w:val="ru-RU"/>
        </w:rPr>
      </w:pPr>
      <w:r w:rsidRPr="00132C52">
        <w:rPr>
          <w:lang w:val="ru-RU"/>
        </w:rPr>
        <w:br w:type="page"/>
      </w:r>
    </w:p>
    <w:p w:rsidR="004B25B8" w:rsidRDefault="005D2361">
      <w:pPr>
        <w:pStyle w:val="1"/>
        <w:spacing w:before="200" w:after="120"/>
      </w:pPr>
      <w:r>
        <w:rPr>
          <w:rFonts w:ascii="Times New Roman" w:hAnsi="Times New Roman"/>
          <w:sz w:val="26"/>
        </w:rPr>
        <w:t>ТЕМАТИЧЕСКОЕ ПЛАНИРОВАНИЕ. 2 КЛАСС</w:t>
      </w:r>
    </w:p>
    <w:tbl>
      <w:tblPr>
        <w:tblStyle w:val="aff0"/>
        <w:tblW w:w="0" w:type="auto"/>
        <w:jc w:val="center"/>
        <w:tblLayout w:type="fixed"/>
        <w:tblLook w:val="04A0"/>
      </w:tblPr>
      <w:tblGrid>
        <w:gridCol w:w="453"/>
        <w:gridCol w:w="2664"/>
        <w:gridCol w:w="680"/>
        <w:gridCol w:w="850"/>
        <w:gridCol w:w="907"/>
        <w:gridCol w:w="3969"/>
      </w:tblGrid>
      <w:tr w:rsidR="004B25B8">
        <w:trPr>
          <w:jc w:val="center"/>
        </w:trPr>
        <w:tc>
          <w:tcPr>
            <w:tcW w:w="453" w:type="dxa"/>
            <w:shd w:val="clear" w:color="auto" w:fill="D9EAF7"/>
            <w:vAlign w:val="center"/>
          </w:tcPr>
          <w:p w:rsidR="004B25B8" w:rsidRDefault="005D2361">
            <w:pPr>
              <w:jc w:val="center"/>
            </w:pPr>
            <w:r>
              <w:rPr>
                <w:b/>
                <w:sz w:val="18"/>
              </w:rPr>
              <w:t>№</w:t>
            </w:r>
          </w:p>
        </w:tc>
        <w:tc>
          <w:tcPr>
            <w:tcW w:w="2664" w:type="dxa"/>
            <w:shd w:val="clear" w:color="auto" w:fill="D9EAF7"/>
            <w:vAlign w:val="center"/>
          </w:tcPr>
          <w:p w:rsidR="004B25B8" w:rsidRDefault="005D2361">
            <w:pPr>
              <w:jc w:val="center"/>
            </w:pPr>
            <w:r>
              <w:rPr>
                <w:b/>
                <w:sz w:val="18"/>
              </w:rPr>
              <w:t>Раздел</w:t>
            </w:r>
          </w:p>
        </w:tc>
        <w:tc>
          <w:tcPr>
            <w:tcW w:w="680" w:type="dxa"/>
            <w:shd w:val="clear" w:color="auto" w:fill="D9EAF7"/>
            <w:vAlign w:val="center"/>
          </w:tcPr>
          <w:p w:rsidR="004B25B8" w:rsidRDefault="005D2361">
            <w:pPr>
              <w:jc w:val="center"/>
            </w:pPr>
            <w:r>
              <w:rPr>
                <w:b/>
                <w:sz w:val="18"/>
              </w:rPr>
              <w:t>Всего часов</w:t>
            </w:r>
          </w:p>
        </w:tc>
        <w:tc>
          <w:tcPr>
            <w:tcW w:w="850" w:type="dxa"/>
            <w:shd w:val="clear" w:color="auto" w:fill="D9EAF7"/>
            <w:vAlign w:val="center"/>
          </w:tcPr>
          <w:p w:rsidR="004B25B8" w:rsidRDefault="005D2361">
            <w:pPr>
              <w:jc w:val="center"/>
            </w:pPr>
            <w:r>
              <w:rPr>
                <w:b/>
                <w:sz w:val="18"/>
              </w:rPr>
              <w:t>Контрольные работы</w:t>
            </w:r>
          </w:p>
        </w:tc>
        <w:tc>
          <w:tcPr>
            <w:tcW w:w="907" w:type="dxa"/>
            <w:shd w:val="clear" w:color="auto" w:fill="D9EAF7"/>
            <w:vAlign w:val="center"/>
          </w:tcPr>
          <w:p w:rsidR="004B25B8" w:rsidRDefault="005D2361">
            <w:pPr>
              <w:jc w:val="center"/>
            </w:pPr>
            <w:r>
              <w:rPr>
                <w:b/>
                <w:sz w:val="18"/>
              </w:rPr>
              <w:t>Практические работы</w:t>
            </w:r>
          </w:p>
        </w:tc>
        <w:tc>
          <w:tcPr>
            <w:tcW w:w="3969" w:type="dxa"/>
            <w:shd w:val="clear" w:color="auto" w:fill="D9EAF7"/>
            <w:vAlign w:val="center"/>
          </w:tcPr>
          <w:p w:rsidR="004B25B8" w:rsidRDefault="005D2361">
            <w:pPr>
              <w:jc w:val="center"/>
            </w:pPr>
            <w:r>
              <w:rPr>
                <w:b/>
                <w:sz w:val="18"/>
              </w:rPr>
              <w:t>ЭОР</w:t>
            </w:r>
          </w:p>
        </w:tc>
      </w:tr>
      <w:tr w:rsidR="004B25B8" w:rsidRPr="007178AD">
        <w:trPr>
          <w:jc w:val="center"/>
        </w:trPr>
        <w:tc>
          <w:tcPr>
            <w:tcW w:w="453" w:type="dxa"/>
          </w:tcPr>
          <w:p w:rsidR="004B25B8" w:rsidRDefault="005D2361">
            <w:r>
              <w:rPr>
                <w:sz w:val="17"/>
              </w:rPr>
              <w:t>1</w:t>
            </w:r>
          </w:p>
        </w:tc>
        <w:tc>
          <w:tcPr>
            <w:tcW w:w="2664" w:type="dxa"/>
          </w:tcPr>
          <w:p w:rsidR="004B25B8" w:rsidRDefault="005D2361">
            <w:r>
              <w:rPr>
                <w:sz w:val="17"/>
              </w:rPr>
              <w:t>Личные финансы и бюджет</w:t>
            </w:r>
          </w:p>
        </w:tc>
        <w:tc>
          <w:tcPr>
            <w:tcW w:w="680" w:type="dxa"/>
          </w:tcPr>
          <w:p w:rsidR="004B25B8" w:rsidRDefault="005D2361">
            <w:r>
              <w:rPr>
                <w:sz w:val="17"/>
              </w:rPr>
              <w:t>8</w:t>
            </w:r>
          </w:p>
        </w:tc>
        <w:tc>
          <w:tcPr>
            <w:tcW w:w="850" w:type="dxa"/>
          </w:tcPr>
          <w:p w:rsidR="004B25B8" w:rsidRDefault="005D2361">
            <w:r>
              <w:rPr>
                <w:sz w:val="17"/>
              </w:rPr>
              <w:t>—</w:t>
            </w:r>
          </w:p>
        </w:tc>
        <w:tc>
          <w:tcPr>
            <w:tcW w:w="907" w:type="dxa"/>
          </w:tcPr>
          <w:p w:rsidR="004B25B8" w:rsidRDefault="005D2361">
            <w:r>
              <w:rPr>
                <w:sz w:val="17"/>
              </w:rPr>
              <w:t>2</w:t>
            </w:r>
          </w:p>
        </w:tc>
        <w:tc>
          <w:tcPr>
            <w:tcW w:w="3969" w:type="dxa"/>
          </w:tcPr>
          <w:p w:rsidR="004B25B8" w:rsidRPr="00132C52" w:rsidRDefault="005D2361">
            <w:pPr>
              <w:rPr>
                <w:lang w:val="ru-RU"/>
              </w:rPr>
            </w:pPr>
            <w:r w:rsidRPr="00132C52">
              <w:rPr>
                <w:sz w:val="17"/>
                <w:lang w:val="ru-RU"/>
              </w:rPr>
              <w:t>ФГИС «Моя школа»; РЭШ; «Финансовая культура» Банка России.</w:t>
            </w:r>
          </w:p>
        </w:tc>
      </w:tr>
      <w:tr w:rsidR="004B25B8" w:rsidRPr="007178AD">
        <w:trPr>
          <w:jc w:val="center"/>
        </w:trPr>
        <w:tc>
          <w:tcPr>
            <w:tcW w:w="453" w:type="dxa"/>
          </w:tcPr>
          <w:p w:rsidR="004B25B8" w:rsidRDefault="005D2361">
            <w:r>
              <w:rPr>
                <w:sz w:val="17"/>
              </w:rPr>
              <w:t>2</w:t>
            </w:r>
          </w:p>
        </w:tc>
        <w:tc>
          <w:tcPr>
            <w:tcW w:w="2664" w:type="dxa"/>
          </w:tcPr>
          <w:p w:rsidR="004B25B8" w:rsidRDefault="005D2361">
            <w:r>
              <w:rPr>
                <w:sz w:val="17"/>
              </w:rPr>
              <w:t>Финансовые продукты и услуги</w:t>
            </w:r>
          </w:p>
        </w:tc>
        <w:tc>
          <w:tcPr>
            <w:tcW w:w="680" w:type="dxa"/>
          </w:tcPr>
          <w:p w:rsidR="004B25B8" w:rsidRDefault="005D2361">
            <w:r>
              <w:rPr>
                <w:sz w:val="17"/>
              </w:rPr>
              <w:t>8</w:t>
            </w:r>
          </w:p>
        </w:tc>
        <w:tc>
          <w:tcPr>
            <w:tcW w:w="850" w:type="dxa"/>
          </w:tcPr>
          <w:p w:rsidR="004B25B8" w:rsidRDefault="005D2361">
            <w:r>
              <w:rPr>
                <w:sz w:val="17"/>
              </w:rPr>
              <w:t>—</w:t>
            </w:r>
          </w:p>
        </w:tc>
        <w:tc>
          <w:tcPr>
            <w:tcW w:w="907" w:type="dxa"/>
          </w:tcPr>
          <w:p w:rsidR="004B25B8" w:rsidRDefault="005D2361">
            <w:r>
              <w:rPr>
                <w:sz w:val="17"/>
              </w:rPr>
              <w:t>2</w:t>
            </w:r>
          </w:p>
        </w:tc>
        <w:tc>
          <w:tcPr>
            <w:tcW w:w="3969" w:type="dxa"/>
          </w:tcPr>
          <w:p w:rsidR="004B25B8" w:rsidRPr="00132C52" w:rsidRDefault="005D2361">
            <w:pPr>
              <w:rPr>
                <w:lang w:val="ru-RU"/>
              </w:rPr>
            </w:pPr>
            <w:r w:rsidRPr="00132C52">
              <w:rPr>
                <w:sz w:val="17"/>
                <w:lang w:val="ru-RU"/>
              </w:rPr>
              <w:t>ФГИС «Моя школа»; РЭШ; «Финансовая культура» Банка России.</w:t>
            </w:r>
          </w:p>
        </w:tc>
      </w:tr>
      <w:tr w:rsidR="004B25B8" w:rsidRPr="007178AD">
        <w:trPr>
          <w:jc w:val="center"/>
        </w:trPr>
        <w:tc>
          <w:tcPr>
            <w:tcW w:w="453" w:type="dxa"/>
          </w:tcPr>
          <w:p w:rsidR="004B25B8" w:rsidRDefault="005D2361">
            <w:r>
              <w:rPr>
                <w:sz w:val="17"/>
              </w:rPr>
              <w:t>3</w:t>
            </w:r>
          </w:p>
        </w:tc>
        <w:tc>
          <w:tcPr>
            <w:tcW w:w="2664" w:type="dxa"/>
          </w:tcPr>
          <w:p w:rsidR="004B25B8" w:rsidRDefault="005D2361">
            <w:r>
              <w:rPr>
                <w:sz w:val="17"/>
              </w:rPr>
              <w:t>Потребитель и безопасность</w:t>
            </w:r>
          </w:p>
        </w:tc>
        <w:tc>
          <w:tcPr>
            <w:tcW w:w="680" w:type="dxa"/>
          </w:tcPr>
          <w:p w:rsidR="004B25B8" w:rsidRDefault="005D2361">
            <w:r>
              <w:rPr>
                <w:sz w:val="17"/>
              </w:rPr>
              <w:t>9</w:t>
            </w:r>
          </w:p>
        </w:tc>
        <w:tc>
          <w:tcPr>
            <w:tcW w:w="850" w:type="dxa"/>
          </w:tcPr>
          <w:p w:rsidR="004B25B8" w:rsidRDefault="005D2361">
            <w:r>
              <w:rPr>
                <w:sz w:val="17"/>
              </w:rPr>
              <w:t>—</w:t>
            </w:r>
          </w:p>
        </w:tc>
        <w:tc>
          <w:tcPr>
            <w:tcW w:w="907" w:type="dxa"/>
          </w:tcPr>
          <w:p w:rsidR="004B25B8" w:rsidRDefault="005D2361">
            <w:r>
              <w:rPr>
                <w:sz w:val="17"/>
              </w:rPr>
              <w:t>2</w:t>
            </w:r>
          </w:p>
        </w:tc>
        <w:tc>
          <w:tcPr>
            <w:tcW w:w="3969" w:type="dxa"/>
          </w:tcPr>
          <w:p w:rsidR="004B25B8" w:rsidRPr="00132C52" w:rsidRDefault="005D2361">
            <w:pPr>
              <w:rPr>
                <w:lang w:val="ru-RU"/>
              </w:rPr>
            </w:pPr>
            <w:r w:rsidRPr="00132C52">
              <w:rPr>
                <w:sz w:val="17"/>
                <w:lang w:val="ru-RU"/>
              </w:rPr>
              <w:t>ФГИС «Моя школа»; РЭШ; «Финансовая культура» Банка России.</w:t>
            </w:r>
          </w:p>
        </w:tc>
      </w:tr>
      <w:tr w:rsidR="004B25B8" w:rsidRPr="007178AD">
        <w:trPr>
          <w:jc w:val="center"/>
        </w:trPr>
        <w:tc>
          <w:tcPr>
            <w:tcW w:w="453" w:type="dxa"/>
          </w:tcPr>
          <w:p w:rsidR="004B25B8" w:rsidRDefault="005D2361">
            <w:r>
              <w:rPr>
                <w:sz w:val="17"/>
              </w:rPr>
              <w:t>4</w:t>
            </w:r>
          </w:p>
        </w:tc>
        <w:tc>
          <w:tcPr>
            <w:tcW w:w="2664" w:type="dxa"/>
          </w:tcPr>
          <w:p w:rsidR="004B25B8" w:rsidRDefault="005D2361">
            <w:r>
              <w:rPr>
                <w:sz w:val="17"/>
              </w:rPr>
              <w:t>Труд, предпринимательство и проект</w:t>
            </w:r>
          </w:p>
        </w:tc>
        <w:tc>
          <w:tcPr>
            <w:tcW w:w="680" w:type="dxa"/>
          </w:tcPr>
          <w:p w:rsidR="004B25B8" w:rsidRDefault="005D2361">
            <w:r>
              <w:rPr>
                <w:sz w:val="17"/>
              </w:rPr>
              <w:t>7</w:t>
            </w:r>
          </w:p>
        </w:tc>
        <w:tc>
          <w:tcPr>
            <w:tcW w:w="850" w:type="dxa"/>
          </w:tcPr>
          <w:p w:rsidR="004B25B8" w:rsidRDefault="005D2361">
            <w:r>
              <w:rPr>
                <w:sz w:val="17"/>
              </w:rPr>
              <w:t>—</w:t>
            </w:r>
          </w:p>
        </w:tc>
        <w:tc>
          <w:tcPr>
            <w:tcW w:w="907" w:type="dxa"/>
          </w:tcPr>
          <w:p w:rsidR="004B25B8" w:rsidRDefault="005D2361">
            <w:r>
              <w:rPr>
                <w:sz w:val="17"/>
              </w:rPr>
              <w:t>2</w:t>
            </w:r>
          </w:p>
        </w:tc>
        <w:tc>
          <w:tcPr>
            <w:tcW w:w="3969" w:type="dxa"/>
          </w:tcPr>
          <w:p w:rsidR="004B25B8" w:rsidRPr="00132C52" w:rsidRDefault="005D2361">
            <w:pPr>
              <w:rPr>
                <w:lang w:val="ru-RU"/>
              </w:rPr>
            </w:pPr>
            <w:r w:rsidRPr="00132C52">
              <w:rPr>
                <w:sz w:val="17"/>
                <w:lang w:val="ru-RU"/>
              </w:rPr>
              <w:t>ФГИС «Моя школа»; РЭШ; «Финансовая культура» Банка России.</w:t>
            </w:r>
          </w:p>
        </w:tc>
      </w:tr>
      <w:tr w:rsidR="004B25B8" w:rsidRPr="007178AD">
        <w:trPr>
          <w:jc w:val="center"/>
        </w:trPr>
        <w:tc>
          <w:tcPr>
            <w:tcW w:w="453" w:type="dxa"/>
          </w:tcPr>
          <w:p w:rsidR="004B25B8" w:rsidRDefault="005D2361">
            <w:r>
              <w:rPr>
                <w:sz w:val="17"/>
              </w:rPr>
              <w:t>5</w:t>
            </w:r>
          </w:p>
        </w:tc>
        <w:tc>
          <w:tcPr>
            <w:tcW w:w="2664" w:type="dxa"/>
          </w:tcPr>
          <w:p w:rsidR="004B25B8" w:rsidRDefault="005D2361">
            <w:r>
              <w:rPr>
                <w:sz w:val="17"/>
              </w:rPr>
              <w:t>Повторение, итоговая работа</w:t>
            </w:r>
          </w:p>
        </w:tc>
        <w:tc>
          <w:tcPr>
            <w:tcW w:w="680" w:type="dxa"/>
          </w:tcPr>
          <w:p w:rsidR="004B25B8" w:rsidRDefault="005D2361">
            <w:r>
              <w:rPr>
                <w:sz w:val="17"/>
              </w:rPr>
              <w:t>2</w:t>
            </w:r>
          </w:p>
        </w:tc>
        <w:tc>
          <w:tcPr>
            <w:tcW w:w="850" w:type="dxa"/>
          </w:tcPr>
          <w:p w:rsidR="004B25B8" w:rsidRDefault="005D2361">
            <w:r>
              <w:rPr>
                <w:sz w:val="17"/>
              </w:rPr>
              <w:t>1</w:t>
            </w:r>
          </w:p>
        </w:tc>
        <w:tc>
          <w:tcPr>
            <w:tcW w:w="907" w:type="dxa"/>
          </w:tcPr>
          <w:p w:rsidR="004B25B8" w:rsidRDefault="005D2361">
            <w:r>
              <w:rPr>
                <w:sz w:val="17"/>
              </w:rPr>
              <w:t>—</w:t>
            </w:r>
          </w:p>
        </w:tc>
        <w:tc>
          <w:tcPr>
            <w:tcW w:w="3969" w:type="dxa"/>
          </w:tcPr>
          <w:p w:rsidR="004B25B8" w:rsidRPr="00132C52" w:rsidRDefault="005D2361">
            <w:pPr>
              <w:rPr>
                <w:lang w:val="ru-RU"/>
              </w:rPr>
            </w:pPr>
            <w:r w:rsidRPr="00132C52">
              <w:rPr>
                <w:sz w:val="17"/>
                <w:lang w:val="ru-RU"/>
              </w:rPr>
              <w:t>ФГИС «Моя школа»; РЭШ; «Финансовая культура» Банка России.</w:t>
            </w:r>
          </w:p>
        </w:tc>
      </w:tr>
      <w:tr w:rsidR="004B25B8">
        <w:trPr>
          <w:jc w:val="center"/>
        </w:trPr>
        <w:tc>
          <w:tcPr>
            <w:tcW w:w="453" w:type="dxa"/>
          </w:tcPr>
          <w:p w:rsidR="004B25B8" w:rsidRPr="00132C52" w:rsidRDefault="004B25B8">
            <w:pPr>
              <w:rPr>
                <w:lang w:val="ru-RU"/>
              </w:rPr>
            </w:pPr>
          </w:p>
        </w:tc>
        <w:tc>
          <w:tcPr>
            <w:tcW w:w="2664" w:type="dxa"/>
          </w:tcPr>
          <w:p w:rsidR="004B25B8" w:rsidRDefault="005D2361">
            <w:r>
              <w:rPr>
                <w:sz w:val="17"/>
              </w:rPr>
              <w:t>ИТОГО</w:t>
            </w:r>
          </w:p>
        </w:tc>
        <w:tc>
          <w:tcPr>
            <w:tcW w:w="680" w:type="dxa"/>
          </w:tcPr>
          <w:p w:rsidR="004B25B8" w:rsidRDefault="005D2361">
            <w:r>
              <w:rPr>
                <w:sz w:val="17"/>
              </w:rPr>
              <w:t>34</w:t>
            </w:r>
          </w:p>
        </w:tc>
        <w:tc>
          <w:tcPr>
            <w:tcW w:w="850" w:type="dxa"/>
          </w:tcPr>
          <w:p w:rsidR="004B25B8" w:rsidRDefault="005D2361">
            <w:r>
              <w:rPr>
                <w:sz w:val="17"/>
              </w:rPr>
              <w:t>1</w:t>
            </w:r>
          </w:p>
        </w:tc>
        <w:tc>
          <w:tcPr>
            <w:tcW w:w="907" w:type="dxa"/>
          </w:tcPr>
          <w:p w:rsidR="004B25B8" w:rsidRDefault="005D2361">
            <w:r>
              <w:rPr>
                <w:sz w:val="17"/>
              </w:rPr>
              <w:t>8</w:t>
            </w:r>
          </w:p>
        </w:tc>
        <w:tc>
          <w:tcPr>
            <w:tcW w:w="3969" w:type="dxa"/>
          </w:tcPr>
          <w:p w:rsidR="004B25B8" w:rsidRDefault="004B25B8"/>
        </w:tc>
      </w:tr>
    </w:tbl>
    <w:p w:rsidR="004B25B8" w:rsidRDefault="004B25B8">
      <w:pPr>
        <w:spacing w:after="40"/>
      </w:pPr>
    </w:p>
    <w:p w:rsidR="004B25B8" w:rsidRDefault="005D2361">
      <w:pPr>
        <w:pStyle w:val="1"/>
        <w:spacing w:before="200" w:after="120"/>
      </w:pPr>
      <w:r>
        <w:rPr>
          <w:rFonts w:ascii="Times New Roman" w:hAnsi="Times New Roman"/>
          <w:sz w:val="26"/>
        </w:rPr>
        <w:t>ПОУРОЧНОЕ ПЛАНИРОВАНИЕ (КТП). 2 КЛАСС</w:t>
      </w:r>
    </w:p>
    <w:tbl>
      <w:tblPr>
        <w:tblStyle w:val="aff0"/>
        <w:tblW w:w="0" w:type="auto"/>
        <w:jc w:val="center"/>
        <w:tblLayout w:type="fixed"/>
        <w:tblLook w:val="04A0"/>
      </w:tblPr>
      <w:tblGrid>
        <w:gridCol w:w="396"/>
        <w:gridCol w:w="3061"/>
        <w:gridCol w:w="453"/>
        <w:gridCol w:w="510"/>
        <w:gridCol w:w="567"/>
        <w:gridCol w:w="1304"/>
        <w:gridCol w:w="3231"/>
      </w:tblGrid>
      <w:tr w:rsidR="004B25B8">
        <w:trPr>
          <w:jc w:val="center"/>
        </w:trPr>
        <w:tc>
          <w:tcPr>
            <w:tcW w:w="396" w:type="dxa"/>
            <w:shd w:val="clear" w:color="auto" w:fill="D9EAF7"/>
            <w:vAlign w:val="center"/>
          </w:tcPr>
          <w:p w:rsidR="004B25B8" w:rsidRDefault="005D2361">
            <w:pPr>
              <w:jc w:val="center"/>
            </w:pPr>
            <w:r>
              <w:rPr>
                <w:b/>
                <w:sz w:val="18"/>
              </w:rPr>
              <w:t>№</w:t>
            </w:r>
          </w:p>
        </w:tc>
        <w:tc>
          <w:tcPr>
            <w:tcW w:w="3061" w:type="dxa"/>
            <w:shd w:val="clear" w:color="auto" w:fill="D9EAF7"/>
            <w:vAlign w:val="center"/>
          </w:tcPr>
          <w:p w:rsidR="004B25B8" w:rsidRDefault="005D2361">
            <w:pPr>
              <w:jc w:val="center"/>
            </w:pPr>
            <w:r>
              <w:rPr>
                <w:b/>
                <w:sz w:val="18"/>
              </w:rPr>
              <w:t>Тема занятия</w:t>
            </w:r>
          </w:p>
        </w:tc>
        <w:tc>
          <w:tcPr>
            <w:tcW w:w="453" w:type="dxa"/>
            <w:shd w:val="clear" w:color="auto" w:fill="D9EAF7"/>
            <w:vAlign w:val="center"/>
          </w:tcPr>
          <w:p w:rsidR="004B25B8" w:rsidRDefault="005D2361">
            <w:pPr>
              <w:jc w:val="center"/>
            </w:pPr>
            <w:r>
              <w:rPr>
                <w:b/>
                <w:sz w:val="18"/>
              </w:rPr>
              <w:t>Часы</w:t>
            </w:r>
          </w:p>
        </w:tc>
        <w:tc>
          <w:tcPr>
            <w:tcW w:w="510" w:type="dxa"/>
            <w:shd w:val="clear" w:color="auto" w:fill="D9EAF7"/>
            <w:vAlign w:val="center"/>
          </w:tcPr>
          <w:p w:rsidR="004B25B8" w:rsidRDefault="005D2361">
            <w:pPr>
              <w:jc w:val="center"/>
            </w:pPr>
            <w:r>
              <w:rPr>
                <w:b/>
                <w:sz w:val="18"/>
              </w:rPr>
              <w:t>Контр.</w:t>
            </w:r>
          </w:p>
        </w:tc>
        <w:tc>
          <w:tcPr>
            <w:tcW w:w="567" w:type="dxa"/>
            <w:shd w:val="clear" w:color="auto" w:fill="D9EAF7"/>
            <w:vAlign w:val="center"/>
          </w:tcPr>
          <w:p w:rsidR="004B25B8" w:rsidRDefault="005D2361">
            <w:pPr>
              <w:jc w:val="center"/>
            </w:pPr>
            <w:r>
              <w:rPr>
                <w:b/>
                <w:sz w:val="18"/>
              </w:rPr>
              <w:t>Практич.</w:t>
            </w:r>
          </w:p>
        </w:tc>
        <w:tc>
          <w:tcPr>
            <w:tcW w:w="1304" w:type="dxa"/>
            <w:shd w:val="clear" w:color="auto" w:fill="D9EAF7"/>
            <w:vAlign w:val="center"/>
          </w:tcPr>
          <w:p w:rsidR="004B25B8" w:rsidRDefault="005D2361">
            <w:pPr>
              <w:jc w:val="center"/>
            </w:pPr>
            <w:r>
              <w:rPr>
                <w:b/>
                <w:sz w:val="18"/>
              </w:rPr>
              <w:t>Дата</w:t>
            </w:r>
          </w:p>
        </w:tc>
        <w:tc>
          <w:tcPr>
            <w:tcW w:w="3231" w:type="dxa"/>
            <w:shd w:val="clear" w:color="auto" w:fill="D9EAF7"/>
            <w:vAlign w:val="center"/>
          </w:tcPr>
          <w:p w:rsidR="004B25B8" w:rsidRDefault="005D2361">
            <w:pPr>
              <w:jc w:val="center"/>
            </w:pPr>
            <w:r>
              <w:rPr>
                <w:b/>
                <w:sz w:val="18"/>
              </w:rPr>
              <w:t>ЭОР</w:t>
            </w:r>
          </w:p>
        </w:tc>
      </w:tr>
      <w:tr w:rsidR="004B25B8" w:rsidRPr="007178AD">
        <w:trPr>
          <w:jc w:val="center"/>
        </w:trPr>
        <w:tc>
          <w:tcPr>
            <w:tcW w:w="396" w:type="dxa"/>
          </w:tcPr>
          <w:p w:rsidR="004B25B8" w:rsidRDefault="005D2361">
            <w:r>
              <w:rPr>
                <w:sz w:val="17"/>
              </w:rPr>
              <w:t>1</w:t>
            </w:r>
          </w:p>
        </w:tc>
        <w:tc>
          <w:tcPr>
            <w:tcW w:w="3061" w:type="dxa"/>
          </w:tcPr>
          <w:p w:rsidR="004B25B8" w:rsidRDefault="005D2361">
            <w:r>
              <w:rPr>
                <w:sz w:val="17"/>
              </w:rPr>
              <w:t>Деньги и их назначение</w:t>
            </w:r>
          </w:p>
        </w:tc>
        <w:tc>
          <w:tcPr>
            <w:tcW w:w="453" w:type="dxa"/>
          </w:tcPr>
          <w:p w:rsidR="004B25B8" w:rsidRDefault="005D2361">
            <w:r>
              <w:rPr>
                <w:sz w:val="17"/>
              </w:rPr>
              <w:t>1</w:t>
            </w:r>
          </w:p>
        </w:tc>
        <w:tc>
          <w:tcPr>
            <w:tcW w:w="510" w:type="dxa"/>
          </w:tcPr>
          <w:p w:rsidR="004B25B8" w:rsidRDefault="005D2361">
            <w:r>
              <w:rPr>
                <w:sz w:val="17"/>
              </w:rPr>
              <w:t>—</w:t>
            </w:r>
          </w:p>
        </w:tc>
        <w:tc>
          <w:tcPr>
            <w:tcW w:w="567" w:type="dxa"/>
          </w:tcPr>
          <w:p w:rsidR="004B25B8" w:rsidRDefault="005D2361">
            <w:r>
              <w:rPr>
                <w:sz w:val="17"/>
              </w:rPr>
              <w:t>—</w:t>
            </w:r>
          </w:p>
        </w:tc>
        <w:tc>
          <w:tcPr>
            <w:tcW w:w="1304" w:type="dxa"/>
          </w:tcPr>
          <w:p w:rsidR="004B25B8" w:rsidRDefault="005D2361">
            <w:r>
              <w:rPr>
                <w:sz w:val="17"/>
              </w:rPr>
              <w:t>[по календарному графику]</w:t>
            </w:r>
          </w:p>
        </w:tc>
        <w:tc>
          <w:tcPr>
            <w:tcW w:w="3231" w:type="dxa"/>
          </w:tcPr>
          <w:p w:rsidR="004B25B8" w:rsidRPr="00132C52" w:rsidRDefault="005D2361">
            <w:pPr>
              <w:rPr>
                <w:lang w:val="ru-RU"/>
              </w:rPr>
            </w:pPr>
            <w:r w:rsidRPr="00132C52">
              <w:rPr>
                <w:sz w:val="17"/>
                <w:lang w:val="ru-RU"/>
              </w:rPr>
              <w:t>ФГИС «Моя школа»; РЭШ; «Финансовая культура» Банка России.</w:t>
            </w:r>
          </w:p>
        </w:tc>
      </w:tr>
      <w:tr w:rsidR="004B25B8" w:rsidRPr="007178AD">
        <w:trPr>
          <w:jc w:val="center"/>
        </w:trPr>
        <w:tc>
          <w:tcPr>
            <w:tcW w:w="396" w:type="dxa"/>
          </w:tcPr>
          <w:p w:rsidR="004B25B8" w:rsidRDefault="005D2361">
            <w:r>
              <w:rPr>
                <w:sz w:val="17"/>
              </w:rPr>
              <w:t>2</w:t>
            </w:r>
          </w:p>
        </w:tc>
        <w:tc>
          <w:tcPr>
            <w:tcW w:w="3061" w:type="dxa"/>
          </w:tcPr>
          <w:p w:rsidR="004B25B8" w:rsidRDefault="005D2361">
            <w:r>
              <w:rPr>
                <w:sz w:val="17"/>
              </w:rPr>
              <w:t>История денег</w:t>
            </w:r>
          </w:p>
        </w:tc>
        <w:tc>
          <w:tcPr>
            <w:tcW w:w="453" w:type="dxa"/>
          </w:tcPr>
          <w:p w:rsidR="004B25B8" w:rsidRDefault="005D2361">
            <w:r>
              <w:rPr>
                <w:sz w:val="17"/>
              </w:rPr>
              <w:t>1</w:t>
            </w:r>
          </w:p>
        </w:tc>
        <w:tc>
          <w:tcPr>
            <w:tcW w:w="510" w:type="dxa"/>
          </w:tcPr>
          <w:p w:rsidR="004B25B8" w:rsidRDefault="005D2361">
            <w:r>
              <w:rPr>
                <w:sz w:val="17"/>
              </w:rPr>
              <w:t>—</w:t>
            </w:r>
          </w:p>
        </w:tc>
        <w:tc>
          <w:tcPr>
            <w:tcW w:w="567" w:type="dxa"/>
          </w:tcPr>
          <w:p w:rsidR="004B25B8" w:rsidRDefault="005D2361">
            <w:r>
              <w:rPr>
                <w:sz w:val="17"/>
              </w:rPr>
              <w:t>—</w:t>
            </w:r>
          </w:p>
        </w:tc>
        <w:tc>
          <w:tcPr>
            <w:tcW w:w="1304" w:type="dxa"/>
          </w:tcPr>
          <w:p w:rsidR="004B25B8" w:rsidRDefault="005D2361">
            <w:r>
              <w:rPr>
                <w:sz w:val="17"/>
              </w:rPr>
              <w:t>[по календарному графику]</w:t>
            </w:r>
          </w:p>
        </w:tc>
        <w:tc>
          <w:tcPr>
            <w:tcW w:w="3231" w:type="dxa"/>
          </w:tcPr>
          <w:p w:rsidR="004B25B8" w:rsidRPr="00132C52" w:rsidRDefault="005D2361">
            <w:pPr>
              <w:rPr>
                <w:lang w:val="ru-RU"/>
              </w:rPr>
            </w:pPr>
            <w:r w:rsidRPr="00132C52">
              <w:rPr>
                <w:sz w:val="17"/>
                <w:lang w:val="ru-RU"/>
              </w:rPr>
              <w:t>ФГИС «Моя школа»; РЭШ; «Финансовая культура» Банка России.</w:t>
            </w:r>
          </w:p>
        </w:tc>
      </w:tr>
      <w:tr w:rsidR="004B25B8" w:rsidRPr="007178AD">
        <w:trPr>
          <w:jc w:val="center"/>
        </w:trPr>
        <w:tc>
          <w:tcPr>
            <w:tcW w:w="396" w:type="dxa"/>
          </w:tcPr>
          <w:p w:rsidR="004B25B8" w:rsidRDefault="005D2361">
            <w:r>
              <w:rPr>
                <w:sz w:val="17"/>
              </w:rPr>
              <w:t>3</w:t>
            </w:r>
          </w:p>
        </w:tc>
        <w:tc>
          <w:tcPr>
            <w:tcW w:w="3061" w:type="dxa"/>
          </w:tcPr>
          <w:p w:rsidR="004B25B8" w:rsidRDefault="005D2361">
            <w:r>
              <w:rPr>
                <w:sz w:val="17"/>
              </w:rPr>
              <w:t>Российские деньги</w:t>
            </w:r>
          </w:p>
        </w:tc>
        <w:tc>
          <w:tcPr>
            <w:tcW w:w="453" w:type="dxa"/>
          </w:tcPr>
          <w:p w:rsidR="004B25B8" w:rsidRDefault="005D2361">
            <w:r>
              <w:rPr>
                <w:sz w:val="17"/>
              </w:rPr>
              <w:t>1</w:t>
            </w:r>
          </w:p>
        </w:tc>
        <w:tc>
          <w:tcPr>
            <w:tcW w:w="510" w:type="dxa"/>
          </w:tcPr>
          <w:p w:rsidR="004B25B8" w:rsidRDefault="005D2361">
            <w:r>
              <w:rPr>
                <w:sz w:val="17"/>
              </w:rPr>
              <w:t>—</w:t>
            </w:r>
          </w:p>
        </w:tc>
        <w:tc>
          <w:tcPr>
            <w:tcW w:w="567" w:type="dxa"/>
          </w:tcPr>
          <w:p w:rsidR="004B25B8" w:rsidRDefault="005D2361">
            <w:r>
              <w:rPr>
                <w:sz w:val="17"/>
              </w:rPr>
              <w:t>—</w:t>
            </w:r>
          </w:p>
        </w:tc>
        <w:tc>
          <w:tcPr>
            <w:tcW w:w="1304" w:type="dxa"/>
          </w:tcPr>
          <w:p w:rsidR="004B25B8" w:rsidRDefault="005D2361">
            <w:r>
              <w:rPr>
                <w:sz w:val="17"/>
              </w:rPr>
              <w:t>[по календарному графику]</w:t>
            </w:r>
          </w:p>
        </w:tc>
        <w:tc>
          <w:tcPr>
            <w:tcW w:w="3231" w:type="dxa"/>
          </w:tcPr>
          <w:p w:rsidR="004B25B8" w:rsidRPr="00132C52" w:rsidRDefault="005D2361">
            <w:pPr>
              <w:rPr>
                <w:lang w:val="ru-RU"/>
              </w:rPr>
            </w:pPr>
            <w:r w:rsidRPr="00132C52">
              <w:rPr>
                <w:sz w:val="17"/>
                <w:lang w:val="ru-RU"/>
              </w:rPr>
              <w:t>ФГИС «Моя школа»; РЭШ; «Финансовая культура» Банка России.</w:t>
            </w:r>
          </w:p>
        </w:tc>
      </w:tr>
      <w:tr w:rsidR="004B25B8" w:rsidRPr="007178AD">
        <w:trPr>
          <w:jc w:val="center"/>
        </w:trPr>
        <w:tc>
          <w:tcPr>
            <w:tcW w:w="396" w:type="dxa"/>
          </w:tcPr>
          <w:p w:rsidR="004B25B8" w:rsidRDefault="005D2361">
            <w:r>
              <w:rPr>
                <w:sz w:val="17"/>
              </w:rPr>
              <w:t>4</w:t>
            </w:r>
          </w:p>
        </w:tc>
        <w:tc>
          <w:tcPr>
            <w:tcW w:w="3061" w:type="dxa"/>
          </w:tcPr>
          <w:p w:rsidR="004B25B8" w:rsidRDefault="005D2361">
            <w:r>
              <w:rPr>
                <w:sz w:val="17"/>
              </w:rPr>
              <w:t>Доходы семьи</w:t>
            </w:r>
          </w:p>
        </w:tc>
        <w:tc>
          <w:tcPr>
            <w:tcW w:w="453" w:type="dxa"/>
          </w:tcPr>
          <w:p w:rsidR="004B25B8" w:rsidRDefault="005D2361">
            <w:r>
              <w:rPr>
                <w:sz w:val="17"/>
              </w:rPr>
              <w:t>1</w:t>
            </w:r>
          </w:p>
        </w:tc>
        <w:tc>
          <w:tcPr>
            <w:tcW w:w="510" w:type="dxa"/>
          </w:tcPr>
          <w:p w:rsidR="004B25B8" w:rsidRDefault="005D2361">
            <w:r>
              <w:rPr>
                <w:sz w:val="17"/>
              </w:rPr>
              <w:t>—</w:t>
            </w:r>
          </w:p>
        </w:tc>
        <w:tc>
          <w:tcPr>
            <w:tcW w:w="567" w:type="dxa"/>
          </w:tcPr>
          <w:p w:rsidR="004B25B8" w:rsidRDefault="005D2361">
            <w:r>
              <w:rPr>
                <w:sz w:val="17"/>
              </w:rPr>
              <w:t>—</w:t>
            </w:r>
          </w:p>
        </w:tc>
        <w:tc>
          <w:tcPr>
            <w:tcW w:w="1304" w:type="dxa"/>
          </w:tcPr>
          <w:p w:rsidR="004B25B8" w:rsidRDefault="005D2361">
            <w:r>
              <w:rPr>
                <w:sz w:val="17"/>
              </w:rPr>
              <w:t>[по календарному графику]</w:t>
            </w:r>
          </w:p>
        </w:tc>
        <w:tc>
          <w:tcPr>
            <w:tcW w:w="3231" w:type="dxa"/>
          </w:tcPr>
          <w:p w:rsidR="004B25B8" w:rsidRPr="00132C52" w:rsidRDefault="005D2361">
            <w:pPr>
              <w:rPr>
                <w:lang w:val="ru-RU"/>
              </w:rPr>
            </w:pPr>
            <w:r w:rsidRPr="00132C52">
              <w:rPr>
                <w:sz w:val="17"/>
                <w:lang w:val="ru-RU"/>
              </w:rPr>
              <w:t>ФГИС «Моя школа»; РЭШ; «Финансовая культура» Банка России.</w:t>
            </w:r>
          </w:p>
        </w:tc>
      </w:tr>
      <w:tr w:rsidR="004B25B8" w:rsidRPr="007178AD">
        <w:trPr>
          <w:jc w:val="center"/>
        </w:trPr>
        <w:tc>
          <w:tcPr>
            <w:tcW w:w="396" w:type="dxa"/>
          </w:tcPr>
          <w:p w:rsidR="004B25B8" w:rsidRDefault="005D2361">
            <w:r>
              <w:rPr>
                <w:sz w:val="17"/>
              </w:rPr>
              <w:t>5</w:t>
            </w:r>
          </w:p>
        </w:tc>
        <w:tc>
          <w:tcPr>
            <w:tcW w:w="3061" w:type="dxa"/>
          </w:tcPr>
          <w:p w:rsidR="004B25B8" w:rsidRDefault="005D2361">
            <w:r>
              <w:rPr>
                <w:sz w:val="17"/>
              </w:rPr>
              <w:t>Расходы семьи</w:t>
            </w:r>
          </w:p>
        </w:tc>
        <w:tc>
          <w:tcPr>
            <w:tcW w:w="453" w:type="dxa"/>
          </w:tcPr>
          <w:p w:rsidR="004B25B8" w:rsidRDefault="005D2361">
            <w:r>
              <w:rPr>
                <w:sz w:val="17"/>
              </w:rPr>
              <w:t>1</w:t>
            </w:r>
          </w:p>
        </w:tc>
        <w:tc>
          <w:tcPr>
            <w:tcW w:w="510" w:type="dxa"/>
          </w:tcPr>
          <w:p w:rsidR="004B25B8" w:rsidRDefault="005D2361">
            <w:r>
              <w:rPr>
                <w:sz w:val="17"/>
              </w:rPr>
              <w:t>—</w:t>
            </w:r>
          </w:p>
        </w:tc>
        <w:tc>
          <w:tcPr>
            <w:tcW w:w="567" w:type="dxa"/>
          </w:tcPr>
          <w:p w:rsidR="004B25B8" w:rsidRDefault="005D2361">
            <w:r>
              <w:rPr>
                <w:sz w:val="17"/>
              </w:rPr>
              <w:t>1</w:t>
            </w:r>
          </w:p>
        </w:tc>
        <w:tc>
          <w:tcPr>
            <w:tcW w:w="1304" w:type="dxa"/>
          </w:tcPr>
          <w:p w:rsidR="004B25B8" w:rsidRDefault="005D2361">
            <w:r>
              <w:rPr>
                <w:sz w:val="17"/>
              </w:rPr>
              <w:t>[по календарному графику]</w:t>
            </w:r>
          </w:p>
        </w:tc>
        <w:tc>
          <w:tcPr>
            <w:tcW w:w="3231" w:type="dxa"/>
          </w:tcPr>
          <w:p w:rsidR="004B25B8" w:rsidRPr="00132C52" w:rsidRDefault="005D2361">
            <w:pPr>
              <w:rPr>
                <w:lang w:val="ru-RU"/>
              </w:rPr>
            </w:pPr>
            <w:r w:rsidRPr="00132C52">
              <w:rPr>
                <w:sz w:val="17"/>
                <w:lang w:val="ru-RU"/>
              </w:rPr>
              <w:t>ФГИС «Моя школа»; РЭШ; «Финансовая культура» Банка России.</w:t>
            </w:r>
          </w:p>
        </w:tc>
      </w:tr>
      <w:tr w:rsidR="004B25B8" w:rsidRPr="007178AD">
        <w:trPr>
          <w:jc w:val="center"/>
        </w:trPr>
        <w:tc>
          <w:tcPr>
            <w:tcW w:w="396" w:type="dxa"/>
          </w:tcPr>
          <w:p w:rsidR="004B25B8" w:rsidRDefault="005D2361">
            <w:r>
              <w:rPr>
                <w:sz w:val="17"/>
              </w:rPr>
              <w:t>6</w:t>
            </w:r>
          </w:p>
        </w:tc>
        <w:tc>
          <w:tcPr>
            <w:tcW w:w="3061" w:type="dxa"/>
          </w:tcPr>
          <w:p w:rsidR="004B25B8" w:rsidRDefault="005D2361">
            <w:r>
              <w:rPr>
                <w:sz w:val="17"/>
              </w:rPr>
              <w:t>Обязательные и желательные расходы</w:t>
            </w:r>
          </w:p>
        </w:tc>
        <w:tc>
          <w:tcPr>
            <w:tcW w:w="453" w:type="dxa"/>
          </w:tcPr>
          <w:p w:rsidR="004B25B8" w:rsidRDefault="005D2361">
            <w:r>
              <w:rPr>
                <w:sz w:val="17"/>
              </w:rPr>
              <w:t>1</w:t>
            </w:r>
          </w:p>
        </w:tc>
        <w:tc>
          <w:tcPr>
            <w:tcW w:w="510" w:type="dxa"/>
          </w:tcPr>
          <w:p w:rsidR="004B25B8" w:rsidRDefault="005D2361">
            <w:r>
              <w:rPr>
                <w:sz w:val="17"/>
              </w:rPr>
              <w:t>—</w:t>
            </w:r>
          </w:p>
        </w:tc>
        <w:tc>
          <w:tcPr>
            <w:tcW w:w="567" w:type="dxa"/>
          </w:tcPr>
          <w:p w:rsidR="004B25B8" w:rsidRDefault="005D2361">
            <w:r>
              <w:rPr>
                <w:sz w:val="17"/>
              </w:rPr>
              <w:t>—</w:t>
            </w:r>
          </w:p>
        </w:tc>
        <w:tc>
          <w:tcPr>
            <w:tcW w:w="1304" w:type="dxa"/>
          </w:tcPr>
          <w:p w:rsidR="004B25B8" w:rsidRDefault="005D2361">
            <w:r>
              <w:rPr>
                <w:sz w:val="17"/>
              </w:rPr>
              <w:t>[по календарному графику]</w:t>
            </w:r>
          </w:p>
        </w:tc>
        <w:tc>
          <w:tcPr>
            <w:tcW w:w="3231" w:type="dxa"/>
          </w:tcPr>
          <w:p w:rsidR="004B25B8" w:rsidRPr="00132C52" w:rsidRDefault="005D2361">
            <w:pPr>
              <w:rPr>
                <w:lang w:val="ru-RU"/>
              </w:rPr>
            </w:pPr>
            <w:r w:rsidRPr="00132C52">
              <w:rPr>
                <w:sz w:val="17"/>
                <w:lang w:val="ru-RU"/>
              </w:rPr>
              <w:t>ФГИС «Моя школа»; РЭШ; «Финансовая культура» Банка России.</w:t>
            </w:r>
          </w:p>
        </w:tc>
      </w:tr>
      <w:tr w:rsidR="004B25B8" w:rsidRPr="007178AD">
        <w:trPr>
          <w:jc w:val="center"/>
        </w:trPr>
        <w:tc>
          <w:tcPr>
            <w:tcW w:w="396" w:type="dxa"/>
          </w:tcPr>
          <w:p w:rsidR="004B25B8" w:rsidRDefault="005D2361">
            <w:r>
              <w:rPr>
                <w:sz w:val="17"/>
              </w:rPr>
              <w:t>7</w:t>
            </w:r>
          </w:p>
        </w:tc>
        <w:tc>
          <w:tcPr>
            <w:tcW w:w="3061" w:type="dxa"/>
          </w:tcPr>
          <w:p w:rsidR="004B25B8" w:rsidRDefault="005D2361">
            <w:r>
              <w:rPr>
                <w:sz w:val="17"/>
              </w:rPr>
              <w:t>Семейный бюджет</w:t>
            </w:r>
          </w:p>
        </w:tc>
        <w:tc>
          <w:tcPr>
            <w:tcW w:w="453" w:type="dxa"/>
          </w:tcPr>
          <w:p w:rsidR="004B25B8" w:rsidRDefault="005D2361">
            <w:r>
              <w:rPr>
                <w:sz w:val="17"/>
              </w:rPr>
              <w:t>1</w:t>
            </w:r>
          </w:p>
        </w:tc>
        <w:tc>
          <w:tcPr>
            <w:tcW w:w="510" w:type="dxa"/>
          </w:tcPr>
          <w:p w:rsidR="004B25B8" w:rsidRDefault="005D2361">
            <w:r>
              <w:rPr>
                <w:sz w:val="17"/>
              </w:rPr>
              <w:t>—</w:t>
            </w:r>
          </w:p>
        </w:tc>
        <w:tc>
          <w:tcPr>
            <w:tcW w:w="567" w:type="dxa"/>
          </w:tcPr>
          <w:p w:rsidR="004B25B8" w:rsidRDefault="005D2361">
            <w:r>
              <w:rPr>
                <w:sz w:val="17"/>
              </w:rPr>
              <w:t>—</w:t>
            </w:r>
          </w:p>
        </w:tc>
        <w:tc>
          <w:tcPr>
            <w:tcW w:w="1304" w:type="dxa"/>
          </w:tcPr>
          <w:p w:rsidR="004B25B8" w:rsidRDefault="005D2361">
            <w:r>
              <w:rPr>
                <w:sz w:val="17"/>
              </w:rPr>
              <w:t>[по календарному графику]</w:t>
            </w:r>
          </w:p>
        </w:tc>
        <w:tc>
          <w:tcPr>
            <w:tcW w:w="3231" w:type="dxa"/>
          </w:tcPr>
          <w:p w:rsidR="004B25B8" w:rsidRPr="00132C52" w:rsidRDefault="005D2361">
            <w:pPr>
              <w:rPr>
                <w:lang w:val="ru-RU"/>
              </w:rPr>
            </w:pPr>
            <w:r w:rsidRPr="00132C52">
              <w:rPr>
                <w:sz w:val="17"/>
                <w:lang w:val="ru-RU"/>
              </w:rPr>
              <w:t>ФГИС «Моя школа»; РЭШ; «Финансовая культура» Банка России.</w:t>
            </w:r>
          </w:p>
        </w:tc>
      </w:tr>
      <w:tr w:rsidR="004B25B8" w:rsidRPr="007178AD">
        <w:trPr>
          <w:jc w:val="center"/>
        </w:trPr>
        <w:tc>
          <w:tcPr>
            <w:tcW w:w="396" w:type="dxa"/>
          </w:tcPr>
          <w:p w:rsidR="004B25B8" w:rsidRDefault="005D2361">
            <w:r>
              <w:rPr>
                <w:sz w:val="17"/>
              </w:rPr>
              <w:t>8</w:t>
            </w:r>
          </w:p>
        </w:tc>
        <w:tc>
          <w:tcPr>
            <w:tcW w:w="3061" w:type="dxa"/>
          </w:tcPr>
          <w:p w:rsidR="004B25B8" w:rsidRDefault="005D2361">
            <w:r>
              <w:rPr>
                <w:sz w:val="17"/>
              </w:rPr>
              <w:t>Карманные деньги</w:t>
            </w:r>
          </w:p>
        </w:tc>
        <w:tc>
          <w:tcPr>
            <w:tcW w:w="453" w:type="dxa"/>
          </w:tcPr>
          <w:p w:rsidR="004B25B8" w:rsidRDefault="005D2361">
            <w:r>
              <w:rPr>
                <w:sz w:val="17"/>
              </w:rPr>
              <w:t>1</w:t>
            </w:r>
          </w:p>
        </w:tc>
        <w:tc>
          <w:tcPr>
            <w:tcW w:w="510" w:type="dxa"/>
          </w:tcPr>
          <w:p w:rsidR="004B25B8" w:rsidRDefault="005D2361">
            <w:r>
              <w:rPr>
                <w:sz w:val="17"/>
              </w:rPr>
              <w:t>—</w:t>
            </w:r>
          </w:p>
        </w:tc>
        <w:tc>
          <w:tcPr>
            <w:tcW w:w="567" w:type="dxa"/>
          </w:tcPr>
          <w:p w:rsidR="004B25B8" w:rsidRDefault="005D2361">
            <w:r>
              <w:rPr>
                <w:sz w:val="17"/>
              </w:rPr>
              <w:t>—</w:t>
            </w:r>
          </w:p>
        </w:tc>
        <w:tc>
          <w:tcPr>
            <w:tcW w:w="1304" w:type="dxa"/>
          </w:tcPr>
          <w:p w:rsidR="004B25B8" w:rsidRDefault="005D2361">
            <w:r>
              <w:rPr>
                <w:sz w:val="17"/>
              </w:rPr>
              <w:t>[по календарному графику]</w:t>
            </w:r>
          </w:p>
        </w:tc>
        <w:tc>
          <w:tcPr>
            <w:tcW w:w="3231" w:type="dxa"/>
          </w:tcPr>
          <w:p w:rsidR="004B25B8" w:rsidRPr="00132C52" w:rsidRDefault="005D2361">
            <w:pPr>
              <w:rPr>
                <w:lang w:val="ru-RU"/>
              </w:rPr>
            </w:pPr>
            <w:r w:rsidRPr="00132C52">
              <w:rPr>
                <w:sz w:val="17"/>
                <w:lang w:val="ru-RU"/>
              </w:rPr>
              <w:t>ФГИС «Моя школа»; РЭШ; «Финансовая культура» Банка России.</w:t>
            </w:r>
          </w:p>
        </w:tc>
      </w:tr>
      <w:tr w:rsidR="004B25B8" w:rsidRPr="007178AD">
        <w:trPr>
          <w:jc w:val="center"/>
        </w:trPr>
        <w:tc>
          <w:tcPr>
            <w:tcW w:w="396" w:type="dxa"/>
          </w:tcPr>
          <w:p w:rsidR="004B25B8" w:rsidRDefault="005D2361">
            <w:r>
              <w:rPr>
                <w:sz w:val="17"/>
              </w:rPr>
              <w:t>9</w:t>
            </w:r>
          </w:p>
        </w:tc>
        <w:tc>
          <w:tcPr>
            <w:tcW w:w="3061" w:type="dxa"/>
          </w:tcPr>
          <w:p w:rsidR="004B25B8" w:rsidRDefault="005D2361">
            <w:r>
              <w:rPr>
                <w:sz w:val="17"/>
              </w:rPr>
              <w:t>Финансовая цель</w:t>
            </w:r>
          </w:p>
        </w:tc>
        <w:tc>
          <w:tcPr>
            <w:tcW w:w="453" w:type="dxa"/>
          </w:tcPr>
          <w:p w:rsidR="004B25B8" w:rsidRDefault="005D2361">
            <w:r>
              <w:rPr>
                <w:sz w:val="17"/>
              </w:rPr>
              <w:t>1</w:t>
            </w:r>
          </w:p>
        </w:tc>
        <w:tc>
          <w:tcPr>
            <w:tcW w:w="510" w:type="dxa"/>
          </w:tcPr>
          <w:p w:rsidR="004B25B8" w:rsidRDefault="005D2361">
            <w:r>
              <w:rPr>
                <w:sz w:val="17"/>
              </w:rPr>
              <w:t>—</w:t>
            </w:r>
          </w:p>
        </w:tc>
        <w:tc>
          <w:tcPr>
            <w:tcW w:w="567" w:type="dxa"/>
          </w:tcPr>
          <w:p w:rsidR="004B25B8" w:rsidRDefault="005D2361">
            <w:r>
              <w:rPr>
                <w:sz w:val="17"/>
              </w:rPr>
              <w:t>—</w:t>
            </w:r>
          </w:p>
        </w:tc>
        <w:tc>
          <w:tcPr>
            <w:tcW w:w="1304" w:type="dxa"/>
          </w:tcPr>
          <w:p w:rsidR="004B25B8" w:rsidRDefault="005D2361">
            <w:r>
              <w:rPr>
                <w:sz w:val="17"/>
              </w:rPr>
              <w:t>[по календарному графику]</w:t>
            </w:r>
          </w:p>
        </w:tc>
        <w:tc>
          <w:tcPr>
            <w:tcW w:w="3231" w:type="dxa"/>
          </w:tcPr>
          <w:p w:rsidR="004B25B8" w:rsidRPr="00132C52" w:rsidRDefault="005D2361">
            <w:pPr>
              <w:rPr>
                <w:lang w:val="ru-RU"/>
              </w:rPr>
            </w:pPr>
            <w:r w:rsidRPr="00132C52">
              <w:rPr>
                <w:sz w:val="17"/>
                <w:lang w:val="ru-RU"/>
              </w:rPr>
              <w:t>ФГИС «Моя школа»; РЭШ; «Финансовая культура» Банка России.</w:t>
            </w:r>
          </w:p>
        </w:tc>
      </w:tr>
      <w:tr w:rsidR="004B25B8" w:rsidRPr="007178AD">
        <w:trPr>
          <w:jc w:val="center"/>
        </w:trPr>
        <w:tc>
          <w:tcPr>
            <w:tcW w:w="396" w:type="dxa"/>
          </w:tcPr>
          <w:p w:rsidR="004B25B8" w:rsidRDefault="005D2361">
            <w:r>
              <w:rPr>
                <w:sz w:val="17"/>
              </w:rPr>
              <w:t>10</w:t>
            </w:r>
          </w:p>
        </w:tc>
        <w:tc>
          <w:tcPr>
            <w:tcW w:w="3061" w:type="dxa"/>
          </w:tcPr>
          <w:p w:rsidR="004B25B8" w:rsidRDefault="005D2361">
            <w:r>
              <w:rPr>
                <w:sz w:val="17"/>
              </w:rPr>
              <w:t>Как копить деньги</w:t>
            </w:r>
          </w:p>
        </w:tc>
        <w:tc>
          <w:tcPr>
            <w:tcW w:w="453" w:type="dxa"/>
          </w:tcPr>
          <w:p w:rsidR="004B25B8" w:rsidRDefault="005D2361">
            <w:r>
              <w:rPr>
                <w:sz w:val="17"/>
              </w:rPr>
              <w:t>1</w:t>
            </w:r>
          </w:p>
        </w:tc>
        <w:tc>
          <w:tcPr>
            <w:tcW w:w="510" w:type="dxa"/>
          </w:tcPr>
          <w:p w:rsidR="004B25B8" w:rsidRDefault="005D2361">
            <w:r>
              <w:rPr>
                <w:sz w:val="17"/>
              </w:rPr>
              <w:t>—</w:t>
            </w:r>
          </w:p>
        </w:tc>
        <w:tc>
          <w:tcPr>
            <w:tcW w:w="567" w:type="dxa"/>
          </w:tcPr>
          <w:p w:rsidR="004B25B8" w:rsidRDefault="005D2361">
            <w:r>
              <w:rPr>
                <w:sz w:val="17"/>
              </w:rPr>
              <w:t>1</w:t>
            </w:r>
          </w:p>
        </w:tc>
        <w:tc>
          <w:tcPr>
            <w:tcW w:w="1304" w:type="dxa"/>
          </w:tcPr>
          <w:p w:rsidR="004B25B8" w:rsidRDefault="005D2361">
            <w:r>
              <w:rPr>
                <w:sz w:val="17"/>
              </w:rPr>
              <w:t>[по календарному графику]</w:t>
            </w:r>
          </w:p>
        </w:tc>
        <w:tc>
          <w:tcPr>
            <w:tcW w:w="3231" w:type="dxa"/>
          </w:tcPr>
          <w:p w:rsidR="004B25B8" w:rsidRPr="00132C52" w:rsidRDefault="005D2361">
            <w:pPr>
              <w:rPr>
                <w:lang w:val="ru-RU"/>
              </w:rPr>
            </w:pPr>
            <w:r w:rsidRPr="00132C52">
              <w:rPr>
                <w:sz w:val="17"/>
                <w:lang w:val="ru-RU"/>
              </w:rPr>
              <w:t>ФГИС «Моя школа»; РЭШ; «Финансовая культура» Банка России.</w:t>
            </w:r>
          </w:p>
        </w:tc>
      </w:tr>
      <w:tr w:rsidR="004B25B8" w:rsidRPr="007178AD">
        <w:trPr>
          <w:jc w:val="center"/>
        </w:trPr>
        <w:tc>
          <w:tcPr>
            <w:tcW w:w="396" w:type="dxa"/>
          </w:tcPr>
          <w:p w:rsidR="004B25B8" w:rsidRDefault="005D2361">
            <w:r>
              <w:rPr>
                <w:sz w:val="17"/>
              </w:rPr>
              <w:t>11</w:t>
            </w:r>
          </w:p>
        </w:tc>
        <w:tc>
          <w:tcPr>
            <w:tcW w:w="3061" w:type="dxa"/>
          </w:tcPr>
          <w:p w:rsidR="004B25B8" w:rsidRDefault="005D2361">
            <w:r>
              <w:rPr>
                <w:sz w:val="17"/>
              </w:rPr>
              <w:t>Банк и его услуги</w:t>
            </w:r>
          </w:p>
        </w:tc>
        <w:tc>
          <w:tcPr>
            <w:tcW w:w="453" w:type="dxa"/>
          </w:tcPr>
          <w:p w:rsidR="004B25B8" w:rsidRDefault="005D2361">
            <w:r>
              <w:rPr>
                <w:sz w:val="17"/>
              </w:rPr>
              <w:t>1</w:t>
            </w:r>
          </w:p>
        </w:tc>
        <w:tc>
          <w:tcPr>
            <w:tcW w:w="510" w:type="dxa"/>
          </w:tcPr>
          <w:p w:rsidR="004B25B8" w:rsidRDefault="005D2361">
            <w:r>
              <w:rPr>
                <w:sz w:val="17"/>
              </w:rPr>
              <w:t>—</w:t>
            </w:r>
          </w:p>
        </w:tc>
        <w:tc>
          <w:tcPr>
            <w:tcW w:w="567" w:type="dxa"/>
          </w:tcPr>
          <w:p w:rsidR="004B25B8" w:rsidRDefault="005D2361">
            <w:r>
              <w:rPr>
                <w:sz w:val="17"/>
              </w:rPr>
              <w:t>—</w:t>
            </w:r>
          </w:p>
        </w:tc>
        <w:tc>
          <w:tcPr>
            <w:tcW w:w="1304" w:type="dxa"/>
          </w:tcPr>
          <w:p w:rsidR="004B25B8" w:rsidRDefault="005D2361">
            <w:r>
              <w:rPr>
                <w:sz w:val="17"/>
              </w:rPr>
              <w:t>[по календарному графику]</w:t>
            </w:r>
          </w:p>
        </w:tc>
        <w:tc>
          <w:tcPr>
            <w:tcW w:w="3231" w:type="dxa"/>
          </w:tcPr>
          <w:p w:rsidR="004B25B8" w:rsidRPr="00132C52" w:rsidRDefault="005D2361">
            <w:pPr>
              <w:rPr>
                <w:lang w:val="ru-RU"/>
              </w:rPr>
            </w:pPr>
            <w:r w:rsidRPr="00132C52">
              <w:rPr>
                <w:sz w:val="17"/>
                <w:lang w:val="ru-RU"/>
              </w:rPr>
              <w:t>ФГИС «Моя школа»; РЭШ; «Финансовая культура» Банка России.</w:t>
            </w:r>
          </w:p>
        </w:tc>
      </w:tr>
      <w:tr w:rsidR="004B25B8" w:rsidRPr="007178AD">
        <w:trPr>
          <w:jc w:val="center"/>
        </w:trPr>
        <w:tc>
          <w:tcPr>
            <w:tcW w:w="396" w:type="dxa"/>
          </w:tcPr>
          <w:p w:rsidR="004B25B8" w:rsidRDefault="005D2361">
            <w:r>
              <w:rPr>
                <w:sz w:val="17"/>
              </w:rPr>
              <w:t>12</w:t>
            </w:r>
          </w:p>
        </w:tc>
        <w:tc>
          <w:tcPr>
            <w:tcW w:w="3061" w:type="dxa"/>
          </w:tcPr>
          <w:p w:rsidR="004B25B8" w:rsidRDefault="005D2361">
            <w:r>
              <w:rPr>
                <w:sz w:val="17"/>
              </w:rPr>
              <w:t>Банковская карта</w:t>
            </w:r>
          </w:p>
        </w:tc>
        <w:tc>
          <w:tcPr>
            <w:tcW w:w="453" w:type="dxa"/>
          </w:tcPr>
          <w:p w:rsidR="004B25B8" w:rsidRDefault="005D2361">
            <w:r>
              <w:rPr>
                <w:sz w:val="17"/>
              </w:rPr>
              <w:t>1</w:t>
            </w:r>
          </w:p>
        </w:tc>
        <w:tc>
          <w:tcPr>
            <w:tcW w:w="510" w:type="dxa"/>
          </w:tcPr>
          <w:p w:rsidR="004B25B8" w:rsidRDefault="005D2361">
            <w:r>
              <w:rPr>
                <w:sz w:val="17"/>
              </w:rPr>
              <w:t>—</w:t>
            </w:r>
          </w:p>
        </w:tc>
        <w:tc>
          <w:tcPr>
            <w:tcW w:w="567" w:type="dxa"/>
          </w:tcPr>
          <w:p w:rsidR="004B25B8" w:rsidRDefault="005D2361">
            <w:r>
              <w:rPr>
                <w:sz w:val="17"/>
              </w:rPr>
              <w:t>—</w:t>
            </w:r>
          </w:p>
        </w:tc>
        <w:tc>
          <w:tcPr>
            <w:tcW w:w="1304" w:type="dxa"/>
          </w:tcPr>
          <w:p w:rsidR="004B25B8" w:rsidRDefault="005D2361">
            <w:r>
              <w:rPr>
                <w:sz w:val="17"/>
              </w:rPr>
              <w:t>[по календарному графику]</w:t>
            </w:r>
          </w:p>
        </w:tc>
        <w:tc>
          <w:tcPr>
            <w:tcW w:w="3231" w:type="dxa"/>
          </w:tcPr>
          <w:p w:rsidR="004B25B8" w:rsidRPr="00132C52" w:rsidRDefault="005D2361">
            <w:pPr>
              <w:rPr>
                <w:lang w:val="ru-RU"/>
              </w:rPr>
            </w:pPr>
            <w:r w:rsidRPr="00132C52">
              <w:rPr>
                <w:sz w:val="17"/>
                <w:lang w:val="ru-RU"/>
              </w:rPr>
              <w:t>ФГИС «Моя школа»; РЭШ; «Финансовая культура» Банка России.</w:t>
            </w:r>
          </w:p>
        </w:tc>
      </w:tr>
      <w:tr w:rsidR="004B25B8" w:rsidRPr="007178AD">
        <w:trPr>
          <w:jc w:val="center"/>
        </w:trPr>
        <w:tc>
          <w:tcPr>
            <w:tcW w:w="396" w:type="dxa"/>
          </w:tcPr>
          <w:p w:rsidR="004B25B8" w:rsidRDefault="005D2361">
            <w:r>
              <w:rPr>
                <w:sz w:val="17"/>
              </w:rPr>
              <w:t>13</w:t>
            </w:r>
          </w:p>
        </w:tc>
        <w:tc>
          <w:tcPr>
            <w:tcW w:w="3061" w:type="dxa"/>
          </w:tcPr>
          <w:p w:rsidR="004B25B8" w:rsidRDefault="005D2361">
            <w:r>
              <w:rPr>
                <w:sz w:val="17"/>
              </w:rPr>
              <w:t>Безопасность карты</w:t>
            </w:r>
          </w:p>
        </w:tc>
        <w:tc>
          <w:tcPr>
            <w:tcW w:w="453" w:type="dxa"/>
          </w:tcPr>
          <w:p w:rsidR="004B25B8" w:rsidRDefault="005D2361">
            <w:r>
              <w:rPr>
                <w:sz w:val="17"/>
              </w:rPr>
              <w:t>1</w:t>
            </w:r>
          </w:p>
        </w:tc>
        <w:tc>
          <w:tcPr>
            <w:tcW w:w="510" w:type="dxa"/>
          </w:tcPr>
          <w:p w:rsidR="004B25B8" w:rsidRDefault="005D2361">
            <w:r>
              <w:rPr>
                <w:sz w:val="17"/>
              </w:rPr>
              <w:t>—</w:t>
            </w:r>
          </w:p>
        </w:tc>
        <w:tc>
          <w:tcPr>
            <w:tcW w:w="567" w:type="dxa"/>
          </w:tcPr>
          <w:p w:rsidR="004B25B8" w:rsidRDefault="005D2361">
            <w:r>
              <w:rPr>
                <w:sz w:val="17"/>
              </w:rPr>
              <w:t>—</w:t>
            </w:r>
          </w:p>
        </w:tc>
        <w:tc>
          <w:tcPr>
            <w:tcW w:w="1304" w:type="dxa"/>
          </w:tcPr>
          <w:p w:rsidR="004B25B8" w:rsidRDefault="005D2361">
            <w:r>
              <w:rPr>
                <w:sz w:val="17"/>
              </w:rPr>
              <w:t>[по календарному графику]</w:t>
            </w:r>
          </w:p>
        </w:tc>
        <w:tc>
          <w:tcPr>
            <w:tcW w:w="3231" w:type="dxa"/>
          </w:tcPr>
          <w:p w:rsidR="004B25B8" w:rsidRPr="00132C52" w:rsidRDefault="005D2361">
            <w:pPr>
              <w:rPr>
                <w:lang w:val="ru-RU"/>
              </w:rPr>
            </w:pPr>
            <w:r w:rsidRPr="00132C52">
              <w:rPr>
                <w:sz w:val="17"/>
                <w:lang w:val="ru-RU"/>
              </w:rPr>
              <w:t>ФГИС «Моя школа»; РЭШ; «Финансовая культура» Банка России.</w:t>
            </w:r>
          </w:p>
        </w:tc>
      </w:tr>
      <w:tr w:rsidR="004B25B8" w:rsidRPr="007178AD">
        <w:trPr>
          <w:jc w:val="center"/>
        </w:trPr>
        <w:tc>
          <w:tcPr>
            <w:tcW w:w="396" w:type="dxa"/>
          </w:tcPr>
          <w:p w:rsidR="004B25B8" w:rsidRDefault="005D2361">
            <w:r>
              <w:rPr>
                <w:sz w:val="17"/>
              </w:rPr>
              <w:t>14</w:t>
            </w:r>
          </w:p>
        </w:tc>
        <w:tc>
          <w:tcPr>
            <w:tcW w:w="3061" w:type="dxa"/>
          </w:tcPr>
          <w:p w:rsidR="004B25B8" w:rsidRDefault="005D2361">
            <w:r>
              <w:rPr>
                <w:sz w:val="17"/>
              </w:rPr>
              <w:t>Финансовые мошенники</w:t>
            </w:r>
          </w:p>
        </w:tc>
        <w:tc>
          <w:tcPr>
            <w:tcW w:w="453" w:type="dxa"/>
          </w:tcPr>
          <w:p w:rsidR="004B25B8" w:rsidRDefault="005D2361">
            <w:r>
              <w:rPr>
                <w:sz w:val="17"/>
              </w:rPr>
              <w:t>1</w:t>
            </w:r>
          </w:p>
        </w:tc>
        <w:tc>
          <w:tcPr>
            <w:tcW w:w="510" w:type="dxa"/>
          </w:tcPr>
          <w:p w:rsidR="004B25B8" w:rsidRDefault="005D2361">
            <w:r>
              <w:rPr>
                <w:sz w:val="17"/>
              </w:rPr>
              <w:t>—</w:t>
            </w:r>
          </w:p>
        </w:tc>
        <w:tc>
          <w:tcPr>
            <w:tcW w:w="567" w:type="dxa"/>
          </w:tcPr>
          <w:p w:rsidR="004B25B8" w:rsidRDefault="005D2361">
            <w:r>
              <w:rPr>
                <w:sz w:val="17"/>
              </w:rPr>
              <w:t>—</w:t>
            </w:r>
          </w:p>
        </w:tc>
        <w:tc>
          <w:tcPr>
            <w:tcW w:w="1304" w:type="dxa"/>
          </w:tcPr>
          <w:p w:rsidR="004B25B8" w:rsidRDefault="005D2361">
            <w:r>
              <w:rPr>
                <w:sz w:val="17"/>
              </w:rPr>
              <w:t>[по календарному графику]</w:t>
            </w:r>
          </w:p>
        </w:tc>
        <w:tc>
          <w:tcPr>
            <w:tcW w:w="3231" w:type="dxa"/>
          </w:tcPr>
          <w:p w:rsidR="004B25B8" w:rsidRPr="00132C52" w:rsidRDefault="005D2361">
            <w:pPr>
              <w:rPr>
                <w:lang w:val="ru-RU"/>
              </w:rPr>
            </w:pPr>
            <w:r w:rsidRPr="00132C52">
              <w:rPr>
                <w:sz w:val="17"/>
                <w:lang w:val="ru-RU"/>
              </w:rPr>
              <w:t>ФГИС «Моя школа»; РЭШ; «Финансовая культура» Банка России.</w:t>
            </w:r>
          </w:p>
        </w:tc>
      </w:tr>
      <w:tr w:rsidR="004B25B8" w:rsidRPr="007178AD">
        <w:trPr>
          <w:jc w:val="center"/>
        </w:trPr>
        <w:tc>
          <w:tcPr>
            <w:tcW w:w="396" w:type="dxa"/>
          </w:tcPr>
          <w:p w:rsidR="004B25B8" w:rsidRDefault="005D2361">
            <w:r>
              <w:rPr>
                <w:sz w:val="17"/>
              </w:rPr>
              <w:t>15</w:t>
            </w:r>
          </w:p>
        </w:tc>
        <w:tc>
          <w:tcPr>
            <w:tcW w:w="3061" w:type="dxa"/>
          </w:tcPr>
          <w:p w:rsidR="004B25B8" w:rsidRDefault="005D2361">
            <w:r>
              <w:rPr>
                <w:sz w:val="17"/>
              </w:rPr>
              <w:t>Покупатель и продавец</w:t>
            </w:r>
          </w:p>
        </w:tc>
        <w:tc>
          <w:tcPr>
            <w:tcW w:w="453" w:type="dxa"/>
          </w:tcPr>
          <w:p w:rsidR="004B25B8" w:rsidRDefault="005D2361">
            <w:r>
              <w:rPr>
                <w:sz w:val="17"/>
              </w:rPr>
              <w:t>1</w:t>
            </w:r>
          </w:p>
        </w:tc>
        <w:tc>
          <w:tcPr>
            <w:tcW w:w="510" w:type="dxa"/>
          </w:tcPr>
          <w:p w:rsidR="004B25B8" w:rsidRDefault="005D2361">
            <w:r>
              <w:rPr>
                <w:sz w:val="17"/>
              </w:rPr>
              <w:t>—</w:t>
            </w:r>
          </w:p>
        </w:tc>
        <w:tc>
          <w:tcPr>
            <w:tcW w:w="567" w:type="dxa"/>
          </w:tcPr>
          <w:p w:rsidR="004B25B8" w:rsidRDefault="005D2361">
            <w:r>
              <w:rPr>
                <w:sz w:val="17"/>
              </w:rPr>
              <w:t>1</w:t>
            </w:r>
          </w:p>
        </w:tc>
        <w:tc>
          <w:tcPr>
            <w:tcW w:w="1304" w:type="dxa"/>
          </w:tcPr>
          <w:p w:rsidR="004B25B8" w:rsidRDefault="005D2361">
            <w:r>
              <w:rPr>
                <w:sz w:val="17"/>
              </w:rPr>
              <w:t>[по календарному графику]</w:t>
            </w:r>
          </w:p>
        </w:tc>
        <w:tc>
          <w:tcPr>
            <w:tcW w:w="3231" w:type="dxa"/>
          </w:tcPr>
          <w:p w:rsidR="004B25B8" w:rsidRPr="00132C52" w:rsidRDefault="005D2361">
            <w:pPr>
              <w:rPr>
                <w:lang w:val="ru-RU"/>
              </w:rPr>
            </w:pPr>
            <w:r w:rsidRPr="00132C52">
              <w:rPr>
                <w:sz w:val="17"/>
                <w:lang w:val="ru-RU"/>
              </w:rPr>
              <w:t>ФГИС «Моя школа»; РЭШ; «Финансовая культура» Банка России.</w:t>
            </w:r>
          </w:p>
        </w:tc>
      </w:tr>
      <w:tr w:rsidR="004B25B8" w:rsidRPr="007178AD">
        <w:trPr>
          <w:jc w:val="center"/>
        </w:trPr>
        <w:tc>
          <w:tcPr>
            <w:tcW w:w="396" w:type="dxa"/>
          </w:tcPr>
          <w:p w:rsidR="004B25B8" w:rsidRDefault="005D2361">
            <w:r>
              <w:rPr>
                <w:sz w:val="17"/>
              </w:rPr>
              <w:t>16</w:t>
            </w:r>
          </w:p>
        </w:tc>
        <w:tc>
          <w:tcPr>
            <w:tcW w:w="3061" w:type="dxa"/>
          </w:tcPr>
          <w:p w:rsidR="004B25B8" w:rsidRDefault="005D2361">
            <w:r>
              <w:rPr>
                <w:sz w:val="17"/>
              </w:rPr>
              <w:t>Цена товара</w:t>
            </w:r>
          </w:p>
        </w:tc>
        <w:tc>
          <w:tcPr>
            <w:tcW w:w="453" w:type="dxa"/>
          </w:tcPr>
          <w:p w:rsidR="004B25B8" w:rsidRDefault="005D2361">
            <w:r>
              <w:rPr>
                <w:sz w:val="17"/>
              </w:rPr>
              <w:t>1</w:t>
            </w:r>
          </w:p>
        </w:tc>
        <w:tc>
          <w:tcPr>
            <w:tcW w:w="510" w:type="dxa"/>
          </w:tcPr>
          <w:p w:rsidR="004B25B8" w:rsidRDefault="005D2361">
            <w:r>
              <w:rPr>
                <w:sz w:val="17"/>
              </w:rPr>
              <w:t>—</w:t>
            </w:r>
          </w:p>
        </w:tc>
        <w:tc>
          <w:tcPr>
            <w:tcW w:w="567" w:type="dxa"/>
          </w:tcPr>
          <w:p w:rsidR="004B25B8" w:rsidRDefault="005D2361">
            <w:r>
              <w:rPr>
                <w:sz w:val="17"/>
              </w:rPr>
              <w:t>—</w:t>
            </w:r>
          </w:p>
        </w:tc>
        <w:tc>
          <w:tcPr>
            <w:tcW w:w="1304" w:type="dxa"/>
          </w:tcPr>
          <w:p w:rsidR="004B25B8" w:rsidRDefault="005D2361">
            <w:r>
              <w:rPr>
                <w:sz w:val="17"/>
              </w:rPr>
              <w:t>[по календарному графику]</w:t>
            </w:r>
          </w:p>
        </w:tc>
        <w:tc>
          <w:tcPr>
            <w:tcW w:w="3231" w:type="dxa"/>
          </w:tcPr>
          <w:p w:rsidR="004B25B8" w:rsidRPr="00132C52" w:rsidRDefault="005D2361">
            <w:pPr>
              <w:rPr>
                <w:lang w:val="ru-RU"/>
              </w:rPr>
            </w:pPr>
            <w:r w:rsidRPr="00132C52">
              <w:rPr>
                <w:sz w:val="17"/>
                <w:lang w:val="ru-RU"/>
              </w:rPr>
              <w:t>ФГИС «Моя школа»; РЭШ; «Финансовая культура» Банка России.</w:t>
            </w:r>
          </w:p>
        </w:tc>
      </w:tr>
      <w:tr w:rsidR="004B25B8" w:rsidRPr="007178AD">
        <w:trPr>
          <w:jc w:val="center"/>
        </w:trPr>
        <w:tc>
          <w:tcPr>
            <w:tcW w:w="396" w:type="dxa"/>
          </w:tcPr>
          <w:p w:rsidR="004B25B8" w:rsidRDefault="005D2361">
            <w:r>
              <w:rPr>
                <w:sz w:val="17"/>
              </w:rPr>
              <w:t>17</w:t>
            </w:r>
          </w:p>
        </w:tc>
        <w:tc>
          <w:tcPr>
            <w:tcW w:w="3061" w:type="dxa"/>
          </w:tcPr>
          <w:p w:rsidR="004B25B8" w:rsidRDefault="005D2361">
            <w:r>
              <w:rPr>
                <w:sz w:val="17"/>
              </w:rPr>
              <w:t>Сравнение цен</w:t>
            </w:r>
          </w:p>
        </w:tc>
        <w:tc>
          <w:tcPr>
            <w:tcW w:w="453" w:type="dxa"/>
          </w:tcPr>
          <w:p w:rsidR="004B25B8" w:rsidRDefault="005D2361">
            <w:r>
              <w:rPr>
                <w:sz w:val="17"/>
              </w:rPr>
              <w:t>1</w:t>
            </w:r>
          </w:p>
        </w:tc>
        <w:tc>
          <w:tcPr>
            <w:tcW w:w="510" w:type="dxa"/>
          </w:tcPr>
          <w:p w:rsidR="004B25B8" w:rsidRDefault="005D2361">
            <w:r>
              <w:rPr>
                <w:sz w:val="17"/>
              </w:rPr>
              <w:t>—</w:t>
            </w:r>
          </w:p>
        </w:tc>
        <w:tc>
          <w:tcPr>
            <w:tcW w:w="567" w:type="dxa"/>
          </w:tcPr>
          <w:p w:rsidR="004B25B8" w:rsidRDefault="005D2361">
            <w:r>
              <w:rPr>
                <w:sz w:val="17"/>
              </w:rPr>
              <w:t>—</w:t>
            </w:r>
          </w:p>
        </w:tc>
        <w:tc>
          <w:tcPr>
            <w:tcW w:w="1304" w:type="dxa"/>
          </w:tcPr>
          <w:p w:rsidR="004B25B8" w:rsidRDefault="005D2361">
            <w:r>
              <w:rPr>
                <w:sz w:val="17"/>
              </w:rPr>
              <w:t>[по календарному графику]</w:t>
            </w:r>
          </w:p>
        </w:tc>
        <w:tc>
          <w:tcPr>
            <w:tcW w:w="3231" w:type="dxa"/>
          </w:tcPr>
          <w:p w:rsidR="004B25B8" w:rsidRPr="00132C52" w:rsidRDefault="005D2361">
            <w:pPr>
              <w:rPr>
                <w:lang w:val="ru-RU"/>
              </w:rPr>
            </w:pPr>
            <w:r w:rsidRPr="00132C52">
              <w:rPr>
                <w:sz w:val="17"/>
                <w:lang w:val="ru-RU"/>
              </w:rPr>
              <w:t>ФГИС «Моя школа»; РЭШ; «Финансовая культура» Банка России.</w:t>
            </w:r>
          </w:p>
        </w:tc>
      </w:tr>
      <w:tr w:rsidR="004B25B8" w:rsidRPr="007178AD">
        <w:trPr>
          <w:jc w:val="center"/>
        </w:trPr>
        <w:tc>
          <w:tcPr>
            <w:tcW w:w="396" w:type="dxa"/>
          </w:tcPr>
          <w:p w:rsidR="004B25B8" w:rsidRDefault="005D2361">
            <w:r>
              <w:rPr>
                <w:sz w:val="17"/>
              </w:rPr>
              <w:t>18</w:t>
            </w:r>
          </w:p>
        </w:tc>
        <w:tc>
          <w:tcPr>
            <w:tcW w:w="3061" w:type="dxa"/>
          </w:tcPr>
          <w:p w:rsidR="004B25B8" w:rsidRDefault="005D2361">
            <w:r>
              <w:rPr>
                <w:sz w:val="17"/>
              </w:rPr>
              <w:t>Скидки и акции</w:t>
            </w:r>
          </w:p>
        </w:tc>
        <w:tc>
          <w:tcPr>
            <w:tcW w:w="453" w:type="dxa"/>
          </w:tcPr>
          <w:p w:rsidR="004B25B8" w:rsidRDefault="005D2361">
            <w:r>
              <w:rPr>
                <w:sz w:val="17"/>
              </w:rPr>
              <w:t>1</w:t>
            </w:r>
          </w:p>
        </w:tc>
        <w:tc>
          <w:tcPr>
            <w:tcW w:w="510" w:type="dxa"/>
          </w:tcPr>
          <w:p w:rsidR="004B25B8" w:rsidRDefault="005D2361">
            <w:r>
              <w:rPr>
                <w:sz w:val="17"/>
              </w:rPr>
              <w:t>—</w:t>
            </w:r>
          </w:p>
        </w:tc>
        <w:tc>
          <w:tcPr>
            <w:tcW w:w="567" w:type="dxa"/>
          </w:tcPr>
          <w:p w:rsidR="004B25B8" w:rsidRDefault="005D2361">
            <w:r>
              <w:rPr>
                <w:sz w:val="17"/>
              </w:rPr>
              <w:t>—</w:t>
            </w:r>
          </w:p>
        </w:tc>
        <w:tc>
          <w:tcPr>
            <w:tcW w:w="1304" w:type="dxa"/>
          </w:tcPr>
          <w:p w:rsidR="004B25B8" w:rsidRDefault="005D2361">
            <w:r>
              <w:rPr>
                <w:sz w:val="17"/>
              </w:rPr>
              <w:t>[по календарному графику]</w:t>
            </w:r>
          </w:p>
        </w:tc>
        <w:tc>
          <w:tcPr>
            <w:tcW w:w="3231" w:type="dxa"/>
          </w:tcPr>
          <w:p w:rsidR="004B25B8" w:rsidRPr="00132C52" w:rsidRDefault="005D2361">
            <w:pPr>
              <w:rPr>
                <w:lang w:val="ru-RU"/>
              </w:rPr>
            </w:pPr>
            <w:r w:rsidRPr="00132C52">
              <w:rPr>
                <w:sz w:val="17"/>
                <w:lang w:val="ru-RU"/>
              </w:rPr>
              <w:t>ФГИС «Моя школа»; РЭШ; «Финансовая культура» Банка России.</w:t>
            </w:r>
          </w:p>
        </w:tc>
      </w:tr>
      <w:tr w:rsidR="004B25B8" w:rsidRPr="007178AD">
        <w:trPr>
          <w:jc w:val="center"/>
        </w:trPr>
        <w:tc>
          <w:tcPr>
            <w:tcW w:w="396" w:type="dxa"/>
          </w:tcPr>
          <w:p w:rsidR="004B25B8" w:rsidRDefault="005D2361">
            <w:r>
              <w:rPr>
                <w:sz w:val="17"/>
              </w:rPr>
              <w:t>19</w:t>
            </w:r>
          </w:p>
        </w:tc>
        <w:tc>
          <w:tcPr>
            <w:tcW w:w="3061" w:type="dxa"/>
          </w:tcPr>
          <w:p w:rsidR="004B25B8" w:rsidRDefault="005D2361">
            <w:r>
              <w:rPr>
                <w:sz w:val="17"/>
              </w:rPr>
              <w:t>Реклама и выбор</w:t>
            </w:r>
          </w:p>
        </w:tc>
        <w:tc>
          <w:tcPr>
            <w:tcW w:w="453" w:type="dxa"/>
          </w:tcPr>
          <w:p w:rsidR="004B25B8" w:rsidRDefault="005D2361">
            <w:r>
              <w:rPr>
                <w:sz w:val="17"/>
              </w:rPr>
              <w:t>1</w:t>
            </w:r>
          </w:p>
        </w:tc>
        <w:tc>
          <w:tcPr>
            <w:tcW w:w="510" w:type="dxa"/>
          </w:tcPr>
          <w:p w:rsidR="004B25B8" w:rsidRDefault="005D2361">
            <w:r>
              <w:rPr>
                <w:sz w:val="17"/>
              </w:rPr>
              <w:t>—</w:t>
            </w:r>
          </w:p>
        </w:tc>
        <w:tc>
          <w:tcPr>
            <w:tcW w:w="567" w:type="dxa"/>
          </w:tcPr>
          <w:p w:rsidR="004B25B8" w:rsidRDefault="005D2361">
            <w:r>
              <w:rPr>
                <w:sz w:val="17"/>
              </w:rPr>
              <w:t>—</w:t>
            </w:r>
          </w:p>
        </w:tc>
        <w:tc>
          <w:tcPr>
            <w:tcW w:w="1304" w:type="dxa"/>
          </w:tcPr>
          <w:p w:rsidR="004B25B8" w:rsidRDefault="005D2361">
            <w:r>
              <w:rPr>
                <w:sz w:val="17"/>
              </w:rPr>
              <w:t>[по календарному графику]</w:t>
            </w:r>
          </w:p>
        </w:tc>
        <w:tc>
          <w:tcPr>
            <w:tcW w:w="3231" w:type="dxa"/>
          </w:tcPr>
          <w:p w:rsidR="004B25B8" w:rsidRPr="00132C52" w:rsidRDefault="005D2361">
            <w:pPr>
              <w:rPr>
                <w:lang w:val="ru-RU"/>
              </w:rPr>
            </w:pPr>
            <w:r w:rsidRPr="00132C52">
              <w:rPr>
                <w:sz w:val="17"/>
                <w:lang w:val="ru-RU"/>
              </w:rPr>
              <w:t>ФГИС «Моя школа»; РЭШ; «Финансовая культура» Банка России.</w:t>
            </w:r>
          </w:p>
        </w:tc>
      </w:tr>
      <w:tr w:rsidR="004B25B8" w:rsidRPr="007178AD">
        <w:trPr>
          <w:jc w:val="center"/>
        </w:trPr>
        <w:tc>
          <w:tcPr>
            <w:tcW w:w="396" w:type="dxa"/>
          </w:tcPr>
          <w:p w:rsidR="004B25B8" w:rsidRDefault="005D2361">
            <w:r>
              <w:rPr>
                <w:sz w:val="17"/>
              </w:rPr>
              <w:t>20</w:t>
            </w:r>
          </w:p>
        </w:tc>
        <w:tc>
          <w:tcPr>
            <w:tcW w:w="3061" w:type="dxa"/>
          </w:tcPr>
          <w:p w:rsidR="004B25B8" w:rsidRDefault="005D2361">
            <w:r>
              <w:rPr>
                <w:sz w:val="17"/>
              </w:rPr>
              <w:t>Чек и гарантия</w:t>
            </w:r>
          </w:p>
        </w:tc>
        <w:tc>
          <w:tcPr>
            <w:tcW w:w="453" w:type="dxa"/>
          </w:tcPr>
          <w:p w:rsidR="004B25B8" w:rsidRDefault="005D2361">
            <w:r>
              <w:rPr>
                <w:sz w:val="17"/>
              </w:rPr>
              <w:t>1</w:t>
            </w:r>
          </w:p>
        </w:tc>
        <w:tc>
          <w:tcPr>
            <w:tcW w:w="510" w:type="dxa"/>
          </w:tcPr>
          <w:p w:rsidR="004B25B8" w:rsidRDefault="005D2361">
            <w:r>
              <w:rPr>
                <w:sz w:val="17"/>
              </w:rPr>
              <w:t>—</w:t>
            </w:r>
          </w:p>
        </w:tc>
        <w:tc>
          <w:tcPr>
            <w:tcW w:w="567" w:type="dxa"/>
          </w:tcPr>
          <w:p w:rsidR="004B25B8" w:rsidRDefault="005D2361">
            <w:r>
              <w:rPr>
                <w:sz w:val="17"/>
              </w:rPr>
              <w:t>1</w:t>
            </w:r>
          </w:p>
        </w:tc>
        <w:tc>
          <w:tcPr>
            <w:tcW w:w="1304" w:type="dxa"/>
          </w:tcPr>
          <w:p w:rsidR="004B25B8" w:rsidRDefault="005D2361">
            <w:r>
              <w:rPr>
                <w:sz w:val="17"/>
              </w:rPr>
              <w:t>[по календарному графику]</w:t>
            </w:r>
          </w:p>
        </w:tc>
        <w:tc>
          <w:tcPr>
            <w:tcW w:w="3231" w:type="dxa"/>
          </w:tcPr>
          <w:p w:rsidR="004B25B8" w:rsidRPr="00132C52" w:rsidRDefault="005D2361">
            <w:pPr>
              <w:rPr>
                <w:lang w:val="ru-RU"/>
              </w:rPr>
            </w:pPr>
            <w:r w:rsidRPr="00132C52">
              <w:rPr>
                <w:sz w:val="17"/>
                <w:lang w:val="ru-RU"/>
              </w:rPr>
              <w:t>ФГИС «Моя школа»; РЭШ; «Финансовая культура» Банка России.</w:t>
            </w:r>
          </w:p>
        </w:tc>
      </w:tr>
      <w:tr w:rsidR="004B25B8" w:rsidRPr="007178AD">
        <w:trPr>
          <w:jc w:val="center"/>
        </w:trPr>
        <w:tc>
          <w:tcPr>
            <w:tcW w:w="396" w:type="dxa"/>
          </w:tcPr>
          <w:p w:rsidR="004B25B8" w:rsidRDefault="005D2361">
            <w:r>
              <w:rPr>
                <w:sz w:val="17"/>
              </w:rPr>
              <w:t>21</w:t>
            </w:r>
          </w:p>
        </w:tc>
        <w:tc>
          <w:tcPr>
            <w:tcW w:w="3061" w:type="dxa"/>
          </w:tcPr>
          <w:p w:rsidR="004B25B8" w:rsidRDefault="005D2361">
            <w:r>
              <w:rPr>
                <w:sz w:val="17"/>
              </w:rPr>
              <w:t>Права покупателя</w:t>
            </w:r>
          </w:p>
        </w:tc>
        <w:tc>
          <w:tcPr>
            <w:tcW w:w="453" w:type="dxa"/>
          </w:tcPr>
          <w:p w:rsidR="004B25B8" w:rsidRDefault="005D2361">
            <w:r>
              <w:rPr>
                <w:sz w:val="17"/>
              </w:rPr>
              <w:t>1</w:t>
            </w:r>
          </w:p>
        </w:tc>
        <w:tc>
          <w:tcPr>
            <w:tcW w:w="510" w:type="dxa"/>
          </w:tcPr>
          <w:p w:rsidR="004B25B8" w:rsidRDefault="005D2361">
            <w:r>
              <w:rPr>
                <w:sz w:val="17"/>
              </w:rPr>
              <w:t>—</w:t>
            </w:r>
          </w:p>
        </w:tc>
        <w:tc>
          <w:tcPr>
            <w:tcW w:w="567" w:type="dxa"/>
          </w:tcPr>
          <w:p w:rsidR="004B25B8" w:rsidRDefault="005D2361">
            <w:r>
              <w:rPr>
                <w:sz w:val="17"/>
              </w:rPr>
              <w:t>—</w:t>
            </w:r>
          </w:p>
        </w:tc>
        <w:tc>
          <w:tcPr>
            <w:tcW w:w="1304" w:type="dxa"/>
          </w:tcPr>
          <w:p w:rsidR="004B25B8" w:rsidRDefault="005D2361">
            <w:r>
              <w:rPr>
                <w:sz w:val="17"/>
              </w:rPr>
              <w:t>[по календарному графику]</w:t>
            </w:r>
          </w:p>
        </w:tc>
        <w:tc>
          <w:tcPr>
            <w:tcW w:w="3231" w:type="dxa"/>
          </w:tcPr>
          <w:p w:rsidR="004B25B8" w:rsidRPr="00132C52" w:rsidRDefault="005D2361">
            <w:pPr>
              <w:rPr>
                <w:lang w:val="ru-RU"/>
              </w:rPr>
            </w:pPr>
            <w:r w:rsidRPr="00132C52">
              <w:rPr>
                <w:sz w:val="17"/>
                <w:lang w:val="ru-RU"/>
              </w:rPr>
              <w:t>ФГИС «Моя школа»; РЭШ; «Финансовая культура» Банка России.</w:t>
            </w:r>
          </w:p>
        </w:tc>
      </w:tr>
      <w:tr w:rsidR="004B25B8" w:rsidRPr="007178AD">
        <w:trPr>
          <w:jc w:val="center"/>
        </w:trPr>
        <w:tc>
          <w:tcPr>
            <w:tcW w:w="396" w:type="dxa"/>
          </w:tcPr>
          <w:p w:rsidR="004B25B8" w:rsidRDefault="005D2361">
            <w:r>
              <w:rPr>
                <w:sz w:val="17"/>
              </w:rPr>
              <w:t>22</w:t>
            </w:r>
          </w:p>
        </w:tc>
        <w:tc>
          <w:tcPr>
            <w:tcW w:w="3061" w:type="dxa"/>
          </w:tcPr>
          <w:p w:rsidR="004B25B8" w:rsidRDefault="005D2361">
            <w:r>
              <w:rPr>
                <w:sz w:val="17"/>
              </w:rPr>
              <w:t>Страхование: первое знакомство</w:t>
            </w:r>
          </w:p>
        </w:tc>
        <w:tc>
          <w:tcPr>
            <w:tcW w:w="453" w:type="dxa"/>
          </w:tcPr>
          <w:p w:rsidR="004B25B8" w:rsidRDefault="005D2361">
            <w:r>
              <w:rPr>
                <w:sz w:val="17"/>
              </w:rPr>
              <w:t>1</w:t>
            </w:r>
          </w:p>
        </w:tc>
        <w:tc>
          <w:tcPr>
            <w:tcW w:w="510" w:type="dxa"/>
          </w:tcPr>
          <w:p w:rsidR="004B25B8" w:rsidRDefault="005D2361">
            <w:r>
              <w:rPr>
                <w:sz w:val="17"/>
              </w:rPr>
              <w:t>—</w:t>
            </w:r>
          </w:p>
        </w:tc>
        <w:tc>
          <w:tcPr>
            <w:tcW w:w="567" w:type="dxa"/>
          </w:tcPr>
          <w:p w:rsidR="004B25B8" w:rsidRDefault="005D2361">
            <w:r>
              <w:rPr>
                <w:sz w:val="17"/>
              </w:rPr>
              <w:t>—</w:t>
            </w:r>
          </w:p>
        </w:tc>
        <w:tc>
          <w:tcPr>
            <w:tcW w:w="1304" w:type="dxa"/>
          </w:tcPr>
          <w:p w:rsidR="004B25B8" w:rsidRDefault="005D2361">
            <w:r>
              <w:rPr>
                <w:sz w:val="17"/>
              </w:rPr>
              <w:t>[по календарному графику]</w:t>
            </w:r>
          </w:p>
        </w:tc>
        <w:tc>
          <w:tcPr>
            <w:tcW w:w="3231" w:type="dxa"/>
          </w:tcPr>
          <w:p w:rsidR="004B25B8" w:rsidRPr="00132C52" w:rsidRDefault="005D2361">
            <w:pPr>
              <w:rPr>
                <w:lang w:val="ru-RU"/>
              </w:rPr>
            </w:pPr>
            <w:r w:rsidRPr="00132C52">
              <w:rPr>
                <w:sz w:val="17"/>
                <w:lang w:val="ru-RU"/>
              </w:rPr>
              <w:t>ФГИС «Моя школа»; РЭШ; «Финансовая культура» Банка России.</w:t>
            </w:r>
          </w:p>
        </w:tc>
      </w:tr>
      <w:tr w:rsidR="004B25B8" w:rsidRPr="007178AD">
        <w:trPr>
          <w:jc w:val="center"/>
        </w:trPr>
        <w:tc>
          <w:tcPr>
            <w:tcW w:w="396" w:type="dxa"/>
          </w:tcPr>
          <w:p w:rsidR="004B25B8" w:rsidRDefault="005D2361">
            <w:r>
              <w:rPr>
                <w:sz w:val="17"/>
              </w:rPr>
              <w:t>23</w:t>
            </w:r>
          </w:p>
        </w:tc>
        <w:tc>
          <w:tcPr>
            <w:tcW w:w="3061" w:type="dxa"/>
          </w:tcPr>
          <w:p w:rsidR="004B25B8" w:rsidRDefault="005D2361">
            <w:r>
              <w:rPr>
                <w:sz w:val="17"/>
              </w:rPr>
              <w:t>Налоги: зачем они нужны</w:t>
            </w:r>
          </w:p>
        </w:tc>
        <w:tc>
          <w:tcPr>
            <w:tcW w:w="453" w:type="dxa"/>
          </w:tcPr>
          <w:p w:rsidR="004B25B8" w:rsidRDefault="005D2361">
            <w:r>
              <w:rPr>
                <w:sz w:val="17"/>
              </w:rPr>
              <w:t>1</w:t>
            </w:r>
          </w:p>
        </w:tc>
        <w:tc>
          <w:tcPr>
            <w:tcW w:w="510" w:type="dxa"/>
          </w:tcPr>
          <w:p w:rsidR="004B25B8" w:rsidRDefault="005D2361">
            <w:r>
              <w:rPr>
                <w:sz w:val="17"/>
              </w:rPr>
              <w:t>—</w:t>
            </w:r>
          </w:p>
        </w:tc>
        <w:tc>
          <w:tcPr>
            <w:tcW w:w="567" w:type="dxa"/>
          </w:tcPr>
          <w:p w:rsidR="004B25B8" w:rsidRDefault="005D2361">
            <w:r>
              <w:rPr>
                <w:sz w:val="17"/>
              </w:rPr>
              <w:t>—</w:t>
            </w:r>
          </w:p>
        </w:tc>
        <w:tc>
          <w:tcPr>
            <w:tcW w:w="1304" w:type="dxa"/>
          </w:tcPr>
          <w:p w:rsidR="004B25B8" w:rsidRDefault="005D2361">
            <w:r>
              <w:rPr>
                <w:sz w:val="17"/>
              </w:rPr>
              <w:t>[по календарному графику]</w:t>
            </w:r>
          </w:p>
        </w:tc>
        <w:tc>
          <w:tcPr>
            <w:tcW w:w="3231" w:type="dxa"/>
          </w:tcPr>
          <w:p w:rsidR="004B25B8" w:rsidRPr="00132C52" w:rsidRDefault="005D2361">
            <w:pPr>
              <w:rPr>
                <w:lang w:val="ru-RU"/>
              </w:rPr>
            </w:pPr>
            <w:r w:rsidRPr="00132C52">
              <w:rPr>
                <w:sz w:val="17"/>
                <w:lang w:val="ru-RU"/>
              </w:rPr>
              <w:t>ФГИС «Моя школа»; РЭШ; «Финансовая культура» Банка России.</w:t>
            </w:r>
          </w:p>
        </w:tc>
      </w:tr>
      <w:tr w:rsidR="004B25B8" w:rsidRPr="007178AD">
        <w:trPr>
          <w:jc w:val="center"/>
        </w:trPr>
        <w:tc>
          <w:tcPr>
            <w:tcW w:w="396" w:type="dxa"/>
          </w:tcPr>
          <w:p w:rsidR="004B25B8" w:rsidRDefault="005D2361">
            <w:r>
              <w:rPr>
                <w:sz w:val="17"/>
              </w:rPr>
              <w:t>24</w:t>
            </w:r>
          </w:p>
        </w:tc>
        <w:tc>
          <w:tcPr>
            <w:tcW w:w="3061" w:type="dxa"/>
          </w:tcPr>
          <w:p w:rsidR="004B25B8" w:rsidRDefault="005D2361">
            <w:r>
              <w:rPr>
                <w:sz w:val="17"/>
              </w:rPr>
              <w:t>Труд и доход</w:t>
            </w:r>
          </w:p>
        </w:tc>
        <w:tc>
          <w:tcPr>
            <w:tcW w:w="453" w:type="dxa"/>
          </w:tcPr>
          <w:p w:rsidR="004B25B8" w:rsidRDefault="005D2361">
            <w:r>
              <w:rPr>
                <w:sz w:val="17"/>
              </w:rPr>
              <w:t>1</w:t>
            </w:r>
          </w:p>
        </w:tc>
        <w:tc>
          <w:tcPr>
            <w:tcW w:w="510" w:type="dxa"/>
          </w:tcPr>
          <w:p w:rsidR="004B25B8" w:rsidRDefault="005D2361">
            <w:r>
              <w:rPr>
                <w:sz w:val="17"/>
              </w:rPr>
              <w:t>—</w:t>
            </w:r>
          </w:p>
        </w:tc>
        <w:tc>
          <w:tcPr>
            <w:tcW w:w="567" w:type="dxa"/>
          </w:tcPr>
          <w:p w:rsidR="004B25B8" w:rsidRDefault="005D2361">
            <w:r>
              <w:rPr>
                <w:sz w:val="17"/>
              </w:rPr>
              <w:t>—</w:t>
            </w:r>
          </w:p>
        </w:tc>
        <w:tc>
          <w:tcPr>
            <w:tcW w:w="1304" w:type="dxa"/>
          </w:tcPr>
          <w:p w:rsidR="004B25B8" w:rsidRDefault="005D2361">
            <w:r>
              <w:rPr>
                <w:sz w:val="17"/>
              </w:rPr>
              <w:t>[по календарному графику]</w:t>
            </w:r>
          </w:p>
        </w:tc>
        <w:tc>
          <w:tcPr>
            <w:tcW w:w="3231" w:type="dxa"/>
          </w:tcPr>
          <w:p w:rsidR="004B25B8" w:rsidRPr="00132C52" w:rsidRDefault="005D2361">
            <w:pPr>
              <w:rPr>
                <w:lang w:val="ru-RU"/>
              </w:rPr>
            </w:pPr>
            <w:r w:rsidRPr="00132C52">
              <w:rPr>
                <w:sz w:val="17"/>
                <w:lang w:val="ru-RU"/>
              </w:rPr>
              <w:t>ФГИС «Моя школа»; РЭШ; «Финансовая культура» Банка России.</w:t>
            </w:r>
          </w:p>
        </w:tc>
      </w:tr>
      <w:tr w:rsidR="004B25B8" w:rsidRPr="007178AD">
        <w:trPr>
          <w:jc w:val="center"/>
        </w:trPr>
        <w:tc>
          <w:tcPr>
            <w:tcW w:w="396" w:type="dxa"/>
          </w:tcPr>
          <w:p w:rsidR="004B25B8" w:rsidRDefault="005D2361">
            <w:r>
              <w:rPr>
                <w:sz w:val="17"/>
              </w:rPr>
              <w:t>25</w:t>
            </w:r>
          </w:p>
        </w:tc>
        <w:tc>
          <w:tcPr>
            <w:tcW w:w="3061" w:type="dxa"/>
          </w:tcPr>
          <w:p w:rsidR="004B25B8" w:rsidRDefault="005D2361">
            <w:r>
              <w:rPr>
                <w:sz w:val="17"/>
              </w:rPr>
              <w:t>Профессии семьи</w:t>
            </w:r>
          </w:p>
        </w:tc>
        <w:tc>
          <w:tcPr>
            <w:tcW w:w="453" w:type="dxa"/>
          </w:tcPr>
          <w:p w:rsidR="004B25B8" w:rsidRDefault="005D2361">
            <w:r>
              <w:rPr>
                <w:sz w:val="17"/>
              </w:rPr>
              <w:t>1</w:t>
            </w:r>
          </w:p>
        </w:tc>
        <w:tc>
          <w:tcPr>
            <w:tcW w:w="510" w:type="dxa"/>
          </w:tcPr>
          <w:p w:rsidR="004B25B8" w:rsidRDefault="005D2361">
            <w:r>
              <w:rPr>
                <w:sz w:val="17"/>
              </w:rPr>
              <w:t>—</w:t>
            </w:r>
          </w:p>
        </w:tc>
        <w:tc>
          <w:tcPr>
            <w:tcW w:w="567" w:type="dxa"/>
          </w:tcPr>
          <w:p w:rsidR="004B25B8" w:rsidRDefault="005D2361">
            <w:r>
              <w:rPr>
                <w:sz w:val="17"/>
              </w:rPr>
              <w:t>1</w:t>
            </w:r>
          </w:p>
        </w:tc>
        <w:tc>
          <w:tcPr>
            <w:tcW w:w="1304" w:type="dxa"/>
          </w:tcPr>
          <w:p w:rsidR="004B25B8" w:rsidRDefault="005D2361">
            <w:r>
              <w:rPr>
                <w:sz w:val="17"/>
              </w:rPr>
              <w:t>[по календарному графику]</w:t>
            </w:r>
          </w:p>
        </w:tc>
        <w:tc>
          <w:tcPr>
            <w:tcW w:w="3231" w:type="dxa"/>
          </w:tcPr>
          <w:p w:rsidR="004B25B8" w:rsidRPr="00132C52" w:rsidRDefault="005D2361">
            <w:pPr>
              <w:rPr>
                <w:lang w:val="ru-RU"/>
              </w:rPr>
            </w:pPr>
            <w:r w:rsidRPr="00132C52">
              <w:rPr>
                <w:sz w:val="17"/>
                <w:lang w:val="ru-RU"/>
              </w:rPr>
              <w:t>ФГИС «Моя школа»; РЭШ; «Финансовая культура» Банка России.</w:t>
            </w:r>
          </w:p>
        </w:tc>
      </w:tr>
      <w:tr w:rsidR="004B25B8" w:rsidRPr="007178AD">
        <w:trPr>
          <w:jc w:val="center"/>
        </w:trPr>
        <w:tc>
          <w:tcPr>
            <w:tcW w:w="396" w:type="dxa"/>
          </w:tcPr>
          <w:p w:rsidR="004B25B8" w:rsidRDefault="005D2361">
            <w:r>
              <w:rPr>
                <w:sz w:val="17"/>
              </w:rPr>
              <w:t>26</w:t>
            </w:r>
          </w:p>
        </w:tc>
        <w:tc>
          <w:tcPr>
            <w:tcW w:w="3061" w:type="dxa"/>
          </w:tcPr>
          <w:p w:rsidR="004B25B8" w:rsidRDefault="005D2361">
            <w:r>
              <w:rPr>
                <w:sz w:val="17"/>
              </w:rPr>
              <w:t>Предприниматель: кто это</w:t>
            </w:r>
          </w:p>
        </w:tc>
        <w:tc>
          <w:tcPr>
            <w:tcW w:w="453" w:type="dxa"/>
          </w:tcPr>
          <w:p w:rsidR="004B25B8" w:rsidRDefault="005D2361">
            <w:r>
              <w:rPr>
                <w:sz w:val="17"/>
              </w:rPr>
              <w:t>1</w:t>
            </w:r>
          </w:p>
        </w:tc>
        <w:tc>
          <w:tcPr>
            <w:tcW w:w="510" w:type="dxa"/>
          </w:tcPr>
          <w:p w:rsidR="004B25B8" w:rsidRDefault="005D2361">
            <w:r>
              <w:rPr>
                <w:sz w:val="17"/>
              </w:rPr>
              <w:t>—</w:t>
            </w:r>
          </w:p>
        </w:tc>
        <w:tc>
          <w:tcPr>
            <w:tcW w:w="567" w:type="dxa"/>
          </w:tcPr>
          <w:p w:rsidR="004B25B8" w:rsidRDefault="005D2361">
            <w:r>
              <w:rPr>
                <w:sz w:val="17"/>
              </w:rPr>
              <w:t>—</w:t>
            </w:r>
          </w:p>
        </w:tc>
        <w:tc>
          <w:tcPr>
            <w:tcW w:w="1304" w:type="dxa"/>
          </w:tcPr>
          <w:p w:rsidR="004B25B8" w:rsidRDefault="005D2361">
            <w:r>
              <w:rPr>
                <w:sz w:val="17"/>
              </w:rPr>
              <w:t>[по календарному графику]</w:t>
            </w:r>
          </w:p>
        </w:tc>
        <w:tc>
          <w:tcPr>
            <w:tcW w:w="3231" w:type="dxa"/>
          </w:tcPr>
          <w:p w:rsidR="004B25B8" w:rsidRPr="00132C52" w:rsidRDefault="005D2361">
            <w:pPr>
              <w:rPr>
                <w:lang w:val="ru-RU"/>
              </w:rPr>
            </w:pPr>
            <w:r w:rsidRPr="00132C52">
              <w:rPr>
                <w:sz w:val="17"/>
                <w:lang w:val="ru-RU"/>
              </w:rPr>
              <w:t>ФГИС «Моя школа»; РЭШ; «Финансовая культура» Банка России.</w:t>
            </w:r>
          </w:p>
        </w:tc>
      </w:tr>
      <w:tr w:rsidR="004B25B8" w:rsidRPr="007178AD">
        <w:trPr>
          <w:jc w:val="center"/>
        </w:trPr>
        <w:tc>
          <w:tcPr>
            <w:tcW w:w="396" w:type="dxa"/>
          </w:tcPr>
          <w:p w:rsidR="004B25B8" w:rsidRDefault="005D2361">
            <w:r>
              <w:rPr>
                <w:sz w:val="17"/>
              </w:rPr>
              <w:t>27</w:t>
            </w:r>
          </w:p>
        </w:tc>
        <w:tc>
          <w:tcPr>
            <w:tcW w:w="3061" w:type="dxa"/>
          </w:tcPr>
          <w:p w:rsidR="004B25B8" w:rsidRDefault="005D2361">
            <w:r>
              <w:rPr>
                <w:sz w:val="17"/>
              </w:rPr>
              <w:t>Благотворительность</w:t>
            </w:r>
          </w:p>
        </w:tc>
        <w:tc>
          <w:tcPr>
            <w:tcW w:w="453" w:type="dxa"/>
          </w:tcPr>
          <w:p w:rsidR="004B25B8" w:rsidRDefault="005D2361">
            <w:r>
              <w:rPr>
                <w:sz w:val="17"/>
              </w:rPr>
              <w:t>1</w:t>
            </w:r>
          </w:p>
        </w:tc>
        <w:tc>
          <w:tcPr>
            <w:tcW w:w="510" w:type="dxa"/>
          </w:tcPr>
          <w:p w:rsidR="004B25B8" w:rsidRDefault="005D2361">
            <w:r>
              <w:rPr>
                <w:sz w:val="17"/>
              </w:rPr>
              <w:t>—</w:t>
            </w:r>
          </w:p>
        </w:tc>
        <w:tc>
          <w:tcPr>
            <w:tcW w:w="567" w:type="dxa"/>
          </w:tcPr>
          <w:p w:rsidR="004B25B8" w:rsidRDefault="005D2361">
            <w:r>
              <w:rPr>
                <w:sz w:val="17"/>
              </w:rPr>
              <w:t>—</w:t>
            </w:r>
          </w:p>
        </w:tc>
        <w:tc>
          <w:tcPr>
            <w:tcW w:w="1304" w:type="dxa"/>
          </w:tcPr>
          <w:p w:rsidR="004B25B8" w:rsidRDefault="005D2361">
            <w:r>
              <w:rPr>
                <w:sz w:val="17"/>
              </w:rPr>
              <w:t>[по календарному графику]</w:t>
            </w:r>
          </w:p>
        </w:tc>
        <w:tc>
          <w:tcPr>
            <w:tcW w:w="3231" w:type="dxa"/>
          </w:tcPr>
          <w:p w:rsidR="004B25B8" w:rsidRPr="00132C52" w:rsidRDefault="005D2361">
            <w:pPr>
              <w:rPr>
                <w:lang w:val="ru-RU"/>
              </w:rPr>
            </w:pPr>
            <w:r w:rsidRPr="00132C52">
              <w:rPr>
                <w:sz w:val="17"/>
                <w:lang w:val="ru-RU"/>
              </w:rPr>
              <w:t>ФГИС «Моя школа»; РЭШ; «Финансовая культура» Банка России.</w:t>
            </w:r>
          </w:p>
        </w:tc>
      </w:tr>
      <w:tr w:rsidR="004B25B8" w:rsidRPr="007178AD">
        <w:trPr>
          <w:jc w:val="center"/>
        </w:trPr>
        <w:tc>
          <w:tcPr>
            <w:tcW w:w="396" w:type="dxa"/>
          </w:tcPr>
          <w:p w:rsidR="004B25B8" w:rsidRDefault="005D2361">
            <w:r>
              <w:rPr>
                <w:sz w:val="17"/>
              </w:rPr>
              <w:t>28</w:t>
            </w:r>
          </w:p>
        </w:tc>
        <w:tc>
          <w:tcPr>
            <w:tcW w:w="3061" w:type="dxa"/>
          </w:tcPr>
          <w:p w:rsidR="004B25B8" w:rsidRDefault="005D2361">
            <w:r>
              <w:rPr>
                <w:sz w:val="17"/>
              </w:rPr>
              <w:t>Финансовая безопасность онлайн</w:t>
            </w:r>
          </w:p>
        </w:tc>
        <w:tc>
          <w:tcPr>
            <w:tcW w:w="453" w:type="dxa"/>
          </w:tcPr>
          <w:p w:rsidR="004B25B8" w:rsidRDefault="005D2361">
            <w:r>
              <w:rPr>
                <w:sz w:val="17"/>
              </w:rPr>
              <w:t>1</w:t>
            </w:r>
          </w:p>
        </w:tc>
        <w:tc>
          <w:tcPr>
            <w:tcW w:w="510" w:type="dxa"/>
          </w:tcPr>
          <w:p w:rsidR="004B25B8" w:rsidRDefault="005D2361">
            <w:r>
              <w:rPr>
                <w:sz w:val="17"/>
              </w:rPr>
              <w:t>—</w:t>
            </w:r>
          </w:p>
        </w:tc>
        <w:tc>
          <w:tcPr>
            <w:tcW w:w="567" w:type="dxa"/>
          </w:tcPr>
          <w:p w:rsidR="004B25B8" w:rsidRDefault="005D2361">
            <w:r>
              <w:rPr>
                <w:sz w:val="17"/>
              </w:rPr>
              <w:t>—</w:t>
            </w:r>
          </w:p>
        </w:tc>
        <w:tc>
          <w:tcPr>
            <w:tcW w:w="1304" w:type="dxa"/>
          </w:tcPr>
          <w:p w:rsidR="004B25B8" w:rsidRDefault="005D2361">
            <w:r>
              <w:rPr>
                <w:sz w:val="17"/>
              </w:rPr>
              <w:t>[по календарному графику]</w:t>
            </w:r>
          </w:p>
        </w:tc>
        <w:tc>
          <w:tcPr>
            <w:tcW w:w="3231" w:type="dxa"/>
          </w:tcPr>
          <w:p w:rsidR="004B25B8" w:rsidRPr="00132C52" w:rsidRDefault="005D2361">
            <w:pPr>
              <w:rPr>
                <w:lang w:val="ru-RU"/>
              </w:rPr>
            </w:pPr>
            <w:r w:rsidRPr="00132C52">
              <w:rPr>
                <w:sz w:val="17"/>
                <w:lang w:val="ru-RU"/>
              </w:rPr>
              <w:t>ФГИС «Моя школа»; РЭШ; «Финансовая культура» Банка России.</w:t>
            </w:r>
          </w:p>
        </w:tc>
      </w:tr>
      <w:tr w:rsidR="004B25B8" w:rsidRPr="007178AD">
        <w:trPr>
          <w:jc w:val="center"/>
        </w:trPr>
        <w:tc>
          <w:tcPr>
            <w:tcW w:w="396" w:type="dxa"/>
          </w:tcPr>
          <w:p w:rsidR="004B25B8" w:rsidRDefault="005D2361">
            <w:r>
              <w:rPr>
                <w:sz w:val="17"/>
              </w:rPr>
              <w:t>29</w:t>
            </w:r>
          </w:p>
        </w:tc>
        <w:tc>
          <w:tcPr>
            <w:tcW w:w="3061" w:type="dxa"/>
          </w:tcPr>
          <w:p w:rsidR="004B25B8" w:rsidRDefault="005D2361">
            <w:r>
              <w:rPr>
                <w:sz w:val="17"/>
              </w:rPr>
              <w:t>Практикум «Планируем покупки»</w:t>
            </w:r>
          </w:p>
        </w:tc>
        <w:tc>
          <w:tcPr>
            <w:tcW w:w="453" w:type="dxa"/>
          </w:tcPr>
          <w:p w:rsidR="004B25B8" w:rsidRDefault="005D2361">
            <w:r>
              <w:rPr>
                <w:sz w:val="17"/>
              </w:rPr>
              <w:t>1</w:t>
            </w:r>
          </w:p>
        </w:tc>
        <w:tc>
          <w:tcPr>
            <w:tcW w:w="510" w:type="dxa"/>
          </w:tcPr>
          <w:p w:rsidR="004B25B8" w:rsidRDefault="005D2361">
            <w:r>
              <w:rPr>
                <w:sz w:val="17"/>
              </w:rPr>
              <w:t>—</w:t>
            </w:r>
          </w:p>
        </w:tc>
        <w:tc>
          <w:tcPr>
            <w:tcW w:w="567" w:type="dxa"/>
          </w:tcPr>
          <w:p w:rsidR="004B25B8" w:rsidRDefault="005D2361">
            <w:r>
              <w:rPr>
                <w:sz w:val="17"/>
              </w:rPr>
              <w:t>—</w:t>
            </w:r>
          </w:p>
        </w:tc>
        <w:tc>
          <w:tcPr>
            <w:tcW w:w="1304" w:type="dxa"/>
          </w:tcPr>
          <w:p w:rsidR="004B25B8" w:rsidRDefault="005D2361">
            <w:r>
              <w:rPr>
                <w:sz w:val="17"/>
              </w:rPr>
              <w:t>[по календарному графику]</w:t>
            </w:r>
          </w:p>
        </w:tc>
        <w:tc>
          <w:tcPr>
            <w:tcW w:w="3231" w:type="dxa"/>
          </w:tcPr>
          <w:p w:rsidR="004B25B8" w:rsidRPr="00132C52" w:rsidRDefault="005D2361">
            <w:pPr>
              <w:rPr>
                <w:lang w:val="ru-RU"/>
              </w:rPr>
            </w:pPr>
            <w:r w:rsidRPr="00132C52">
              <w:rPr>
                <w:sz w:val="17"/>
                <w:lang w:val="ru-RU"/>
              </w:rPr>
              <w:t>ФГИС «Моя школа»; РЭШ; «Финансовая культура» Банка России.</w:t>
            </w:r>
          </w:p>
        </w:tc>
      </w:tr>
      <w:tr w:rsidR="004B25B8" w:rsidRPr="007178AD">
        <w:trPr>
          <w:jc w:val="center"/>
        </w:trPr>
        <w:tc>
          <w:tcPr>
            <w:tcW w:w="396" w:type="dxa"/>
          </w:tcPr>
          <w:p w:rsidR="004B25B8" w:rsidRDefault="005D2361">
            <w:r>
              <w:rPr>
                <w:sz w:val="17"/>
              </w:rPr>
              <w:t>30</w:t>
            </w:r>
          </w:p>
        </w:tc>
        <w:tc>
          <w:tcPr>
            <w:tcW w:w="3061" w:type="dxa"/>
          </w:tcPr>
          <w:p w:rsidR="004B25B8" w:rsidRDefault="005D2361">
            <w:r>
              <w:rPr>
                <w:sz w:val="17"/>
              </w:rPr>
              <w:t>Мини-проект «Семейный праздник»</w:t>
            </w:r>
          </w:p>
        </w:tc>
        <w:tc>
          <w:tcPr>
            <w:tcW w:w="453" w:type="dxa"/>
          </w:tcPr>
          <w:p w:rsidR="004B25B8" w:rsidRDefault="005D2361">
            <w:r>
              <w:rPr>
                <w:sz w:val="17"/>
              </w:rPr>
              <w:t>1</w:t>
            </w:r>
          </w:p>
        </w:tc>
        <w:tc>
          <w:tcPr>
            <w:tcW w:w="510" w:type="dxa"/>
          </w:tcPr>
          <w:p w:rsidR="004B25B8" w:rsidRDefault="005D2361">
            <w:r>
              <w:rPr>
                <w:sz w:val="17"/>
              </w:rPr>
              <w:t>—</w:t>
            </w:r>
          </w:p>
        </w:tc>
        <w:tc>
          <w:tcPr>
            <w:tcW w:w="567" w:type="dxa"/>
          </w:tcPr>
          <w:p w:rsidR="004B25B8" w:rsidRDefault="005D2361">
            <w:r>
              <w:rPr>
                <w:sz w:val="17"/>
              </w:rPr>
              <w:t>1</w:t>
            </w:r>
          </w:p>
        </w:tc>
        <w:tc>
          <w:tcPr>
            <w:tcW w:w="1304" w:type="dxa"/>
          </w:tcPr>
          <w:p w:rsidR="004B25B8" w:rsidRDefault="005D2361">
            <w:r>
              <w:rPr>
                <w:sz w:val="17"/>
              </w:rPr>
              <w:t>[по календарному графику]</w:t>
            </w:r>
          </w:p>
        </w:tc>
        <w:tc>
          <w:tcPr>
            <w:tcW w:w="3231" w:type="dxa"/>
          </w:tcPr>
          <w:p w:rsidR="004B25B8" w:rsidRPr="00132C52" w:rsidRDefault="005D2361">
            <w:pPr>
              <w:rPr>
                <w:lang w:val="ru-RU"/>
              </w:rPr>
            </w:pPr>
            <w:r w:rsidRPr="00132C52">
              <w:rPr>
                <w:sz w:val="17"/>
                <w:lang w:val="ru-RU"/>
              </w:rPr>
              <w:t>ФГИС «Моя школа»; РЭШ; «Финансовая культура» Банка России.</w:t>
            </w:r>
          </w:p>
        </w:tc>
      </w:tr>
      <w:tr w:rsidR="004B25B8" w:rsidRPr="007178AD">
        <w:trPr>
          <w:jc w:val="center"/>
        </w:trPr>
        <w:tc>
          <w:tcPr>
            <w:tcW w:w="396" w:type="dxa"/>
          </w:tcPr>
          <w:p w:rsidR="004B25B8" w:rsidRDefault="005D2361">
            <w:r>
              <w:rPr>
                <w:sz w:val="17"/>
              </w:rPr>
              <w:t>31</w:t>
            </w:r>
          </w:p>
        </w:tc>
        <w:tc>
          <w:tcPr>
            <w:tcW w:w="3061" w:type="dxa"/>
          </w:tcPr>
          <w:p w:rsidR="004B25B8" w:rsidRDefault="005D2361">
            <w:r>
              <w:rPr>
                <w:sz w:val="17"/>
              </w:rPr>
              <w:t>Защита мини-проекта</w:t>
            </w:r>
          </w:p>
        </w:tc>
        <w:tc>
          <w:tcPr>
            <w:tcW w:w="453" w:type="dxa"/>
          </w:tcPr>
          <w:p w:rsidR="004B25B8" w:rsidRDefault="005D2361">
            <w:r>
              <w:rPr>
                <w:sz w:val="17"/>
              </w:rPr>
              <w:t>1</w:t>
            </w:r>
          </w:p>
        </w:tc>
        <w:tc>
          <w:tcPr>
            <w:tcW w:w="510" w:type="dxa"/>
          </w:tcPr>
          <w:p w:rsidR="004B25B8" w:rsidRDefault="005D2361">
            <w:r>
              <w:rPr>
                <w:sz w:val="17"/>
              </w:rPr>
              <w:t>—</w:t>
            </w:r>
          </w:p>
        </w:tc>
        <w:tc>
          <w:tcPr>
            <w:tcW w:w="567" w:type="dxa"/>
          </w:tcPr>
          <w:p w:rsidR="004B25B8" w:rsidRDefault="005D2361">
            <w:r>
              <w:rPr>
                <w:sz w:val="17"/>
              </w:rPr>
              <w:t>—</w:t>
            </w:r>
          </w:p>
        </w:tc>
        <w:tc>
          <w:tcPr>
            <w:tcW w:w="1304" w:type="dxa"/>
          </w:tcPr>
          <w:p w:rsidR="004B25B8" w:rsidRDefault="005D2361">
            <w:r>
              <w:rPr>
                <w:sz w:val="17"/>
              </w:rPr>
              <w:t>[по календарному графику]</w:t>
            </w:r>
          </w:p>
        </w:tc>
        <w:tc>
          <w:tcPr>
            <w:tcW w:w="3231" w:type="dxa"/>
          </w:tcPr>
          <w:p w:rsidR="004B25B8" w:rsidRPr="00132C52" w:rsidRDefault="005D2361">
            <w:pPr>
              <w:rPr>
                <w:lang w:val="ru-RU"/>
              </w:rPr>
            </w:pPr>
            <w:r w:rsidRPr="00132C52">
              <w:rPr>
                <w:sz w:val="17"/>
                <w:lang w:val="ru-RU"/>
              </w:rPr>
              <w:t>ФГИС «Моя школа»; РЭШ; «Финансовая культура» Банка России.</w:t>
            </w:r>
          </w:p>
        </w:tc>
      </w:tr>
      <w:tr w:rsidR="004B25B8" w:rsidRPr="007178AD">
        <w:trPr>
          <w:jc w:val="center"/>
        </w:trPr>
        <w:tc>
          <w:tcPr>
            <w:tcW w:w="396" w:type="dxa"/>
          </w:tcPr>
          <w:p w:rsidR="004B25B8" w:rsidRDefault="005D2361">
            <w:r>
              <w:rPr>
                <w:sz w:val="17"/>
              </w:rPr>
              <w:t>32</w:t>
            </w:r>
          </w:p>
        </w:tc>
        <w:tc>
          <w:tcPr>
            <w:tcW w:w="3061" w:type="dxa"/>
          </w:tcPr>
          <w:p w:rsidR="004B25B8" w:rsidRDefault="005D2361">
            <w:r>
              <w:rPr>
                <w:sz w:val="17"/>
              </w:rPr>
              <w:t>Повторение</w:t>
            </w:r>
          </w:p>
        </w:tc>
        <w:tc>
          <w:tcPr>
            <w:tcW w:w="453" w:type="dxa"/>
          </w:tcPr>
          <w:p w:rsidR="004B25B8" w:rsidRDefault="005D2361">
            <w:r>
              <w:rPr>
                <w:sz w:val="17"/>
              </w:rPr>
              <w:t>1</w:t>
            </w:r>
          </w:p>
        </w:tc>
        <w:tc>
          <w:tcPr>
            <w:tcW w:w="510" w:type="dxa"/>
          </w:tcPr>
          <w:p w:rsidR="004B25B8" w:rsidRDefault="005D2361">
            <w:r>
              <w:rPr>
                <w:sz w:val="17"/>
              </w:rPr>
              <w:t>—</w:t>
            </w:r>
          </w:p>
        </w:tc>
        <w:tc>
          <w:tcPr>
            <w:tcW w:w="567" w:type="dxa"/>
          </w:tcPr>
          <w:p w:rsidR="004B25B8" w:rsidRDefault="005D2361">
            <w:r>
              <w:rPr>
                <w:sz w:val="17"/>
              </w:rPr>
              <w:t>—</w:t>
            </w:r>
          </w:p>
        </w:tc>
        <w:tc>
          <w:tcPr>
            <w:tcW w:w="1304" w:type="dxa"/>
          </w:tcPr>
          <w:p w:rsidR="004B25B8" w:rsidRDefault="005D2361">
            <w:r>
              <w:rPr>
                <w:sz w:val="17"/>
              </w:rPr>
              <w:t>[по календарному графику]</w:t>
            </w:r>
          </w:p>
        </w:tc>
        <w:tc>
          <w:tcPr>
            <w:tcW w:w="3231" w:type="dxa"/>
          </w:tcPr>
          <w:p w:rsidR="004B25B8" w:rsidRPr="00132C52" w:rsidRDefault="005D2361">
            <w:pPr>
              <w:rPr>
                <w:lang w:val="ru-RU"/>
              </w:rPr>
            </w:pPr>
            <w:r w:rsidRPr="00132C52">
              <w:rPr>
                <w:sz w:val="17"/>
                <w:lang w:val="ru-RU"/>
              </w:rPr>
              <w:t>ФГИС «Моя школа»; РЭШ; «Финансовая культура» Банка России.</w:t>
            </w:r>
          </w:p>
        </w:tc>
      </w:tr>
      <w:tr w:rsidR="004B25B8" w:rsidRPr="007178AD">
        <w:trPr>
          <w:jc w:val="center"/>
        </w:trPr>
        <w:tc>
          <w:tcPr>
            <w:tcW w:w="396" w:type="dxa"/>
          </w:tcPr>
          <w:p w:rsidR="004B25B8" w:rsidRDefault="005D2361">
            <w:r>
              <w:rPr>
                <w:sz w:val="17"/>
              </w:rPr>
              <w:t>33</w:t>
            </w:r>
          </w:p>
        </w:tc>
        <w:tc>
          <w:tcPr>
            <w:tcW w:w="3061" w:type="dxa"/>
          </w:tcPr>
          <w:p w:rsidR="004B25B8" w:rsidRDefault="005D2361">
            <w:r>
              <w:rPr>
                <w:sz w:val="17"/>
              </w:rPr>
              <w:t>Итоговая диагностика</w:t>
            </w:r>
          </w:p>
        </w:tc>
        <w:tc>
          <w:tcPr>
            <w:tcW w:w="453" w:type="dxa"/>
          </w:tcPr>
          <w:p w:rsidR="004B25B8" w:rsidRDefault="005D2361">
            <w:r>
              <w:rPr>
                <w:sz w:val="17"/>
              </w:rPr>
              <w:t>1</w:t>
            </w:r>
          </w:p>
        </w:tc>
        <w:tc>
          <w:tcPr>
            <w:tcW w:w="510" w:type="dxa"/>
          </w:tcPr>
          <w:p w:rsidR="004B25B8" w:rsidRDefault="005D2361">
            <w:r>
              <w:rPr>
                <w:sz w:val="17"/>
              </w:rPr>
              <w:t>1</w:t>
            </w:r>
          </w:p>
        </w:tc>
        <w:tc>
          <w:tcPr>
            <w:tcW w:w="567" w:type="dxa"/>
          </w:tcPr>
          <w:p w:rsidR="004B25B8" w:rsidRDefault="005D2361">
            <w:r>
              <w:rPr>
                <w:sz w:val="17"/>
              </w:rPr>
              <w:t>—</w:t>
            </w:r>
          </w:p>
        </w:tc>
        <w:tc>
          <w:tcPr>
            <w:tcW w:w="1304" w:type="dxa"/>
          </w:tcPr>
          <w:p w:rsidR="004B25B8" w:rsidRDefault="005D2361">
            <w:r>
              <w:rPr>
                <w:sz w:val="17"/>
              </w:rPr>
              <w:t>[по календарному графику]</w:t>
            </w:r>
          </w:p>
        </w:tc>
        <w:tc>
          <w:tcPr>
            <w:tcW w:w="3231" w:type="dxa"/>
          </w:tcPr>
          <w:p w:rsidR="004B25B8" w:rsidRPr="00132C52" w:rsidRDefault="005D2361">
            <w:pPr>
              <w:rPr>
                <w:lang w:val="ru-RU"/>
              </w:rPr>
            </w:pPr>
            <w:r w:rsidRPr="00132C52">
              <w:rPr>
                <w:sz w:val="17"/>
                <w:lang w:val="ru-RU"/>
              </w:rPr>
              <w:t>ФГИС «Моя школа»; РЭШ; «Финансовая культура» Банка России.</w:t>
            </w:r>
          </w:p>
        </w:tc>
      </w:tr>
      <w:tr w:rsidR="004B25B8" w:rsidRPr="007178AD">
        <w:trPr>
          <w:jc w:val="center"/>
        </w:trPr>
        <w:tc>
          <w:tcPr>
            <w:tcW w:w="396" w:type="dxa"/>
          </w:tcPr>
          <w:p w:rsidR="004B25B8" w:rsidRDefault="005D2361">
            <w:r>
              <w:rPr>
                <w:sz w:val="17"/>
              </w:rPr>
              <w:t>34</w:t>
            </w:r>
          </w:p>
        </w:tc>
        <w:tc>
          <w:tcPr>
            <w:tcW w:w="3061" w:type="dxa"/>
          </w:tcPr>
          <w:p w:rsidR="004B25B8" w:rsidRDefault="005D2361">
            <w:r>
              <w:rPr>
                <w:sz w:val="17"/>
              </w:rPr>
              <w:t>Рефлексия</w:t>
            </w:r>
          </w:p>
        </w:tc>
        <w:tc>
          <w:tcPr>
            <w:tcW w:w="453" w:type="dxa"/>
          </w:tcPr>
          <w:p w:rsidR="004B25B8" w:rsidRDefault="005D2361">
            <w:r>
              <w:rPr>
                <w:sz w:val="17"/>
              </w:rPr>
              <w:t>1</w:t>
            </w:r>
          </w:p>
        </w:tc>
        <w:tc>
          <w:tcPr>
            <w:tcW w:w="510" w:type="dxa"/>
          </w:tcPr>
          <w:p w:rsidR="004B25B8" w:rsidRDefault="005D2361">
            <w:r>
              <w:rPr>
                <w:sz w:val="17"/>
              </w:rPr>
              <w:t>—</w:t>
            </w:r>
          </w:p>
        </w:tc>
        <w:tc>
          <w:tcPr>
            <w:tcW w:w="567" w:type="dxa"/>
          </w:tcPr>
          <w:p w:rsidR="004B25B8" w:rsidRDefault="005D2361">
            <w:r>
              <w:rPr>
                <w:sz w:val="17"/>
              </w:rPr>
              <w:t>—</w:t>
            </w:r>
          </w:p>
        </w:tc>
        <w:tc>
          <w:tcPr>
            <w:tcW w:w="1304" w:type="dxa"/>
          </w:tcPr>
          <w:p w:rsidR="004B25B8" w:rsidRDefault="005D2361">
            <w:r>
              <w:rPr>
                <w:sz w:val="17"/>
              </w:rPr>
              <w:t>[по календарному графику]</w:t>
            </w:r>
          </w:p>
        </w:tc>
        <w:tc>
          <w:tcPr>
            <w:tcW w:w="3231" w:type="dxa"/>
          </w:tcPr>
          <w:p w:rsidR="004B25B8" w:rsidRPr="00132C52" w:rsidRDefault="005D2361">
            <w:pPr>
              <w:rPr>
                <w:lang w:val="ru-RU"/>
              </w:rPr>
            </w:pPr>
            <w:r w:rsidRPr="00132C52">
              <w:rPr>
                <w:sz w:val="17"/>
                <w:lang w:val="ru-RU"/>
              </w:rPr>
              <w:t>ФГИС «Моя школа»; РЭШ; «Финансовая культура» Банка России.</w:t>
            </w:r>
          </w:p>
        </w:tc>
      </w:tr>
    </w:tbl>
    <w:p w:rsidR="004B25B8" w:rsidRPr="00132C52" w:rsidRDefault="004B25B8">
      <w:pPr>
        <w:spacing w:after="40"/>
        <w:rPr>
          <w:lang w:val="ru-RU"/>
        </w:rPr>
      </w:pPr>
    </w:p>
    <w:p w:rsidR="004B25B8" w:rsidRPr="00132C52" w:rsidRDefault="005D2361">
      <w:pPr>
        <w:rPr>
          <w:lang w:val="ru-RU"/>
        </w:rPr>
      </w:pPr>
      <w:r w:rsidRPr="00132C52">
        <w:rPr>
          <w:lang w:val="ru-RU"/>
        </w:rPr>
        <w:br w:type="page"/>
      </w:r>
    </w:p>
    <w:p w:rsidR="004B25B8" w:rsidRDefault="005D2361">
      <w:pPr>
        <w:pStyle w:val="1"/>
        <w:spacing w:before="200" w:after="120"/>
      </w:pPr>
      <w:r>
        <w:rPr>
          <w:rFonts w:ascii="Times New Roman" w:hAnsi="Times New Roman"/>
          <w:sz w:val="26"/>
        </w:rPr>
        <w:t>ТЕМАТИЧЕСКОЕ ПЛАНИРОВАНИЕ. 3 КЛАСС</w:t>
      </w:r>
    </w:p>
    <w:tbl>
      <w:tblPr>
        <w:tblStyle w:val="aff0"/>
        <w:tblW w:w="0" w:type="auto"/>
        <w:jc w:val="center"/>
        <w:tblLayout w:type="fixed"/>
        <w:tblLook w:val="04A0"/>
      </w:tblPr>
      <w:tblGrid>
        <w:gridCol w:w="453"/>
        <w:gridCol w:w="2664"/>
        <w:gridCol w:w="680"/>
        <w:gridCol w:w="850"/>
        <w:gridCol w:w="907"/>
        <w:gridCol w:w="3969"/>
      </w:tblGrid>
      <w:tr w:rsidR="004B25B8">
        <w:trPr>
          <w:jc w:val="center"/>
        </w:trPr>
        <w:tc>
          <w:tcPr>
            <w:tcW w:w="453" w:type="dxa"/>
            <w:shd w:val="clear" w:color="auto" w:fill="D9EAF7"/>
            <w:vAlign w:val="center"/>
          </w:tcPr>
          <w:p w:rsidR="004B25B8" w:rsidRDefault="005D2361">
            <w:pPr>
              <w:jc w:val="center"/>
            </w:pPr>
            <w:r>
              <w:rPr>
                <w:b/>
                <w:sz w:val="18"/>
              </w:rPr>
              <w:t>№</w:t>
            </w:r>
          </w:p>
        </w:tc>
        <w:tc>
          <w:tcPr>
            <w:tcW w:w="2664" w:type="dxa"/>
            <w:shd w:val="clear" w:color="auto" w:fill="D9EAF7"/>
            <w:vAlign w:val="center"/>
          </w:tcPr>
          <w:p w:rsidR="004B25B8" w:rsidRDefault="005D2361">
            <w:pPr>
              <w:jc w:val="center"/>
            </w:pPr>
            <w:r>
              <w:rPr>
                <w:b/>
                <w:sz w:val="18"/>
              </w:rPr>
              <w:t>Раздел</w:t>
            </w:r>
          </w:p>
        </w:tc>
        <w:tc>
          <w:tcPr>
            <w:tcW w:w="680" w:type="dxa"/>
            <w:shd w:val="clear" w:color="auto" w:fill="D9EAF7"/>
            <w:vAlign w:val="center"/>
          </w:tcPr>
          <w:p w:rsidR="004B25B8" w:rsidRDefault="005D2361">
            <w:pPr>
              <w:jc w:val="center"/>
            </w:pPr>
            <w:r>
              <w:rPr>
                <w:b/>
                <w:sz w:val="18"/>
              </w:rPr>
              <w:t>Всего часов</w:t>
            </w:r>
          </w:p>
        </w:tc>
        <w:tc>
          <w:tcPr>
            <w:tcW w:w="850" w:type="dxa"/>
            <w:shd w:val="clear" w:color="auto" w:fill="D9EAF7"/>
            <w:vAlign w:val="center"/>
          </w:tcPr>
          <w:p w:rsidR="004B25B8" w:rsidRDefault="005D2361">
            <w:pPr>
              <w:jc w:val="center"/>
            </w:pPr>
            <w:r>
              <w:rPr>
                <w:b/>
                <w:sz w:val="18"/>
              </w:rPr>
              <w:t>Контрольные работы</w:t>
            </w:r>
          </w:p>
        </w:tc>
        <w:tc>
          <w:tcPr>
            <w:tcW w:w="907" w:type="dxa"/>
            <w:shd w:val="clear" w:color="auto" w:fill="D9EAF7"/>
            <w:vAlign w:val="center"/>
          </w:tcPr>
          <w:p w:rsidR="004B25B8" w:rsidRDefault="005D2361">
            <w:pPr>
              <w:jc w:val="center"/>
            </w:pPr>
            <w:r>
              <w:rPr>
                <w:b/>
                <w:sz w:val="18"/>
              </w:rPr>
              <w:t>Практические работы</w:t>
            </w:r>
          </w:p>
        </w:tc>
        <w:tc>
          <w:tcPr>
            <w:tcW w:w="3969" w:type="dxa"/>
            <w:shd w:val="clear" w:color="auto" w:fill="D9EAF7"/>
            <w:vAlign w:val="center"/>
          </w:tcPr>
          <w:p w:rsidR="004B25B8" w:rsidRDefault="005D2361">
            <w:pPr>
              <w:jc w:val="center"/>
            </w:pPr>
            <w:r>
              <w:rPr>
                <w:b/>
                <w:sz w:val="18"/>
              </w:rPr>
              <w:t>ЭОР</w:t>
            </w:r>
          </w:p>
        </w:tc>
      </w:tr>
      <w:tr w:rsidR="004B25B8" w:rsidRPr="007178AD">
        <w:trPr>
          <w:jc w:val="center"/>
        </w:trPr>
        <w:tc>
          <w:tcPr>
            <w:tcW w:w="453" w:type="dxa"/>
          </w:tcPr>
          <w:p w:rsidR="004B25B8" w:rsidRDefault="005D2361">
            <w:r>
              <w:rPr>
                <w:sz w:val="17"/>
              </w:rPr>
              <w:t>1</w:t>
            </w:r>
          </w:p>
        </w:tc>
        <w:tc>
          <w:tcPr>
            <w:tcW w:w="2664" w:type="dxa"/>
          </w:tcPr>
          <w:p w:rsidR="004B25B8" w:rsidRDefault="005D2361">
            <w:r>
              <w:rPr>
                <w:sz w:val="17"/>
              </w:rPr>
              <w:t>Личные финансы и бюджет</w:t>
            </w:r>
          </w:p>
        </w:tc>
        <w:tc>
          <w:tcPr>
            <w:tcW w:w="680" w:type="dxa"/>
          </w:tcPr>
          <w:p w:rsidR="004B25B8" w:rsidRDefault="005D2361">
            <w:r>
              <w:rPr>
                <w:sz w:val="17"/>
              </w:rPr>
              <w:t>8</w:t>
            </w:r>
          </w:p>
        </w:tc>
        <w:tc>
          <w:tcPr>
            <w:tcW w:w="850" w:type="dxa"/>
          </w:tcPr>
          <w:p w:rsidR="004B25B8" w:rsidRDefault="005D2361">
            <w:r>
              <w:rPr>
                <w:sz w:val="17"/>
              </w:rPr>
              <w:t>—</w:t>
            </w:r>
          </w:p>
        </w:tc>
        <w:tc>
          <w:tcPr>
            <w:tcW w:w="907" w:type="dxa"/>
          </w:tcPr>
          <w:p w:rsidR="004B25B8" w:rsidRDefault="005D2361">
            <w:r>
              <w:rPr>
                <w:sz w:val="17"/>
              </w:rPr>
              <w:t>2</w:t>
            </w:r>
          </w:p>
        </w:tc>
        <w:tc>
          <w:tcPr>
            <w:tcW w:w="3969" w:type="dxa"/>
          </w:tcPr>
          <w:p w:rsidR="004B25B8" w:rsidRPr="00132C52" w:rsidRDefault="005D2361">
            <w:pPr>
              <w:rPr>
                <w:lang w:val="ru-RU"/>
              </w:rPr>
            </w:pPr>
            <w:r w:rsidRPr="00132C52">
              <w:rPr>
                <w:sz w:val="17"/>
                <w:lang w:val="ru-RU"/>
              </w:rPr>
              <w:t>ФГИС «Моя школа»; РЭШ; «Финансовая культура» Банка России.</w:t>
            </w:r>
          </w:p>
        </w:tc>
      </w:tr>
      <w:tr w:rsidR="004B25B8" w:rsidRPr="007178AD">
        <w:trPr>
          <w:jc w:val="center"/>
        </w:trPr>
        <w:tc>
          <w:tcPr>
            <w:tcW w:w="453" w:type="dxa"/>
          </w:tcPr>
          <w:p w:rsidR="004B25B8" w:rsidRDefault="005D2361">
            <w:r>
              <w:rPr>
                <w:sz w:val="17"/>
              </w:rPr>
              <w:t>2</w:t>
            </w:r>
          </w:p>
        </w:tc>
        <w:tc>
          <w:tcPr>
            <w:tcW w:w="2664" w:type="dxa"/>
          </w:tcPr>
          <w:p w:rsidR="004B25B8" w:rsidRDefault="005D2361">
            <w:r>
              <w:rPr>
                <w:sz w:val="17"/>
              </w:rPr>
              <w:t>Финансовые продукты и услуги</w:t>
            </w:r>
          </w:p>
        </w:tc>
        <w:tc>
          <w:tcPr>
            <w:tcW w:w="680" w:type="dxa"/>
          </w:tcPr>
          <w:p w:rsidR="004B25B8" w:rsidRDefault="005D2361">
            <w:r>
              <w:rPr>
                <w:sz w:val="17"/>
              </w:rPr>
              <w:t>8</w:t>
            </w:r>
          </w:p>
        </w:tc>
        <w:tc>
          <w:tcPr>
            <w:tcW w:w="850" w:type="dxa"/>
          </w:tcPr>
          <w:p w:rsidR="004B25B8" w:rsidRDefault="005D2361">
            <w:r>
              <w:rPr>
                <w:sz w:val="17"/>
              </w:rPr>
              <w:t>—</w:t>
            </w:r>
          </w:p>
        </w:tc>
        <w:tc>
          <w:tcPr>
            <w:tcW w:w="907" w:type="dxa"/>
          </w:tcPr>
          <w:p w:rsidR="004B25B8" w:rsidRDefault="005D2361">
            <w:r>
              <w:rPr>
                <w:sz w:val="17"/>
              </w:rPr>
              <w:t>2</w:t>
            </w:r>
          </w:p>
        </w:tc>
        <w:tc>
          <w:tcPr>
            <w:tcW w:w="3969" w:type="dxa"/>
          </w:tcPr>
          <w:p w:rsidR="004B25B8" w:rsidRPr="00132C52" w:rsidRDefault="005D2361">
            <w:pPr>
              <w:rPr>
                <w:lang w:val="ru-RU"/>
              </w:rPr>
            </w:pPr>
            <w:r w:rsidRPr="00132C52">
              <w:rPr>
                <w:sz w:val="17"/>
                <w:lang w:val="ru-RU"/>
              </w:rPr>
              <w:t>ФГИС «Моя школа»; РЭШ; «Финансовая культура» Банка России.</w:t>
            </w:r>
          </w:p>
        </w:tc>
      </w:tr>
      <w:tr w:rsidR="004B25B8" w:rsidRPr="007178AD">
        <w:trPr>
          <w:jc w:val="center"/>
        </w:trPr>
        <w:tc>
          <w:tcPr>
            <w:tcW w:w="453" w:type="dxa"/>
          </w:tcPr>
          <w:p w:rsidR="004B25B8" w:rsidRDefault="005D2361">
            <w:r>
              <w:rPr>
                <w:sz w:val="17"/>
              </w:rPr>
              <w:t>3</w:t>
            </w:r>
          </w:p>
        </w:tc>
        <w:tc>
          <w:tcPr>
            <w:tcW w:w="2664" w:type="dxa"/>
          </w:tcPr>
          <w:p w:rsidR="004B25B8" w:rsidRDefault="005D2361">
            <w:r>
              <w:rPr>
                <w:sz w:val="17"/>
              </w:rPr>
              <w:t>Потребитель и безопасность</w:t>
            </w:r>
          </w:p>
        </w:tc>
        <w:tc>
          <w:tcPr>
            <w:tcW w:w="680" w:type="dxa"/>
          </w:tcPr>
          <w:p w:rsidR="004B25B8" w:rsidRDefault="005D2361">
            <w:r>
              <w:rPr>
                <w:sz w:val="17"/>
              </w:rPr>
              <w:t>9</w:t>
            </w:r>
          </w:p>
        </w:tc>
        <w:tc>
          <w:tcPr>
            <w:tcW w:w="850" w:type="dxa"/>
          </w:tcPr>
          <w:p w:rsidR="004B25B8" w:rsidRDefault="005D2361">
            <w:r>
              <w:rPr>
                <w:sz w:val="17"/>
              </w:rPr>
              <w:t>—</w:t>
            </w:r>
          </w:p>
        </w:tc>
        <w:tc>
          <w:tcPr>
            <w:tcW w:w="907" w:type="dxa"/>
          </w:tcPr>
          <w:p w:rsidR="004B25B8" w:rsidRDefault="005D2361">
            <w:r>
              <w:rPr>
                <w:sz w:val="17"/>
              </w:rPr>
              <w:t>2</w:t>
            </w:r>
          </w:p>
        </w:tc>
        <w:tc>
          <w:tcPr>
            <w:tcW w:w="3969" w:type="dxa"/>
          </w:tcPr>
          <w:p w:rsidR="004B25B8" w:rsidRPr="00132C52" w:rsidRDefault="005D2361">
            <w:pPr>
              <w:rPr>
                <w:lang w:val="ru-RU"/>
              </w:rPr>
            </w:pPr>
            <w:r w:rsidRPr="00132C52">
              <w:rPr>
                <w:sz w:val="17"/>
                <w:lang w:val="ru-RU"/>
              </w:rPr>
              <w:t>ФГИС «Моя школа»; РЭШ; «Финансовая культура» Банка России.</w:t>
            </w:r>
          </w:p>
        </w:tc>
      </w:tr>
      <w:tr w:rsidR="004B25B8" w:rsidRPr="007178AD">
        <w:trPr>
          <w:jc w:val="center"/>
        </w:trPr>
        <w:tc>
          <w:tcPr>
            <w:tcW w:w="453" w:type="dxa"/>
          </w:tcPr>
          <w:p w:rsidR="004B25B8" w:rsidRDefault="005D2361">
            <w:r>
              <w:rPr>
                <w:sz w:val="17"/>
              </w:rPr>
              <w:t>4</w:t>
            </w:r>
          </w:p>
        </w:tc>
        <w:tc>
          <w:tcPr>
            <w:tcW w:w="2664" w:type="dxa"/>
          </w:tcPr>
          <w:p w:rsidR="004B25B8" w:rsidRDefault="005D2361">
            <w:r>
              <w:rPr>
                <w:sz w:val="17"/>
              </w:rPr>
              <w:t>Труд, предпринимательство и проект</w:t>
            </w:r>
          </w:p>
        </w:tc>
        <w:tc>
          <w:tcPr>
            <w:tcW w:w="680" w:type="dxa"/>
          </w:tcPr>
          <w:p w:rsidR="004B25B8" w:rsidRDefault="005D2361">
            <w:r>
              <w:rPr>
                <w:sz w:val="17"/>
              </w:rPr>
              <w:t>7</w:t>
            </w:r>
          </w:p>
        </w:tc>
        <w:tc>
          <w:tcPr>
            <w:tcW w:w="850" w:type="dxa"/>
          </w:tcPr>
          <w:p w:rsidR="004B25B8" w:rsidRDefault="005D2361">
            <w:r>
              <w:rPr>
                <w:sz w:val="17"/>
              </w:rPr>
              <w:t>—</w:t>
            </w:r>
          </w:p>
        </w:tc>
        <w:tc>
          <w:tcPr>
            <w:tcW w:w="907" w:type="dxa"/>
          </w:tcPr>
          <w:p w:rsidR="004B25B8" w:rsidRDefault="005D2361">
            <w:r>
              <w:rPr>
                <w:sz w:val="17"/>
              </w:rPr>
              <w:t>2</w:t>
            </w:r>
          </w:p>
        </w:tc>
        <w:tc>
          <w:tcPr>
            <w:tcW w:w="3969" w:type="dxa"/>
          </w:tcPr>
          <w:p w:rsidR="004B25B8" w:rsidRPr="00132C52" w:rsidRDefault="005D2361">
            <w:pPr>
              <w:rPr>
                <w:lang w:val="ru-RU"/>
              </w:rPr>
            </w:pPr>
            <w:r w:rsidRPr="00132C52">
              <w:rPr>
                <w:sz w:val="17"/>
                <w:lang w:val="ru-RU"/>
              </w:rPr>
              <w:t>ФГИС «Моя школа»; РЭШ; «Финансовая культура» Банка России.</w:t>
            </w:r>
          </w:p>
        </w:tc>
      </w:tr>
      <w:tr w:rsidR="004B25B8" w:rsidRPr="007178AD">
        <w:trPr>
          <w:jc w:val="center"/>
        </w:trPr>
        <w:tc>
          <w:tcPr>
            <w:tcW w:w="453" w:type="dxa"/>
          </w:tcPr>
          <w:p w:rsidR="004B25B8" w:rsidRDefault="005D2361">
            <w:r>
              <w:rPr>
                <w:sz w:val="17"/>
              </w:rPr>
              <w:t>5</w:t>
            </w:r>
          </w:p>
        </w:tc>
        <w:tc>
          <w:tcPr>
            <w:tcW w:w="2664" w:type="dxa"/>
          </w:tcPr>
          <w:p w:rsidR="004B25B8" w:rsidRDefault="005D2361">
            <w:r>
              <w:rPr>
                <w:sz w:val="17"/>
              </w:rPr>
              <w:t>Повторение, итоговая работа</w:t>
            </w:r>
          </w:p>
        </w:tc>
        <w:tc>
          <w:tcPr>
            <w:tcW w:w="680" w:type="dxa"/>
          </w:tcPr>
          <w:p w:rsidR="004B25B8" w:rsidRDefault="005D2361">
            <w:r>
              <w:rPr>
                <w:sz w:val="17"/>
              </w:rPr>
              <w:t>2</w:t>
            </w:r>
          </w:p>
        </w:tc>
        <w:tc>
          <w:tcPr>
            <w:tcW w:w="850" w:type="dxa"/>
          </w:tcPr>
          <w:p w:rsidR="004B25B8" w:rsidRDefault="005D2361">
            <w:r>
              <w:rPr>
                <w:sz w:val="17"/>
              </w:rPr>
              <w:t>1</w:t>
            </w:r>
          </w:p>
        </w:tc>
        <w:tc>
          <w:tcPr>
            <w:tcW w:w="907" w:type="dxa"/>
          </w:tcPr>
          <w:p w:rsidR="004B25B8" w:rsidRDefault="005D2361">
            <w:r>
              <w:rPr>
                <w:sz w:val="17"/>
              </w:rPr>
              <w:t>—</w:t>
            </w:r>
          </w:p>
        </w:tc>
        <w:tc>
          <w:tcPr>
            <w:tcW w:w="3969" w:type="dxa"/>
          </w:tcPr>
          <w:p w:rsidR="004B25B8" w:rsidRPr="00132C52" w:rsidRDefault="005D2361">
            <w:pPr>
              <w:rPr>
                <w:lang w:val="ru-RU"/>
              </w:rPr>
            </w:pPr>
            <w:r w:rsidRPr="00132C52">
              <w:rPr>
                <w:sz w:val="17"/>
                <w:lang w:val="ru-RU"/>
              </w:rPr>
              <w:t>ФГИС «Моя школа»; РЭШ; «Финансовая культура» Банка России.</w:t>
            </w:r>
          </w:p>
        </w:tc>
      </w:tr>
      <w:tr w:rsidR="004B25B8">
        <w:trPr>
          <w:jc w:val="center"/>
        </w:trPr>
        <w:tc>
          <w:tcPr>
            <w:tcW w:w="453" w:type="dxa"/>
          </w:tcPr>
          <w:p w:rsidR="004B25B8" w:rsidRPr="00132C52" w:rsidRDefault="004B25B8">
            <w:pPr>
              <w:rPr>
                <w:lang w:val="ru-RU"/>
              </w:rPr>
            </w:pPr>
          </w:p>
        </w:tc>
        <w:tc>
          <w:tcPr>
            <w:tcW w:w="2664" w:type="dxa"/>
          </w:tcPr>
          <w:p w:rsidR="004B25B8" w:rsidRDefault="005D2361">
            <w:r>
              <w:rPr>
                <w:sz w:val="17"/>
              </w:rPr>
              <w:t>ИТОГО</w:t>
            </w:r>
          </w:p>
        </w:tc>
        <w:tc>
          <w:tcPr>
            <w:tcW w:w="680" w:type="dxa"/>
          </w:tcPr>
          <w:p w:rsidR="004B25B8" w:rsidRDefault="005D2361">
            <w:r>
              <w:rPr>
                <w:sz w:val="17"/>
              </w:rPr>
              <w:t>34</w:t>
            </w:r>
          </w:p>
        </w:tc>
        <w:tc>
          <w:tcPr>
            <w:tcW w:w="850" w:type="dxa"/>
          </w:tcPr>
          <w:p w:rsidR="004B25B8" w:rsidRDefault="005D2361">
            <w:r>
              <w:rPr>
                <w:sz w:val="17"/>
              </w:rPr>
              <w:t>1</w:t>
            </w:r>
          </w:p>
        </w:tc>
        <w:tc>
          <w:tcPr>
            <w:tcW w:w="907" w:type="dxa"/>
          </w:tcPr>
          <w:p w:rsidR="004B25B8" w:rsidRDefault="005D2361">
            <w:r>
              <w:rPr>
                <w:sz w:val="17"/>
              </w:rPr>
              <w:t>8</w:t>
            </w:r>
          </w:p>
        </w:tc>
        <w:tc>
          <w:tcPr>
            <w:tcW w:w="3969" w:type="dxa"/>
          </w:tcPr>
          <w:p w:rsidR="004B25B8" w:rsidRDefault="004B25B8"/>
        </w:tc>
      </w:tr>
    </w:tbl>
    <w:p w:rsidR="004B25B8" w:rsidRDefault="004B25B8">
      <w:pPr>
        <w:spacing w:after="40"/>
      </w:pPr>
    </w:p>
    <w:p w:rsidR="004B25B8" w:rsidRDefault="005D2361">
      <w:pPr>
        <w:pStyle w:val="1"/>
        <w:spacing w:before="200" w:after="120"/>
      </w:pPr>
      <w:r>
        <w:rPr>
          <w:rFonts w:ascii="Times New Roman" w:hAnsi="Times New Roman"/>
          <w:sz w:val="26"/>
        </w:rPr>
        <w:t>ПОУРОЧНОЕ ПЛАНИРОВАНИЕ (КТП). 3 КЛАСС</w:t>
      </w:r>
    </w:p>
    <w:tbl>
      <w:tblPr>
        <w:tblStyle w:val="aff0"/>
        <w:tblW w:w="0" w:type="auto"/>
        <w:jc w:val="center"/>
        <w:tblLayout w:type="fixed"/>
        <w:tblLook w:val="04A0"/>
      </w:tblPr>
      <w:tblGrid>
        <w:gridCol w:w="396"/>
        <w:gridCol w:w="3061"/>
        <w:gridCol w:w="453"/>
        <w:gridCol w:w="510"/>
        <w:gridCol w:w="567"/>
        <w:gridCol w:w="1304"/>
        <w:gridCol w:w="3231"/>
      </w:tblGrid>
      <w:tr w:rsidR="004B25B8">
        <w:trPr>
          <w:jc w:val="center"/>
        </w:trPr>
        <w:tc>
          <w:tcPr>
            <w:tcW w:w="396" w:type="dxa"/>
            <w:shd w:val="clear" w:color="auto" w:fill="D9EAF7"/>
            <w:vAlign w:val="center"/>
          </w:tcPr>
          <w:p w:rsidR="004B25B8" w:rsidRDefault="005D2361">
            <w:pPr>
              <w:jc w:val="center"/>
            </w:pPr>
            <w:r>
              <w:rPr>
                <w:b/>
                <w:sz w:val="18"/>
              </w:rPr>
              <w:t>№</w:t>
            </w:r>
          </w:p>
        </w:tc>
        <w:tc>
          <w:tcPr>
            <w:tcW w:w="3061" w:type="dxa"/>
            <w:shd w:val="clear" w:color="auto" w:fill="D9EAF7"/>
            <w:vAlign w:val="center"/>
          </w:tcPr>
          <w:p w:rsidR="004B25B8" w:rsidRDefault="005D2361">
            <w:pPr>
              <w:jc w:val="center"/>
            </w:pPr>
            <w:r>
              <w:rPr>
                <w:b/>
                <w:sz w:val="18"/>
              </w:rPr>
              <w:t>Тема занятия</w:t>
            </w:r>
          </w:p>
        </w:tc>
        <w:tc>
          <w:tcPr>
            <w:tcW w:w="453" w:type="dxa"/>
            <w:shd w:val="clear" w:color="auto" w:fill="D9EAF7"/>
            <w:vAlign w:val="center"/>
          </w:tcPr>
          <w:p w:rsidR="004B25B8" w:rsidRDefault="005D2361">
            <w:pPr>
              <w:jc w:val="center"/>
            </w:pPr>
            <w:r>
              <w:rPr>
                <w:b/>
                <w:sz w:val="18"/>
              </w:rPr>
              <w:t>Часы</w:t>
            </w:r>
          </w:p>
        </w:tc>
        <w:tc>
          <w:tcPr>
            <w:tcW w:w="510" w:type="dxa"/>
            <w:shd w:val="clear" w:color="auto" w:fill="D9EAF7"/>
            <w:vAlign w:val="center"/>
          </w:tcPr>
          <w:p w:rsidR="004B25B8" w:rsidRDefault="005D2361">
            <w:pPr>
              <w:jc w:val="center"/>
            </w:pPr>
            <w:r>
              <w:rPr>
                <w:b/>
                <w:sz w:val="18"/>
              </w:rPr>
              <w:t>Контр.</w:t>
            </w:r>
          </w:p>
        </w:tc>
        <w:tc>
          <w:tcPr>
            <w:tcW w:w="567" w:type="dxa"/>
            <w:shd w:val="clear" w:color="auto" w:fill="D9EAF7"/>
            <w:vAlign w:val="center"/>
          </w:tcPr>
          <w:p w:rsidR="004B25B8" w:rsidRDefault="005D2361">
            <w:pPr>
              <w:jc w:val="center"/>
            </w:pPr>
            <w:r>
              <w:rPr>
                <w:b/>
                <w:sz w:val="18"/>
              </w:rPr>
              <w:t>Практич.</w:t>
            </w:r>
          </w:p>
        </w:tc>
        <w:tc>
          <w:tcPr>
            <w:tcW w:w="1304" w:type="dxa"/>
            <w:shd w:val="clear" w:color="auto" w:fill="D9EAF7"/>
            <w:vAlign w:val="center"/>
          </w:tcPr>
          <w:p w:rsidR="004B25B8" w:rsidRDefault="005D2361">
            <w:pPr>
              <w:jc w:val="center"/>
            </w:pPr>
            <w:r>
              <w:rPr>
                <w:b/>
                <w:sz w:val="18"/>
              </w:rPr>
              <w:t>Дата</w:t>
            </w:r>
          </w:p>
        </w:tc>
        <w:tc>
          <w:tcPr>
            <w:tcW w:w="3231" w:type="dxa"/>
            <w:shd w:val="clear" w:color="auto" w:fill="D9EAF7"/>
            <w:vAlign w:val="center"/>
          </w:tcPr>
          <w:p w:rsidR="004B25B8" w:rsidRDefault="005D2361">
            <w:pPr>
              <w:jc w:val="center"/>
            </w:pPr>
            <w:r>
              <w:rPr>
                <w:b/>
                <w:sz w:val="18"/>
              </w:rPr>
              <w:t>ЭОР</w:t>
            </w:r>
          </w:p>
        </w:tc>
      </w:tr>
      <w:tr w:rsidR="004B25B8" w:rsidRPr="007178AD">
        <w:trPr>
          <w:jc w:val="center"/>
        </w:trPr>
        <w:tc>
          <w:tcPr>
            <w:tcW w:w="396" w:type="dxa"/>
          </w:tcPr>
          <w:p w:rsidR="004B25B8" w:rsidRDefault="005D2361">
            <w:r>
              <w:rPr>
                <w:sz w:val="17"/>
              </w:rPr>
              <w:t>1</w:t>
            </w:r>
          </w:p>
        </w:tc>
        <w:tc>
          <w:tcPr>
            <w:tcW w:w="3061" w:type="dxa"/>
          </w:tcPr>
          <w:p w:rsidR="004B25B8" w:rsidRDefault="005D2361">
            <w:r>
              <w:rPr>
                <w:sz w:val="17"/>
              </w:rPr>
              <w:t>Финансовое планирование</w:t>
            </w:r>
          </w:p>
        </w:tc>
        <w:tc>
          <w:tcPr>
            <w:tcW w:w="453" w:type="dxa"/>
          </w:tcPr>
          <w:p w:rsidR="004B25B8" w:rsidRDefault="005D2361">
            <w:r>
              <w:rPr>
                <w:sz w:val="17"/>
              </w:rPr>
              <w:t>1</w:t>
            </w:r>
          </w:p>
        </w:tc>
        <w:tc>
          <w:tcPr>
            <w:tcW w:w="510" w:type="dxa"/>
          </w:tcPr>
          <w:p w:rsidR="004B25B8" w:rsidRDefault="005D2361">
            <w:r>
              <w:rPr>
                <w:sz w:val="17"/>
              </w:rPr>
              <w:t>—</w:t>
            </w:r>
          </w:p>
        </w:tc>
        <w:tc>
          <w:tcPr>
            <w:tcW w:w="567" w:type="dxa"/>
          </w:tcPr>
          <w:p w:rsidR="004B25B8" w:rsidRDefault="005D2361">
            <w:r>
              <w:rPr>
                <w:sz w:val="17"/>
              </w:rPr>
              <w:t>—</w:t>
            </w:r>
          </w:p>
        </w:tc>
        <w:tc>
          <w:tcPr>
            <w:tcW w:w="1304" w:type="dxa"/>
          </w:tcPr>
          <w:p w:rsidR="004B25B8" w:rsidRDefault="005D2361">
            <w:r>
              <w:rPr>
                <w:sz w:val="17"/>
              </w:rPr>
              <w:t>[по календарному графику]</w:t>
            </w:r>
          </w:p>
        </w:tc>
        <w:tc>
          <w:tcPr>
            <w:tcW w:w="3231" w:type="dxa"/>
          </w:tcPr>
          <w:p w:rsidR="004B25B8" w:rsidRPr="00132C52" w:rsidRDefault="005D2361">
            <w:pPr>
              <w:rPr>
                <w:lang w:val="ru-RU"/>
              </w:rPr>
            </w:pPr>
            <w:r w:rsidRPr="00132C52">
              <w:rPr>
                <w:sz w:val="17"/>
                <w:lang w:val="ru-RU"/>
              </w:rPr>
              <w:t>ФГИС «Моя школа»; РЭШ; «Финансовая культура» Банка России.</w:t>
            </w:r>
          </w:p>
        </w:tc>
      </w:tr>
      <w:tr w:rsidR="004B25B8" w:rsidRPr="007178AD">
        <w:trPr>
          <w:jc w:val="center"/>
        </w:trPr>
        <w:tc>
          <w:tcPr>
            <w:tcW w:w="396" w:type="dxa"/>
          </w:tcPr>
          <w:p w:rsidR="004B25B8" w:rsidRDefault="005D2361">
            <w:r>
              <w:rPr>
                <w:sz w:val="17"/>
              </w:rPr>
              <w:t>2</w:t>
            </w:r>
          </w:p>
        </w:tc>
        <w:tc>
          <w:tcPr>
            <w:tcW w:w="3061" w:type="dxa"/>
          </w:tcPr>
          <w:p w:rsidR="004B25B8" w:rsidRDefault="005D2361">
            <w:r>
              <w:rPr>
                <w:sz w:val="17"/>
              </w:rPr>
              <w:t>Цели: краткие и долгие</w:t>
            </w:r>
          </w:p>
        </w:tc>
        <w:tc>
          <w:tcPr>
            <w:tcW w:w="453" w:type="dxa"/>
          </w:tcPr>
          <w:p w:rsidR="004B25B8" w:rsidRDefault="005D2361">
            <w:r>
              <w:rPr>
                <w:sz w:val="17"/>
              </w:rPr>
              <w:t>1</w:t>
            </w:r>
          </w:p>
        </w:tc>
        <w:tc>
          <w:tcPr>
            <w:tcW w:w="510" w:type="dxa"/>
          </w:tcPr>
          <w:p w:rsidR="004B25B8" w:rsidRDefault="005D2361">
            <w:r>
              <w:rPr>
                <w:sz w:val="17"/>
              </w:rPr>
              <w:t>—</w:t>
            </w:r>
          </w:p>
        </w:tc>
        <w:tc>
          <w:tcPr>
            <w:tcW w:w="567" w:type="dxa"/>
          </w:tcPr>
          <w:p w:rsidR="004B25B8" w:rsidRDefault="005D2361">
            <w:r>
              <w:rPr>
                <w:sz w:val="17"/>
              </w:rPr>
              <w:t>—</w:t>
            </w:r>
          </w:p>
        </w:tc>
        <w:tc>
          <w:tcPr>
            <w:tcW w:w="1304" w:type="dxa"/>
          </w:tcPr>
          <w:p w:rsidR="004B25B8" w:rsidRDefault="005D2361">
            <w:r>
              <w:rPr>
                <w:sz w:val="17"/>
              </w:rPr>
              <w:t>[по календарному графику]</w:t>
            </w:r>
          </w:p>
        </w:tc>
        <w:tc>
          <w:tcPr>
            <w:tcW w:w="3231" w:type="dxa"/>
          </w:tcPr>
          <w:p w:rsidR="004B25B8" w:rsidRPr="00132C52" w:rsidRDefault="005D2361">
            <w:pPr>
              <w:rPr>
                <w:lang w:val="ru-RU"/>
              </w:rPr>
            </w:pPr>
            <w:r w:rsidRPr="00132C52">
              <w:rPr>
                <w:sz w:val="17"/>
                <w:lang w:val="ru-RU"/>
              </w:rPr>
              <w:t>ФГИС «Моя школа»; РЭШ; «Финансовая культура» Банка России.</w:t>
            </w:r>
          </w:p>
        </w:tc>
      </w:tr>
      <w:tr w:rsidR="004B25B8" w:rsidRPr="007178AD">
        <w:trPr>
          <w:jc w:val="center"/>
        </w:trPr>
        <w:tc>
          <w:tcPr>
            <w:tcW w:w="396" w:type="dxa"/>
          </w:tcPr>
          <w:p w:rsidR="004B25B8" w:rsidRDefault="005D2361">
            <w:r>
              <w:rPr>
                <w:sz w:val="17"/>
              </w:rPr>
              <w:t>3</w:t>
            </w:r>
          </w:p>
        </w:tc>
        <w:tc>
          <w:tcPr>
            <w:tcW w:w="3061" w:type="dxa"/>
          </w:tcPr>
          <w:p w:rsidR="004B25B8" w:rsidRDefault="005D2361">
            <w:r>
              <w:rPr>
                <w:sz w:val="17"/>
              </w:rPr>
              <w:t>Семейный бюджет</w:t>
            </w:r>
          </w:p>
        </w:tc>
        <w:tc>
          <w:tcPr>
            <w:tcW w:w="453" w:type="dxa"/>
          </w:tcPr>
          <w:p w:rsidR="004B25B8" w:rsidRDefault="005D2361">
            <w:r>
              <w:rPr>
                <w:sz w:val="17"/>
              </w:rPr>
              <w:t>1</w:t>
            </w:r>
          </w:p>
        </w:tc>
        <w:tc>
          <w:tcPr>
            <w:tcW w:w="510" w:type="dxa"/>
          </w:tcPr>
          <w:p w:rsidR="004B25B8" w:rsidRDefault="005D2361">
            <w:r>
              <w:rPr>
                <w:sz w:val="17"/>
              </w:rPr>
              <w:t>—</w:t>
            </w:r>
          </w:p>
        </w:tc>
        <w:tc>
          <w:tcPr>
            <w:tcW w:w="567" w:type="dxa"/>
          </w:tcPr>
          <w:p w:rsidR="004B25B8" w:rsidRDefault="005D2361">
            <w:r>
              <w:rPr>
                <w:sz w:val="17"/>
              </w:rPr>
              <w:t>—</w:t>
            </w:r>
          </w:p>
        </w:tc>
        <w:tc>
          <w:tcPr>
            <w:tcW w:w="1304" w:type="dxa"/>
          </w:tcPr>
          <w:p w:rsidR="004B25B8" w:rsidRDefault="005D2361">
            <w:r>
              <w:rPr>
                <w:sz w:val="17"/>
              </w:rPr>
              <w:t>[по календарному графику]</w:t>
            </w:r>
          </w:p>
        </w:tc>
        <w:tc>
          <w:tcPr>
            <w:tcW w:w="3231" w:type="dxa"/>
          </w:tcPr>
          <w:p w:rsidR="004B25B8" w:rsidRPr="00132C52" w:rsidRDefault="005D2361">
            <w:pPr>
              <w:rPr>
                <w:lang w:val="ru-RU"/>
              </w:rPr>
            </w:pPr>
            <w:r w:rsidRPr="00132C52">
              <w:rPr>
                <w:sz w:val="17"/>
                <w:lang w:val="ru-RU"/>
              </w:rPr>
              <w:t>ФГИС «Моя школа»; РЭШ; «Финансовая культура» Банка России.</w:t>
            </w:r>
          </w:p>
        </w:tc>
      </w:tr>
      <w:tr w:rsidR="004B25B8" w:rsidRPr="007178AD">
        <w:trPr>
          <w:jc w:val="center"/>
        </w:trPr>
        <w:tc>
          <w:tcPr>
            <w:tcW w:w="396" w:type="dxa"/>
          </w:tcPr>
          <w:p w:rsidR="004B25B8" w:rsidRDefault="005D2361">
            <w:r>
              <w:rPr>
                <w:sz w:val="17"/>
              </w:rPr>
              <w:t>4</w:t>
            </w:r>
          </w:p>
        </w:tc>
        <w:tc>
          <w:tcPr>
            <w:tcW w:w="3061" w:type="dxa"/>
          </w:tcPr>
          <w:p w:rsidR="004B25B8" w:rsidRDefault="005D2361">
            <w:r>
              <w:rPr>
                <w:sz w:val="17"/>
              </w:rPr>
              <w:t>Доходы: виды</w:t>
            </w:r>
          </w:p>
        </w:tc>
        <w:tc>
          <w:tcPr>
            <w:tcW w:w="453" w:type="dxa"/>
          </w:tcPr>
          <w:p w:rsidR="004B25B8" w:rsidRDefault="005D2361">
            <w:r>
              <w:rPr>
                <w:sz w:val="17"/>
              </w:rPr>
              <w:t>1</w:t>
            </w:r>
          </w:p>
        </w:tc>
        <w:tc>
          <w:tcPr>
            <w:tcW w:w="510" w:type="dxa"/>
          </w:tcPr>
          <w:p w:rsidR="004B25B8" w:rsidRDefault="005D2361">
            <w:r>
              <w:rPr>
                <w:sz w:val="17"/>
              </w:rPr>
              <w:t>—</w:t>
            </w:r>
          </w:p>
        </w:tc>
        <w:tc>
          <w:tcPr>
            <w:tcW w:w="567" w:type="dxa"/>
          </w:tcPr>
          <w:p w:rsidR="004B25B8" w:rsidRDefault="005D2361">
            <w:r>
              <w:rPr>
                <w:sz w:val="17"/>
              </w:rPr>
              <w:t>—</w:t>
            </w:r>
          </w:p>
        </w:tc>
        <w:tc>
          <w:tcPr>
            <w:tcW w:w="1304" w:type="dxa"/>
          </w:tcPr>
          <w:p w:rsidR="004B25B8" w:rsidRDefault="005D2361">
            <w:r>
              <w:rPr>
                <w:sz w:val="17"/>
              </w:rPr>
              <w:t>[по календарному графику]</w:t>
            </w:r>
          </w:p>
        </w:tc>
        <w:tc>
          <w:tcPr>
            <w:tcW w:w="3231" w:type="dxa"/>
          </w:tcPr>
          <w:p w:rsidR="004B25B8" w:rsidRPr="00132C52" w:rsidRDefault="005D2361">
            <w:pPr>
              <w:rPr>
                <w:lang w:val="ru-RU"/>
              </w:rPr>
            </w:pPr>
            <w:r w:rsidRPr="00132C52">
              <w:rPr>
                <w:sz w:val="17"/>
                <w:lang w:val="ru-RU"/>
              </w:rPr>
              <w:t>ФГИС «Моя школа»; РЭШ; «Финансовая культура» Банка России.</w:t>
            </w:r>
          </w:p>
        </w:tc>
      </w:tr>
      <w:tr w:rsidR="004B25B8" w:rsidRPr="007178AD">
        <w:trPr>
          <w:jc w:val="center"/>
        </w:trPr>
        <w:tc>
          <w:tcPr>
            <w:tcW w:w="396" w:type="dxa"/>
          </w:tcPr>
          <w:p w:rsidR="004B25B8" w:rsidRDefault="005D2361">
            <w:r>
              <w:rPr>
                <w:sz w:val="17"/>
              </w:rPr>
              <w:t>5</w:t>
            </w:r>
          </w:p>
        </w:tc>
        <w:tc>
          <w:tcPr>
            <w:tcW w:w="3061" w:type="dxa"/>
          </w:tcPr>
          <w:p w:rsidR="004B25B8" w:rsidRDefault="005D2361">
            <w:r>
              <w:rPr>
                <w:sz w:val="17"/>
              </w:rPr>
              <w:t>Расходы: классификация</w:t>
            </w:r>
          </w:p>
        </w:tc>
        <w:tc>
          <w:tcPr>
            <w:tcW w:w="453" w:type="dxa"/>
          </w:tcPr>
          <w:p w:rsidR="004B25B8" w:rsidRDefault="005D2361">
            <w:r>
              <w:rPr>
                <w:sz w:val="17"/>
              </w:rPr>
              <w:t>1</w:t>
            </w:r>
          </w:p>
        </w:tc>
        <w:tc>
          <w:tcPr>
            <w:tcW w:w="510" w:type="dxa"/>
          </w:tcPr>
          <w:p w:rsidR="004B25B8" w:rsidRDefault="005D2361">
            <w:r>
              <w:rPr>
                <w:sz w:val="17"/>
              </w:rPr>
              <w:t>—</w:t>
            </w:r>
          </w:p>
        </w:tc>
        <w:tc>
          <w:tcPr>
            <w:tcW w:w="567" w:type="dxa"/>
          </w:tcPr>
          <w:p w:rsidR="004B25B8" w:rsidRDefault="005D2361">
            <w:r>
              <w:rPr>
                <w:sz w:val="17"/>
              </w:rPr>
              <w:t>1</w:t>
            </w:r>
          </w:p>
        </w:tc>
        <w:tc>
          <w:tcPr>
            <w:tcW w:w="1304" w:type="dxa"/>
          </w:tcPr>
          <w:p w:rsidR="004B25B8" w:rsidRDefault="005D2361">
            <w:r>
              <w:rPr>
                <w:sz w:val="17"/>
              </w:rPr>
              <w:t>[по календарному графику]</w:t>
            </w:r>
          </w:p>
        </w:tc>
        <w:tc>
          <w:tcPr>
            <w:tcW w:w="3231" w:type="dxa"/>
          </w:tcPr>
          <w:p w:rsidR="004B25B8" w:rsidRPr="00132C52" w:rsidRDefault="005D2361">
            <w:pPr>
              <w:rPr>
                <w:lang w:val="ru-RU"/>
              </w:rPr>
            </w:pPr>
            <w:r w:rsidRPr="00132C52">
              <w:rPr>
                <w:sz w:val="17"/>
                <w:lang w:val="ru-RU"/>
              </w:rPr>
              <w:t>ФГИС «Моя школа»; РЭШ; «Финансовая культура» Банка России.</w:t>
            </w:r>
          </w:p>
        </w:tc>
      </w:tr>
      <w:tr w:rsidR="004B25B8" w:rsidRPr="007178AD">
        <w:trPr>
          <w:jc w:val="center"/>
        </w:trPr>
        <w:tc>
          <w:tcPr>
            <w:tcW w:w="396" w:type="dxa"/>
          </w:tcPr>
          <w:p w:rsidR="004B25B8" w:rsidRDefault="005D2361">
            <w:r>
              <w:rPr>
                <w:sz w:val="17"/>
              </w:rPr>
              <w:t>6</w:t>
            </w:r>
          </w:p>
        </w:tc>
        <w:tc>
          <w:tcPr>
            <w:tcW w:w="3061" w:type="dxa"/>
          </w:tcPr>
          <w:p w:rsidR="004B25B8" w:rsidRDefault="005D2361">
            <w:r>
              <w:rPr>
                <w:sz w:val="17"/>
              </w:rPr>
              <w:t>Обязательные платежи</w:t>
            </w:r>
          </w:p>
        </w:tc>
        <w:tc>
          <w:tcPr>
            <w:tcW w:w="453" w:type="dxa"/>
          </w:tcPr>
          <w:p w:rsidR="004B25B8" w:rsidRDefault="005D2361">
            <w:r>
              <w:rPr>
                <w:sz w:val="17"/>
              </w:rPr>
              <w:t>1</w:t>
            </w:r>
          </w:p>
        </w:tc>
        <w:tc>
          <w:tcPr>
            <w:tcW w:w="510" w:type="dxa"/>
          </w:tcPr>
          <w:p w:rsidR="004B25B8" w:rsidRDefault="005D2361">
            <w:r>
              <w:rPr>
                <w:sz w:val="17"/>
              </w:rPr>
              <w:t>—</w:t>
            </w:r>
          </w:p>
        </w:tc>
        <w:tc>
          <w:tcPr>
            <w:tcW w:w="567" w:type="dxa"/>
          </w:tcPr>
          <w:p w:rsidR="004B25B8" w:rsidRDefault="005D2361">
            <w:r>
              <w:rPr>
                <w:sz w:val="17"/>
              </w:rPr>
              <w:t>—</w:t>
            </w:r>
          </w:p>
        </w:tc>
        <w:tc>
          <w:tcPr>
            <w:tcW w:w="1304" w:type="dxa"/>
          </w:tcPr>
          <w:p w:rsidR="004B25B8" w:rsidRDefault="005D2361">
            <w:r>
              <w:rPr>
                <w:sz w:val="17"/>
              </w:rPr>
              <w:t>[по календарному графику]</w:t>
            </w:r>
          </w:p>
        </w:tc>
        <w:tc>
          <w:tcPr>
            <w:tcW w:w="3231" w:type="dxa"/>
          </w:tcPr>
          <w:p w:rsidR="004B25B8" w:rsidRPr="00132C52" w:rsidRDefault="005D2361">
            <w:pPr>
              <w:rPr>
                <w:lang w:val="ru-RU"/>
              </w:rPr>
            </w:pPr>
            <w:r w:rsidRPr="00132C52">
              <w:rPr>
                <w:sz w:val="17"/>
                <w:lang w:val="ru-RU"/>
              </w:rPr>
              <w:t>ФГИС «Моя школа»; РЭШ; «Финансовая культура» Банка России.</w:t>
            </w:r>
          </w:p>
        </w:tc>
      </w:tr>
      <w:tr w:rsidR="004B25B8" w:rsidRPr="007178AD">
        <w:trPr>
          <w:jc w:val="center"/>
        </w:trPr>
        <w:tc>
          <w:tcPr>
            <w:tcW w:w="396" w:type="dxa"/>
          </w:tcPr>
          <w:p w:rsidR="004B25B8" w:rsidRDefault="005D2361">
            <w:r>
              <w:rPr>
                <w:sz w:val="17"/>
              </w:rPr>
              <w:t>7</w:t>
            </w:r>
          </w:p>
        </w:tc>
        <w:tc>
          <w:tcPr>
            <w:tcW w:w="3061" w:type="dxa"/>
          </w:tcPr>
          <w:p w:rsidR="004B25B8" w:rsidRDefault="005D2361">
            <w:r>
              <w:rPr>
                <w:sz w:val="17"/>
              </w:rPr>
              <w:t>Планирование расходов</w:t>
            </w:r>
          </w:p>
        </w:tc>
        <w:tc>
          <w:tcPr>
            <w:tcW w:w="453" w:type="dxa"/>
          </w:tcPr>
          <w:p w:rsidR="004B25B8" w:rsidRDefault="005D2361">
            <w:r>
              <w:rPr>
                <w:sz w:val="17"/>
              </w:rPr>
              <w:t>1</w:t>
            </w:r>
          </w:p>
        </w:tc>
        <w:tc>
          <w:tcPr>
            <w:tcW w:w="510" w:type="dxa"/>
          </w:tcPr>
          <w:p w:rsidR="004B25B8" w:rsidRDefault="005D2361">
            <w:r>
              <w:rPr>
                <w:sz w:val="17"/>
              </w:rPr>
              <w:t>—</w:t>
            </w:r>
          </w:p>
        </w:tc>
        <w:tc>
          <w:tcPr>
            <w:tcW w:w="567" w:type="dxa"/>
          </w:tcPr>
          <w:p w:rsidR="004B25B8" w:rsidRDefault="005D2361">
            <w:r>
              <w:rPr>
                <w:sz w:val="17"/>
              </w:rPr>
              <w:t>—</w:t>
            </w:r>
          </w:p>
        </w:tc>
        <w:tc>
          <w:tcPr>
            <w:tcW w:w="1304" w:type="dxa"/>
          </w:tcPr>
          <w:p w:rsidR="004B25B8" w:rsidRDefault="005D2361">
            <w:r>
              <w:rPr>
                <w:sz w:val="17"/>
              </w:rPr>
              <w:t>[по календарному графику]</w:t>
            </w:r>
          </w:p>
        </w:tc>
        <w:tc>
          <w:tcPr>
            <w:tcW w:w="3231" w:type="dxa"/>
          </w:tcPr>
          <w:p w:rsidR="004B25B8" w:rsidRPr="00132C52" w:rsidRDefault="005D2361">
            <w:pPr>
              <w:rPr>
                <w:lang w:val="ru-RU"/>
              </w:rPr>
            </w:pPr>
            <w:r w:rsidRPr="00132C52">
              <w:rPr>
                <w:sz w:val="17"/>
                <w:lang w:val="ru-RU"/>
              </w:rPr>
              <w:t>ФГИС «Моя школа»; РЭШ; «Финансовая культура» Банка России.</w:t>
            </w:r>
          </w:p>
        </w:tc>
      </w:tr>
      <w:tr w:rsidR="004B25B8" w:rsidRPr="007178AD">
        <w:trPr>
          <w:jc w:val="center"/>
        </w:trPr>
        <w:tc>
          <w:tcPr>
            <w:tcW w:w="396" w:type="dxa"/>
          </w:tcPr>
          <w:p w:rsidR="004B25B8" w:rsidRDefault="005D2361">
            <w:r>
              <w:rPr>
                <w:sz w:val="17"/>
              </w:rPr>
              <w:t>8</w:t>
            </w:r>
          </w:p>
        </w:tc>
        <w:tc>
          <w:tcPr>
            <w:tcW w:w="3061" w:type="dxa"/>
          </w:tcPr>
          <w:p w:rsidR="004B25B8" w:rsidRDefault="005D2361">
            <w:r>
              <w:rPr>
                <w:sz w:val="17"/>
              </w:rPr>
              <w:t>Сбережения</w:t>
            </w:r>
          </w:p>
        </w:tc>
        <w:tc>
          <w:tcPr>
            <w:tcW w:w="453" w:type="dxa"/>
          </w:tcPr>
          <w:p w:rsidR="004B25B8" w:rsidRDefault="005D2361">
            <w:r>
              <w:rPr>
                <w:sz w:val="17"/>
              </w:rPr>
              <w:t>1</w:t>
            </w:r>
          </w:p>
        </w:tc>
        <w:tc>
          <w:tcPr>
            <w:tcW w:w="510" w:type="dxa"/>
          </w:tcPr>
          <w:p w:rsidR="004B25B8" w:rsidRDefault="005D2361">
            <w:r>
              <w:rPr>
                <w:sz w:val="17"/>
              </w:rPr>
              <w:t>—</w:t>
            </w:r>
          </w:p>
        </w:tc>
        <w:tc>
          <w:tcPr>
            <w:tcW w:w="567" w:type="dxa"/>
          </w:tcPr>
          <w:p w:rsidR="004B25B8" w:rsidRDefault="005D2361">
            <w:r>
              <w:rPr>
                <w:sz w:val="17"/>
              </w:rPr>
              <w:t>—</w:t>
            </w:r>
          </w:p>
        </w:tc>
        <w:tc>
          <w:tcPr>
            <w:tcW w:w="1304" w:type="dxa"/>
          </w:tcPr>
          <w:p w:rsidR="004B25B8" w:rsidRDefault="005D2361">
            <w:r>
              <w:rPr>
                <w:sz w:val="17"/>
              </w:rPr>
              <w:t>[по календарному графику]</w:t>
            </w:r>
          </w:p>
        </w:tc>
        <w:tc>
          <w:tcPr>
            <w:tcW w:w="3231" w:type="dxa"/>
          </w:tcPr>
          <w:p w:rsidR="004B25B8" w:rsidRPr="00132C52" w:rsidRDefault="005D2361">
            <w:pPr>
              <w:rPr>
                <w:lang w:val="ru-RU"/>
              </w:rPr>
            </w:pPr>
            <w:r w:rsidRPr="00132C52">
              <w:rPr>
                <w:sz w:val="17"/>
                <w:lang w:val="ru-RU"/>
              </w:rPr>
              <w:t>ФГИС «Моя школа»; РЭШ; «Финансовая культура» Банка России.</w:t>
            </w:r>
          </w:p>
        </w:tc>
      </w:tr>
      <w:tr w:rsidR="004B25B8" w:rsidRPr="007178AD">
        <w:trPr>
          <w:jc w:val="center"/>
        </w:trPr>
        <w:tc>
          <w:tcPr>
            <w:tcW w:w="396" w:type="dxa"/>
          </w:tcPr>
          <w:p w:rsidR="004B25B8" w:rsidRDefault="005D2361">
            <w:r>
              <w:rPr>
                <w:sz w:val="17"/>
              </w:rPr>
              <w:t>9</w:t>
            </w:r>
          </w:p>
        </w:tc>
        <w:tc>
          <w:tcPr>
            <w:tcW w:w="3061" w:type="dxa"/>
          </w:tcPr>
          <w:p w:rsidR="004B25B8" w:rsidRDefault="005D2361">
            <w:r>
              <w:rPr>
                <w:sz w:val="17"/>
              </w:rPr>
              <w:t>Банк и вклад</w:t>
            </w:r>
          </w:p>
        </w:tc>
        <w:tc>
          <w:tcPr>
            <w:tcW w:w="453" w:type="dxa"/>
          </w:tcPr>
          <w:p w:rsidR="004B25B8" w:rsidRDefault="005D2361">
            <w:r>
              <w:rPr>
                <w:sz w:val="17"/>
              </w:rPr>
              <w:t>1</w:t>
            </w:r>
          </w:p>
        </w:tc>
        <w:tc>
          <w:tcPr>
            <w:tcW w:w="510" w:type="dxa"/>
          </w:tcPr>
          <w:p w:rsidR="004B25B8" w:rsidRDefault="005D2361">
            <w:r>
              <w:rPr>
                <w:sz w:val="17"/>
              </w:rPr>
              <w:t>—</w:t>
            </w:r>
          </w:p>
        </w:tc>
        <w:tc>
          <w:tcPr>
            <w:tcW w:w="567" w:type="dxa"/>
          </w:tcPr>
          <w:p w:rsidR="004B25B8" w:rsidRDefault="005D2361">
            <w:r>
              <w:rPr>
                <w:sz w:val="17"/>
              </w:rPr>
              <w:t>—</w:t>
            </w:r>
          </w:p>
        </w:tc>
        <w:tc>
          <w:tcPr>
            <w:tcW w:w="1304" w:type="dxa"/>
          </w:tcPr>
          <w:p w:rsidR="004B25B8" w:rsidRDefault="005D2361">
            <w:r>
              <w:rPr>
                <w:sz w:val="17"/>
              </w:rPr>
              <w:t>[по календарному графику]</w:t>
            </w:r>
          </w:p>
        </w:tc>
        <w:tc>
          <w:tcPr>
            <w:tcW w:w="3231" w:type="dxa"/>
          </w:tcPr>
          <w:p w:rsidR="004B25B8" w:rsidRPr="00132C52" w:rsidRDefault="005D2361">
            <w:pPr>
              <w:rPr>
                <w:lang w:val="ru-RU"/>
              </w:rPr>
            </w:pPr>
            <w:r w:rsidRPr="00132C52">
              <w:rPr>
                <w:sz w:val="17"/>
                <w:lang w:val="ru-RU"/>
              </w:rPr>
              <w:t>ФГИС «Моя школа»; РЭШ; «Финансовая культура» Банка России.</w:t>
            </w:r>
          </w:p>
        </w:tc>
      </w:tr>
      <w:tr w:rsidR="004B25B8" w:rsidRPr="007178AD">
        <w:trPr>
          <w:jc w:val="center"/>
        </w:trPr>
        <w:tc>
          <w:tcPr>
            <w:tcW w:w="396" w:type="dxa"/>
          </w:tcPr>
          <w:p w:rsidR="004B25B8" w:rsidRDefault="005D2361">
            <w:r>
              <w:rPr>
                <w:sz w:val="17"/>
              </w:rPr>
              <w:t>10</w:t>
            </w:r>
          </w:p>
        </w:tc>
        <w:tc>
          <w:tcPr>
            <w:tcW w:w="3061" w:type="dxa"/>
          </w:tcPr>
          <w:p w:rsidR="004B25B8" w:rsidRDefault="005D2361">
            <w:r>
              <w:rPr>
                <w:sz w:val="17"/>
              </w:rPr>
              <w:t>Проценты: наглядно</w:t>
            </w:r>
          </w:p>
        </w:tc>
        <w:tc>
          <w:tcPr>
            <w:tcW w:w="453" w:type="dxa"/>
          </w:tcPr>
          <w:p w:rsidR="004B25B8" w:rsidRDefault="005D2361">
            <w:r>
              <w:rPr>
                <w:sz w:val="17"/>
              </w:rPr>
              <w:t>1</w:t>
            </w:r>
          </w:p>
        </w:tc>
        <w:tc>
          <w:tcPr>
            <w:tcW w:w="510" w:type="dxa"/>
          </w:tcPr>
          <w:p w:rsidR="004B25B8" w:rsidRDefault="005D2361">
            <w:r>
              <w:rPr>
                <w:sz w:val="17"/>
              </w:rPr>
              <w:t>—</w:t>
            </w:r>
          </w:p>
        </w:tc>
        <w:tc>
          <w:tcPr>
            <w:tcW w:w="567" w:type="dxa"/>
          </w:tcPr>
          <w:p w:rsidR="004B25B8" w:rsidRDefault="005D2361">
            <w:r>
              <w:rPr>
                <w:sz w:val="17"/>
              </w:rPr>
              <w:t>1</w:t>
            </w:r>
          </w:p>
        </w:tc>
        <w:tc>
          <w:tcPr>
            <w:tcW w:w="1304" w:type="dxa"/>
          </w:tcPr>
          <w:p w:rsidR="004B25B8" w:rsidRDefault="005D2361">
            <w:r>
              <w:rPr>
                <w:sz w:val="17"/>
              </w:rPr>
              <w:t>[по календарному графику]</w:t>
            </w:r>
          </w:p>
        </w:tc>
        <w:tc>
          <w:tcPr>
            <w:tcW w:w="3231" w:type="dxa"/>
          </w:tcPr>
          <w:p w:rsidR="004B25B8" w:rsidRPr="00132C52" w:rsidRDefault="005D2361">
            <w:pPr>
              <w:rPr>
                <w:lang w:val="ru-RU"/>
              </w:rPr>
            </w:pPr>
            <w:r w:rsidRPr="00132C52">
              <w:rPr>
                <w:sz w:val="17"/>
                <w:lang w:val="ru-RU"/>
              </w:rPr>
              <w:t>ФГИС «Моя школа»; РЭШ; «Финансовая культура» Банка России.</w:t>
            </w:r>
          </w:p>
        </w:tc>
      </w:tr>
      <w:tr w:rsidR="004B25B8" w:rsidRPr="007178AD">
        <w:trPr>
          <w:jc w:val="center"/>
        </w:trPr>
        <w:tc>
          <w:tcPr>
            <w:tcW w:w="396" w:type="dxa"/>
          </w:tcPr>
          <w:p w:rsidR="004B25B8" w:rsidRDefault="005D2361">
            <w:r>
              <w:rPr>
                <w:sz w:val="17"/>
              </w:rPr>
              <w:t>11</w:t>
            </w:r>
          </w:p>
        </w:tc>
        <w:tc>
          <w:tcPr>
            <w:tcW w:w="3061" w:type="dxa"/>
          </w:tcPr>
          <w:p w:rsidR="004B25B8" w:rsidRDefault="005D2361">
            <w:r>
              <w:rPr>
                <w:sz w:val="17"/>
              </w:rPr>
              <w:t>Банковская карта</w:t>
            </w:r>
          </w:p>
        </w:tc>
        <w:tc>
          <w:tcPr>
            <w:tcW w:w="453" w:type="dxa"/>
          </w:tcPr>
          <w:p w:rsidR="004B25B8" w:rsidRDefault="005D2361">
            <w:r>
              <w:rPr>
                <w:sz w:val="17"/>
              </w:rPr>
              <w:t>1</w:t>
            </w:r>
          </w:p>
        </w:tc>
        <w:tc>
          <w:tcPr>
            <w:tcW w:w="510" w:type="dxa"/>
          </w:tcPr>
          <w:p w:rsidR="004B25B8" w:rsidRDefault="005D2361">
            <w:r>
              <w:rPr>
                <w:sz w:val="17"/>
              </w:rPr>
              <w:t>—</w:t>
            </w:r>
          </w:p>
        </w:tc>
        <w:tc>
          <w:tcPr>
            <w:tcW w:w="567" w:type="dxa"/>
          </w:tcPr>
          <w:p w:rsidR="004B25B8" w:rsidRDefault="005D2361">
            <w:r>
              <w:rPr>
                <w:sz w:val="17"/>
              </w:rPr>
              <w:t>—</w:t>
            </w:r>
          </w:p>
        </w:tc>
        <w:tc>
          <w:tcPr>
            <w:tcW w:w="1304" w:type="dxa"/>
          </w:tcPr>
          <w:p w:rsidR="004B25B8" w:rsidRDefault="005D2361">
            <w:r>
              <w:rPr>
                <w:sz w:val="17"/>
              </w:rPr>
              <w:t>[по календарному графику]</w:t>
            </w:r>
          </w:p>
        </w:tc>
        <w:tc>
          <w:tcPr>
            <w:tcW w:w="3231" w:type="dxa"/>
          </w:tcPr>
          <w:p w:rsidR="004B25B8" w:rsidRPr="00132C52" w:rsidRDefault="005D2361">
            <w:pPr>
              <w:rPr>
                <w:lang w:val="ru-RU"/>
              </w:rPr>
            </w:pPr>
            <w:r w:rsidRPr="00132C52">
              <w:rPr>
                <w:sz w:val="17"/>
                <w:lang w:val="ru-RU"/>
              </w:rPr>
              <w:t>ФГИС «Моя школа»; РЭШ; «Финансовая культура» Банка России.</w:t>
            </w:r>
          </w:p>
        </w:tc>
      </w:tr>
      <w:tr w:rsidR="004B25B8" w:rsidRPr="007178AD">
        <w:trPr>
          <w:jc w:val="center"/>
        </w:trPr>
        <w:tc>
          <w:tcPr>
            <w:tcW w:w="396" w:type="dxa"/>
          </w:tcPr>
          <w:p w:rsidR="004B25B8" w:rsidRDefault="005D2361">
            <w:r>
              <w:rPr>
                <w:sz w:val="17"/>
              </w:rPr>
              <w:t>12</w:t>
            </w:r>
          </w:p>
        </w:tc>
        <w:tc>
          <w:tcPr>
            <w:tcW w:w="3061" w:type="dxa"/>
          </w:tcPr>
          <w:p w:rsidR="004B25B8" w:rsidRDefault="005D2361">
            <w:r>
              <w:rPr>
                <w:sz w:val="17"/>
              </w:rPr>
              <w:t>Платёжные сервисы</w:t>
            </w:r>
          </w:p>
        </w:tc>
        <w:tc>
          <w:tcPr>
            <w:tcW w:w="453" w:type="dxa"/>
          </w:tcPr>
          <w:p w:rsidR="004B25B8" w:rsidRDefault="005D2361">
            <w:r>
              <w:rPr>
                <w:sz w:val="17"/>
              </w:rPr>
              <w:t>1</w:t>
            </w:r>
          </w:p>
        </w:tc>
        <w:tc>
          <w:tcPr>
            <w:tcW w:w="510" w:type="dxa"/>
          </w:tcPr>
          <w:p w:rsidR="004B25B8" w:rsidRDefault="005D2361">
            <w:r>
              <w:rPr>
                <w:sz w:val="17"/>
              </w:rPr>
              <w:t>—</w:t>
            </w:r>
          </w:p>
        </w:tc>
        <w:tc>
          <w:tcPr>
            <w:tcW w:w="567" w:type="dxa"/>
          </w:tcPr>
          <w:p w:rsidR="004B25B8" w:rsidRDefault="005D2361">
            <w:r>
              <w:rPr>
                <w:sz w:val="17"/>
              </w:rPr>
              <w:t>—</w:t>
            </w:r>
          </w:p>
        </w:tc>
        <w:tc>
          <w:tcPr>
            <w:tcW w:w="1304" w:type="dxa"/>
          </w:tcPr>
          <w:p w:rsidR="004B25B8" w:rsidRDefault="005D2361">
            <w:r>
              <w:rPr>
                <w:sz w:val="17"/>
              </w:rPr>
              <w:t>[по календарному графику]</w:t>
            </w:r>
          </w:p>
        </w:tc>
        <w:tc>
          <w:tcPr>
            <w:tcW w:w="3231" w:type="dxa"/>
          </w:tcPr>
          <w:p w:rsidR="004B25B8" w:rsidRPr="00132C52" w:rsidRDefault="005D2361">
            <w:pPr>
              <w:rPr>
                <w:lang w:val="ru-RU"/>
              </w:rPr>
            </w:pPr>
            <w:r w:rsidRPr="00132C52">
              <w:rPr>
                <w:sz w:val="17"/>
                <w:lang w:val="ru-RU"/>
              </w:rPr>
              <w:t>ФГИС «Моя школа»; РЭШ; «Финансовая культура» Банка России.</w:t>
            </w:r>
          </w:p>
        </w:tc>
      </w:tr>
      <w:tr w:rsidR="004B25B8" w:rsidRPr="007178AD">
        <w:trPr>
          <w:jc w:val="center"/>
        </w:trPr>
        <w:tc>
          <w:tcPr>
            <w:tcW w:w="396" w:type="dxa"/>
          </w:tcPr>
          <w:p w:rsidR="004B25B8" w:rsidRDefault="005D2361">
            <w:r>
              <w:rPr>
                <w:sz w:val="17"/>
              </w:rPr>
              <w:t>13</w:t>
            </w:r>
          </w:p>
        </w:tc>
        <w:tc>
          <w:tcPr>
            <w:tcW w:w="3061" w:type="dxa"/>
          </w:tcPr>
          <w:p w:rsidR="004B25B8" w:rsidRDefault="005D2361">
            <w:r>
              <w:rPr>
                <w:sz w:val="17"/>
              </w:rPr>
              <w:t>Цифровой след</w:t>
            </w:r>
          </w:p>
        </w:tc>
        <w:tc>
          <w:tcPr>
            <w:tcW w:w="453" w:type="dxa"/>
          </w:tcPr>
          <w:p w:rsidR="004B25B8" w:rsidRDefault="005D2361">
            <w:r>
              <w:rPr>
                <w:sz w:val="17"/>
              </w:rPr>
              <w:t>1</w:t>
            </w:r>
          </w:p>
        </w:tc>
        <w:tc>
          <w:tcPr>
            <w:tcW w:w="510" w:type="dxa"/>
          </w:tcPr>
          <w:p w:rsidR="004B25B8" w:rsidRDefault="005D2361">
            <w:r>
              <w:rPr>
                <w:sz w:val="17"/>
              </w:rPr>
              <w:t>—</w:t>
            </w:r>
          </w:p>
        </w:tc>
        <w:tc>
          <w:tcPr>
            <w:tcW w:w="567" w:type="dxa"/>
          </w:tcPr>
          <w:p w:rsidR="004B25B8" w:rsidRDefault="005D2361">
            <w:r>
              <w:rPr>
                <w:sz w:val="17"/>
              </w:rPr>
              <w:t>—</w:t>
            </w:r>
          </w:p>
        </w:tc>
        <w:tc>
          <w:tcPr>
            <w:tcW w:w="1304" w:type="dxa"/>
          </w:tcPr>
          <w:p w:rsidR="004B25B8" w:rsidRDefault="005D2361">
            <w:r>
              <w:rPr>
                <w:sz w:val="17"/>
              </w:rPr>
              <w:t>[по календарному графику]</w:t>
            </w:r>
          </w:p>
        </w:tc>
        <w:tc>
          <w:tcPr>
            <w:tcW w:w="3231" w:type="dxa"/>
          </w:tcPr>
          <w:p w:rsidR="004B25B8" w:rsidRPr="00132C52" w:rsidRDefault="005D2361">
            <w:pPr>
              <w:rPr>
                <w:lang w:val="ru-RU"/>
              </w:rPr>
            </w:pPr>
            <w:r w:rsidRPr="00132C52">
              <w:rPr>
                <w:sz w:val="17"/>
                <w:lang w:val="ru-RU"/>
              </w:rPr>
              <w:t>ФГИС «Моя школа»; РЭШ; «Финансовая культура» Банка России.</w:t>
            </w:r>
          </w:p>
        </w:tc>
      </w:tr>
      <w:tr w:rsidR="004B25B8" w:rsidRPr="007178AD">
        <w:trPr>
          <w:jc w:val="center"/>
        </w:trPr>
        <w:tc>
          <w:tcPr>
            <w:tcW w:w="396" w:type="dxa"/>
          </w:tcPr>
          <w:p w:rsidR="004B25B8" w:rsidRDefault="005D2361">
            <w:r>
              <w:rPr>
                <w:sz w:val="17"/>
              </w:rPr>
              <w:t>14</w:t>
            </w:r>
          </w:p>
        </w:tc>
        <w:tc>
          <w:tcPr>
            <w:tcW w:w="3061" w:type="dxa"/>
          </w:tcPr>
          <w:p w:rsidR="004B25B8" w:rsidRDefault="005D2361">
            <w:r>
              <w:rPr>
                <w:sz w:val="17"/>
              </w:rPr>
              <w:t>Защита от мошенников</w:t>
            </w:r>
          </w:p>
        </w:tc>
        <w:tc>
          <w:tcPr>
            <w:tcW w:w="453" w:type="dxa"/>
          </w:tcPr>
          <w:p w:rsidR="004B25B8" w:rsidRDefault="005D2361">
            <w:r>
              <w:rPr>
                <w:sz w:val="17"/>
              </w:rPr>
              <w:t>1</w:t>
            </w:r>
          </w:p>
        </w:tc>
        <w:tc>
          <w:tcPr>
            <w:tcW w:w="510" w:type="dxa"/>
          </w:tcPr>
          <w:p w:rsidR="004B25B8" w:rsidRDefault="005D2361">
            <w:r>
              <w:rPr>
                <w:sz w:val="17"/>
              </w:rPr>
              <w:t>—</w:t>
            </w:r>
          </w:p>
        </w:tc>
        <w:tc>
          <w:tcPr>
            <w:tcW w:w="567" w:type="dxa"/>
          </w:tcPr>
          <w:p w:rsidR="004B25B8" w:rsidRDefault="005D2361">
            <w:r>
              <w:rPr>
                <w:sz w:val="17"/>
              </w:rPr>
              <w:t>—</w:t>
            </w:r>
          </w:p>
        </w:tc>
        <w:tc>
          <w:tcPr>
            <w:tcW w:w="1304" w:type="dxa"/>
          </w:tcPr>
          <w:p w:rsidR="004B25B8" w:rsidRDefault="005D2361">
            <w:r>
              <w:rPr>
                <w:sz w:val="17"/>
              </w:rPr>
              <w:t>[по календарному графику]</w:t>
            </w:r>
          </w:p>
        </w:tc>
        <w:tc>
          <w:tcPr>
            <w:tcW w:w="3231" w:type="dxa"/>
          </w:tcPr>
          <w:p w:rsidR="004B25B8" w:rsidRPr="00132C52" w:rsidRDefault="005D2361">
            <w:pPr>
              <w:rPr>
                <w:lang w:val="ru-RU"/>
              </w:rPr>
            </w:pPr>
            <w:r w:rsidRPr="00132C52">
              <w:rPr>
                <w:sz w:val="17"/>
                <w:lang w:val="ru-RU"/>
              </w:rPr>
              <w:t>ФГИС «Моя школа»; РЭШ; «Финансовая культура» Банка России.</w:t>
            </w:r>
          </w:p>
        </w:tc>
      </w:tr>
      <w:tr w:rsidR="004B25B8" w:rsidRPr="007178AD">
        <w:trPr>
          <w:jc w:val="center"/>
        </w:trPr>
        <w:tc>
          <w:tcPr>
            <w:tcW w:w="396" w:type="dxa"/>
          </w:tcPr>
          <w:p w:rsidR="004B25B8" w:rsidRDefault="005D2361">
            <w:r>
              <w:rPr>
                <w:sz w:val="17"/>
              </w:rPr>
              <w:t>15</w:t>
            </w:r>
          </w:p>
        </w:tc>
        <w:tc>
          <w:tcPr>
            <w:tcW w:w="3061" w:type="dxa"/>
          </w:tcPr>
          <w:p w:rsidR="004B25B8" w:rsidRDefault="005D2361">
            <w:r>
              <w:rPr>
                <w:sz w:val="17"/>
              </w:rPr>
              <w:t>Права потребителя</w:t>
            </w:r>
          </w:p>
        </w:tc>
        <w:tc>
          <w:tcPr>
            <w:tcW w:w="453" w:type="dxa"/>
          </w:tcPr>
          <w:p w:rsidR="004B25B8" w:rsidRDefault="005D2361">
            <w:r>
              <w:rPr>
                <w:sz w:val="17"/>
              </w:rPr>
              <w:t>1</w:t>
            </w:r>
          </w:p>
        </w:tc>
        <w:tc>
          <w:tcPr>
            <w:tcW w:w="510" w:type="dxa"/>
          </w:tcPr>
          <w:p w:rsidR="004B25B8" w:rsidRDefault="005D2361">
            <w:r>
              <w:rPr>
                <w:sz w:val="17"/>
              </w:rPr>
              <w:t>—</w:t>
            </w:r>
          </w:p>
        </w:tc>
        <w:tc>
          <w:tcPr>
            <w:tcW w:w="567" w:type="dxa"/>
          </w:tcPr>
          <w:p w:rsidR="004B25B8" w:rsidRDefault="005D2361">
            <w:r>
              <w:rPr>
                <w:sz w:val="17"/>
              </w:rPr>
              <w:t>1</w:t>
            </w:r>
          </w:p>
        </w:tc>
        <w:tc>
          <w:tcPr>
            <w:tcW w:w="1304" w:type="dxa"/>
          </w:tcPr>
          <w:p w:rsidR="004B25B8" w:rsidRDefault="005D2361">
            <w:r>
              <w:rPr>
                <w:sz w:val="17"/>
              </w:rPr>
              <w:t>[по календарному графику]</w:t>
            </w:r>
          </w:p>
        </w:tc>
        <w:tc>
          <w:tcPr>
            <w:tcW w:w="3231" w:type="dxa"/>
          </w:tcPr>
          <w:p w:rsidR="004B25B8" w:rsidRPr="00132C52" w:rsidRDefault="005D2361">
            <w:pPr>
              <w:rPr>
                <w:lang w:val="ru-RU"/>
              </w:rPr>
            </w:pPr>
            <w:r w:rsidRPr="00132C52">
              <w:rPr>
                <w:sz w:val="17"/>
                <w:lang w:val="ru-RU"/>
              </w:rPr>
              <w:t>ФГИС «Моя школа»; РЭШ; «Финансовая культура» Банка России.</w:t>
            </w:r>
          </w:p>
        </w:tc>
      </w:tr>
      <w:tr w:rsidR="004B25B8" w:rsidRPr="007178AD">
        <w:trPr>
          <w:jc w:val="center"/>
        </w:trPr>
        <w:tc>
          <w:tcPr>
            <w:tcW w:w="396" w:type="dxa"/>
          </w:tcPr>
          <w:p w:rsidR="004B25B8" w:rsidRDefault="005D2361">
            <w:r>
              <w:rPr>
                <w:sz w:val="17"/>
              </w:rPr>
              <w:t>16</w:t>
            </w:r>
          </w:p>
        </w:tc>
        <w:tc>
          <w:tcPr>
            <w:tcW w:w="3061" w:type="dxa"/>
          </w:tcPr>
          <w:p w:rsidR="004B25B8" w:rsidRDefault="005D2361">
            <w:r>
              <w:rPr>
                <w:sz w:val="17"/>
              </w:rPr>
              <w:t>Цена и качество</w:t>
            </w:r>
          </w:p>
        </w:tc>
        <w:tc>
          <w:tcPr>
            <w:tcW w:w="453" w:type="dxa"/>
          </w:tcPr>
          <w:p w:rsidR="004B25B8" w:rsidRDefault="005D2361">
            <w:r>
              <w:rPr>
                <w:sz w:val="17"/>
              </w:rPr>
              <w:t>1</w:t>
            </w:r>
          </w:p>
        </w:tc>
        <w:tc>
          <w:tcPr>
            <w:tcW w:w="510" w:type="dxa"/>
          </w:tcPr>
          <w:p w:rsidR="004B25B8" w:rsidRDefault="005D2361">
            <w:r>
              <w:rPr>
                <w:sz w:val="17"/>
              </w:rPr>
              <w:t>—</w:t>
            </w:r>
          </w:p>
        </w:tc>
        <w:tc>
          <w:tcPr>
            <w:tcW w:w="567" w:type="dxa"/>
          </w:tcPr>
          <w:p w:rsidR="004B25B8" w:rsidRDefault="005D2361">
            <w:r>
              <w:rPr>
                <w:sz w:val="17"/>
              </w:rPr>
              <w:t>—</w:t>
            </w:r>
          </w:p>
        </w:tc>
        <w:tc>
          <w:tcPr>
            <w:tcW w:w="1304" w:type="dxa"/>
          </w:tcPr>
          <w:p w:rsidR="004B25B8" w:rsidRDefault="005D2361">
            <w:r>
              <w:rPr>
                <w:sz w:val="17"/>
              </w:rPr>
              <w:t>[по календарному графику]</w:t>
            </w:r>
          </w:p>
        </w:tc>
        <w:tc>
          <w:tcPr>
            <w:tcW w:w="3231" w:type="dxa"/>
          </w:tcPr>
          <w:p w:rsidR="004B25B8" w:rsidRPr="00132C52" w:rsidRDefault="005D2361">
            <w:pPr>
              <w:rPr>
                <w:lang w:val="ru-RU"/>
              </w:rPr>
            </w:pPr>
            <w:r w:rsidRPr="00132C52">
              <w:rPr>
                <w:sz w:val="17"/>
                <w:lang w:val="ru-RU"/>
              </w:rPr>
              <w:t>ФГИС «Моя школа»; РЭШ; «Финансовая культура» Банка России.</w:t>
            </w:r>
          </w:p>
        </w:tc>
      </w:tr>
      <w:tr w:rsidR="004B25B8" w:rsidRPr="007178AD">
        <w:trPr>
          <w:jc w:val="center"/>
        </w:trPr>
        <w:tc>
          <w:tcPr>
            <w:tcW w:w="396" w:type="dxa"/>
          </w:tcPr>
          <w:p w:rsidR="004B25B8" w:rsidRDefault="005D2361">
            <w:r>
              <w:rPr>
                <w:sz w:val="17"/>
              </w:rPr>
              <w:t>17</w:t>
            </w:r>
          </w:p>
        </w:tc>
        <w:tc>
          <w:tcPr>
            <w:tcW w:w="3061" w:type="dxa"/>
          </w:tcPr>
          <w:p w:rsidR="004B25B8" w:rsidRDefault="005D2361">
            <w:r>
              <w:rPr>
                <w:sz w:val="17"/>
              </w:rPr>
              <w:t>Скидки: выгода или ловушка</w:t>
            </w:r>
          </w:p>
        </w:tc>
        <w:tc>
          <w:tcPr>
            <w:tcW w:w="453" w:type="dxa"/>
          </w:tcPr>
          <w:p w:rsidR="004B25B8" w:rsidRDefault="005D2361">
            <w:r>
              <w:rPr>
                <w:sz w:val="17"/>
              </w:rPr>
              <w:t>1</w:t>
            </w:r>
          </w:p>
        </w:tc>
        <w:tc>
          <w:tcPr>
            <w:tcW w:w="510" w:type="dxa"/>
          </w:tcPr>
          <w:p w:rsidR="004B25B8" w:rsidRDefault="005D2361">
            <w:r>
              <w:rPr>
                <w:sz w:val="17"/>
              </w:rPr>
              <w:t>—</w:t>
            </w:r>
          </w:p>
        </w:tc>
        <w:tc>
          <w:tcPr>
            <w:tcW w:w="567" w:type="dxa"/>
          </w:tcPr>
          <w:p w:rsidR="004B25B8" w:rsidRDefault="005D2361">
            <w:r>
              <w:rPr>
                <w:sz w:val="17"/>
              </w:rPr>
              <w:t>—</w:t>
            </w:r>
          </w:p>
        </w:tc>
        <w:tc>
          <w:tcPr>
            <w:tcW w:w="1304" w:type="dxa"/>
          </w:tcPr>
          <w:p w:rsidR="004B25B8" w:rsidRDefault="005D2361">
            <w:r>
              <w:rPr>
                <w:sz w:val="17"/>
              </w:rPr>
              <w:t>[по календарному графику]</w:t>
            </w:r>
          </w:p>
        </w:tc>
        <w:tc>
          <w:tcPr>
            <w:tcW w:w="3231" w:type="dxa"/>
          </w:tcPr>
          <w:p w:rsidR="004B25B8" w:rsidRPr="00132C52" w:rsidRDefault="005D2361">
            <w:pPr>
              <w:rPr>
                <w:lang w:val="ru-RU"/>
              </w:rPr>
            </w:pPr>
            <w:r w:rsidRPr="00132C52">
              <w:rPr>
                <w:sz w:val="17"/>
                <w:lang w:val="ru-RU"/>
              </w:rPr>
              <w:t>ФГИС «Моя школа»; РЭШ; «Финансовая культура» Банка России.</w:t>
            </w:r>
          </w:p>
        </w:tc>
      </w:tr>
      <w:tr w:rsidR="004B25B8" w:rsidRPr="007178AD">
        <w:trPr>
          <w:jc w:val="center"/>
        </w:trPr>
        <w:tc>
          <w:tcPr>
            <w:tcW w:w="396" w:type="dxa"/>
          </w:tcPr>
          <w:p w:rsidR="004B25B8" w:rsidRDefault="005D2361">
            <w:r>
              <w:rPr>
                <w:sz w:val="17"/>
              </w:rPr>
              <w:t>18</w:t>
            </w:r>
          </w:p>
        </w:tc>
        <w:tc>
          <w:tcPr>
            <w:tcW w:w="3061" w:type="dxa"/>
          </w:tcPr>
          <w:p w:rsidR="004B25B8" w:rsidRDefault="005D2361">
            <w:r>
              <w:rPr>
                <w:sz w:val="17"/>
              </w:rPr>
              <w:t>Реклама и критическое мышление</w:t>
            </w:r>
          </w:p>
        </w:tc>
        <w:tc>
          <w:tcPr>
            <w:tcW w:w="453" w:type="dxa"/>
          </w:tcPr>
          <w:p w:rsidR="004B25B8" w:rsidRDefault="005D2361">
            <w:r>
              <w:rPr>
                <w:sz w:val="17"/>
              </w:rPr>
              <w:t>1</w:t>
            </w:r>
          </w:p>
        </w:tc>
        <w:tc>
          <w:tcPr>
            <w:tcW w:w="510" w:type="dxa"/>
          </w:tcPr>
          <w:p w:rsidR="004B25B8" w:rsidRDefault="005D2361">
            <w:r>
              <w:rPr>
                <w:sz w:val="17"/>
              </w:rPr>
              <w:t>—</w:t>
            </w:r>
          </w:p>
        </w:tc>
        <w:tc>
          <w:tcPr>
            <w:tcW w:w="567" w:type="dxa"/>
          </w:tcPr>
          <w:p w:rsidR="004B25B8" w:rsidRDefault="005D2361">
            <w:r>
              <w:rPr>
                <w:sz w:val="17"/>
              </w:rPr>
              <w:t>—</w:t>
            </w:r>
          </w:p>
        </w:tc>
        <w:tc>
          <w:tcPr>
            <w:tcW w:w="1304" w:type="dxa"/>
          </w:tcPr>
          <w:p w:rsidR="004B25B8" w:rsidRDefault="005D2361">
            <w:r>
              <w:rPr>
                <w:sz w:val="17"/>
              </w:rPr>
              <w:t>[по календарному графику]</w:t>
            </w:r>
          </w:p>
        </w:tc>
        <w:tc>
          <w:tcPr>
            <w:tcW w:w="3231" w:type="dxa"/>
          </w:tcPr>
          <w:p w:rsidR="004B25B8" w:rsidRPr="00132C52" w:rsidRDefault="005D2361">
            <w:pPr>
              <w:rPr>
                <w:lang w:val="ru-RU"/>
              </w:rPr>
            </w:pPr>
            <w:r w:rsidRPr="00132C52">
              <w:rPr>
                <w:sz w:val="17"/>
                <w:lang w:val="ru-RU"/>
              </w:rPr>
              <w:t>ФГИС «Моя школа»; РЭШ; «Финансовая культура» Банка России.</w:t>
            </w:r>
          </w:p>
        </w:tc>
      </w:tr>
      <w:tr w:rsidR="004B25B8" w:rsidRPr="007178AD">
        <w:trPr>
          <w:jc w:val="center"/>
        </w:trPr>
        <w:tc>
          <w:tcPr>
            <w:tcW w:w="396" w:type="dxa"/>
          </w:tcPr>
          <w:p w:rsidR="004B25B8" w:rsidRDefault="005D2361">
            <w:r>
              <w:rPr>
                <w:sz w:val="17"/>
              </w:rPr>
              <w:t>19</w:t>
            </w:r>
          </w:p>
        </w:tc>
        <w:tc>
          <w:tcPr>
            <w:tcW w:w="3061" w:type="dxa"/>
          </w:tcPr>
          <w:p w:rsidR="004B25B8" w:rsidRDefault="005D2361">
            <w:r>
              <w:rPr>
                <w:sz w:val="17"/>
              </w:rPr>
              <w:t>Страхование</w:t>
            </w:r>
          </w:p>
        </w:tc>
        <w:tc>
          <w:tcPr>
            <w:tcW w:w="453" w:type="dxa"/>
          </w:tcPr>
          <w:p w:rsidR="004B25B8" w:rsidRDefault="005D2361">
            <w:r>
              <w:rPr>
                <w:sz w:val="17"/>
              </w:rPr>
              <w:t>1</w:t>
            </w:r>
          </w:p>
        </w:tc>
        <w:tc>
          <w:tcPr>
            <w:tcW w:w="510" w:type="dxa"/>
          </w:tcPr>
          <w:p w:rsidR="004B25B8" w:rsidRDefault="005D2361">
            <w:r>
              <w:rPr>
                <w:sz w:val="17"/>
              </w:rPr>
              <w:t>—</w:t>
            </w:r>
          </w:p>
        </w:tc>
        <w:tc>
          <w:tcPr>
            <w:tcW w:w="567" w:type="dxa"/>
          </w:tcPr>
          <w:p w:rsidR="004B25B8" w:rsidRDefault="005D2361">
            <w:r>
              <w:rPr>
                <w:sz w:val="17"/>
              </w:rPr>
              <w:t>—</w:t>
            </w:r>
          </w:p>
        </w:tc>
        <w:tc>
          <w:tcPr>
            <w:tcW w:w="1304" w:type="dxa"/>
          </w:tcPr>
          <w:p w:rsidR="004B25B8" w:rsidRDefault="005D2361">
            <w:r>
              <w:rPr>
                <w:sz w:val="17"/>
              </w:rPr>
              <w:t>[по календарному графику]</w:t>
            </w:r>
          </w:p>
        </w:tc>
        <w:tc>
          <w:tcPr>
            <w:tcW w:w="3231" w:type="dxa"/>
          </w:tcPr>
          <w:p w:rsidR="004B25B8" w:rsidRPr="00132C52" w:rsidRDefault="005D2361">
            <w:pPr>
              <w:rPr>
                <w:lang w:val="ru-RU"/>
              </w:rPr>
            </w:pPr>
            <w:r w:rsidRPr="00132C52">
              <w:rPr>
                <w:sz w:val="17"/>
                <w:lang w:val="ru-RU"/>
              </w:rPr>
              <w:t>ФГИС «Моя школа»; РЭШ; «Финансовая культура» Банка России.</w:t>
            </w:r>
          </w:p>
        </w:tc>
      </w:tr>
      <w:tr w:rsidR="004B25B8" w:rsidRPr="007178AD">
        <w:trPr>
          <w:jc w:val="center"/>
        </w:trPr>
        <w:tc>
          <w:tcPr>
            <w:tcW w:w="396" w:type="dxa"/>
          </w:tcPr>
          <w:p w:rsidR="004B25B8" w:rsidRDefault="005D2361">
            <w:r>
              <w:rPr>
                <w:sz w:val="17"/>
              </w:rPr>
              <w:t>20</w:t>
            </w:r>
          </w:p>
        </w:tc>
        <w:tc>
          <w:tcPr>
            <w:tcW w:w="3061" w:type="dxa"/>
          </w:tcPr>
          <w:p w:rsidR="004B25B8" w:rsidRDefault="005D2361">
            <w:r>
              <w:rPr>
                <w:sz w:val="17"/>
              </w:rPr>
              <w:t>Налоги и общественные блага</w:t>
            </w:r>
          </w:p>
        </w:tc>
        <w:tc>
          <w:tcPr>
            <w:tcW w:w="453" w:type="dxa"/>
          </w:tcPr>
          <w:p w:rsidR="004B25B8" w:rsidRDefault="005D2361">
            <w:r>
              <w:rPr>
                <w:sz w:val="17"/>
              </w:rPr>
              <w:t>1</w:t>
            </w:r>
          </w:p>
        </w:tc>
        <w:tc>
          <w:tcPr>
            <w:tcW w:w="510" w:type="dxa"/>
          </w:tcPr>
          <w:p w:rsidR="004B25B8" w:rsidRDefault="005D2361">
            <w:r>
              <w:rPr>
                <w:sz w:val="17"/>
              </w:rPr>
              <w:t>—</w:t>
            </w:r>
          </w:p>
        </w:tc>
        <w:tc>
          <w:tcPr>
            <w:tcW w:w="567" w:type="dxa"/>
          </w:tcPr>
          <w:p w:rsidR="004B25B8" w:rsidRDefault="005D2361">
            <w:r>
              <w:rPr>
                <w:sz w:val="17"/>
              </w:rPr>
              <w:t>1</w:t>
            </w:r>
          </w:p>
        </w:tc>
        <w:tc>
          <w:tcPr>
            <w:tcW w:w="1304" w:type="dxa"/>
          </w:tcPr>
          <w:p w:rsidR="004B25B8" w:rsidRDefault="005D2361">
            <w:r>
              <w:rPr>
                <w:sz w:val="17"/>
              </w:rPr>
              <w:t>[по календарному графику]</w:t>
            </w:r>
          </w:p>
        </w:tc>
        <w:tc>
          <w:tcPr>
            <w:tcW w:w="3231" w:type="dxa"/>
          </w:tcPr>
          <w:p w:rsidR="004B25B8" w:rsidRPr="00132C52" w:rsidRDefault="005D2361">
            <w:pPr>
              <w:rPr>
                <w:lang w:val="ru-RU"/>
              </w:rPr>
            </w:pPr>
            <w:r w:rsidRPr="00132C52">
              <w:rPr>
                <w:sz w:val="17"/>
                <w:lang w:val="ru-RU"/>
              </w:rPr>
              <w:t>ФГИС «Моя школа»; РЭШ; «Финансовая культура» Банка России.</w:t>
            </w:r>
          </w:p>
        </w:tc>
      </w:tr>
      <w:tr w:rsidR="004B25B8" w:rsidRPr="007178AD">
        <w:trPr>
          <w:jc w:val="center"/>
        </w:trPr>
        <w:tc>
          <w:tcPr>
            <w:tcW w:w="396" w:type="dxa"/>
          </w:tcPr>
          <w:p w:rsidR="004B25B8" w:rsidRDefault="005D2361">
            <w:r>
              <w:rPr>
                <w:sz w:val="17"/>
              </w:rPr>
              <w:t>21</w:t>
            </w:r>
          </w:p>
        </w:tc>
        <w:tc>
          <w:tcPr>
            <w:tcW w:w="3061" w:type="dxa"/>
          </w:tcPr>
          <w:p w:rsidR="004B25B8" w:rsidRDefault="005D2361">
            <w:r>
              <w:rPr>
                <w:sz w:val="17"/>
              </w:rPr>
              <w:t>Трудовой доход</w:t>
            </w:r>
          </w:p>
        </w:tc>
        <w:tc>
          <w:tcPr>
            <w:tcW w:w="453" w:type="dxa"/>
          </w:tcPr>
          <w:p w:rsidR="004B25B8" w:rsidRDefault="005D2361">
            <w:r>
              <w:rPr>
                <w:sz w:val="17"/>
              </w:rPr>
              <w:t>1</w:t>
            </w:r>
          </w:p>
        </w:tc>
        <w:tc>
          <w:tcPr>
            <w:tcW w:w="510" w:type="dxa"/>
          </w:tcPr>
          <w:p w:rsidR="004B25B8" w:rsidRDefault="005D2361">
            <w:r>
              <w:rPr>
                <w:sz w:val="17"/>
              </w:rPr>
              <w:t>—</w:t>
            </w:r>
          </w:p>
        </w:tc>
        <w:tc>
          <w:tcPr>
            <w:tcW w:w="567" w:type="dxa"/>
          </w:tcPr>
          <w:p w:rsidR="004B25B8" w:rsidRDefault="005D2361">
            <w:r>
              <w:rPr>
                <w:sz w:val="17"/>
              </w:rPr>
              <w:t>—</w:t>
            </w:r>
          </w:p>
        </w:tc>
        <w:tc>
          <w:tcPr>
            <w:tcW w:w="1304" w:type="dxa"/>
          </w:tcPr>
          <w:p w:rsidR="004B25B8" w:rsidRDefault="005D2361">
            <w:r>
              <w:rPr>
                <w:sz w:val="17"/>
              </w:rPr>
              <w:t>[по календарному графику]</w:t>
            </w:r>
          </w:p>
        </w:tc>
        <w:tc>
          <w:tcPr>
            <w:tcW w:w="3231" w:type="dxa"/>
          </w:tcPr>
          <w:p w:rsidR="004B25B8" w:rsidRPr="00132C52" w:rsidRDefault="005D2361">
            <w:pPr>
              <w:rPr>
                <w:lang w:val="ru-RU"/>
              </w:rPr>
            </w:pPr>
            <w:r w:rsidRPr="00132C52">
              <w:rPr>
                <w:sz w:val="17"/>
                <w:lang w:val="ru-RU"/>
              </w:rPr>
              <w:t>ФГИС «Моя школа»; РЭШ; «Финансовая культура» Банка России.</w:t>
            </w:r>
          </w:p>
        </w:tc>
      </w:tr>
      <w:tr w:rsidR="004B25B8" w:rsidRPr="007178AD">
        <w:trPr>
          <w:jc w:val="center"/>
        </w:trPr>
        <w:tc>
          <w:tcPr>
            <w:tcW w:w="396" w:type="dxa"/>
          </w:tcPr>
          <w:p w:rsidR="004B25B8" w:rsidRDefault="005D2361">
            <w:r>
              <w:rPr>
                <w:sz w:val="17"/>
              </w:rPr>
              <w:t>22</w:t>
            </w:r>
          </w:p>
        </w:tc>
        <w:tc>
          <w:tcPr>
            <w:tcW w:w="3061" w:type="dxa"/>
          </w:tcPr>
          <w:p w:rsidR="004B25B8" w:rsidRDefault="005D2361">
            <w:r>
              <w:rPr>
                <w:sz w:val="17"/>
              </w:rPr>
              <w:t>Предпринимательство</w:t>
            </w:r>
          </w:p>
        </w:tc>
        <w:tc>
          <w:tcPr>
            <w:tcW w:w="453" w:type="dxa"/>
          </w:tcPr>
          <w:p w:rsidR="004B25B8" w:rsidRDefault="005D2361">
            <w:r>
              <w:rPr>
                <w:sz w:val="17"/>
              </w:rPr>
              <w:t>1</w:t>
            </w:r>
          </w:p>
        </w:tc>
        <w:tc>
          <w:tcPr>
            <w:tcW w:w="510" w:type="dxa"/>
          </w:tcPr>
          <w:p w:rsidR="004B25B8" w:rsidRDefault="005D2361">
            <w:r>
              <w:rPr>
                <w:sz w:val="17"/>
              </w:rPr>
              <w:t>—</w:t>
            </w:r>
          </w:p>
        </w:tc>
        <w:tc>
          <w:tcPr>
            <w:tcW w:w="567" w:type="dxa"/>
          </w:tcPr>
          <w:p w:rsidR="004B25B8" w:rsidRDefault="005D2361">
            <w:r>
              <w:rPr>
                <w:sz w:val="17"/>
              </w:rPr>
              <w:t>—</w:t>
            </w:r>
          </w:p>
        </w:tc>
        <w:tc>
          <w:tcPr>
            <w:tcW w:w="1304" w:type="dxa"/>
          </w:tcPr>
          <w:p w:rsidR="004B25B8" w:rsidRDefault="005D2361">
            <w:r>
              <w:rPr>
                <w:sz w:val="17"/>
              </w:rPr>
              <w:t>[по календарному графику]</w:t>
            </w:r>
          </w:p>
        </w:tc>
        <w:tc>
          <w:tcPr>
            <w:tcW w:w="3231" w:type="dxa"/>
          </w:tcPr>
          <w:p w:rsidR="004B25B8" w:rsidRPr="00132C52" w:rsidRDefault="005D2361">
            <w:pPr>
              <w:rPr>
                <w:lang w:val="ru-RU"/>
              </w:rPr>
            </w:pPr>
            <w:r w:rsidRPr="00132C52">
              <w:rPr>
                <w:sz w:val="17"/>
                <w:lang w:val="ru-RU"/>
              </w:rPr>
              <w:t>ФГИС «Моя школа»; РЭШ; «Финансовая культура» Банка России.</w:t>
            </w:r>
          </w:p>
        </w:tc>
      </w:tr>
      <w:tr w:rsidR="004B25B8" w:rsidRPr="007178AD">
        <w:trPr>
          <w:jc w:val="center"/>
        </w:trPr>
        <w:tc>
          <w:tcPr>
            <w:tcW w:w="396" w:type="dxa"/>
          </w:tcPr>
          <w:p w:rsidR="004B25B8" w:rsidRDefault="005D2361">
            <w:r>
              <w:rPr>
                <w:sz w:val="17"/>
              </w:rPr>
              <w:t>23</w:t>
            </w:r>
          </w:p>
        </w:tc>
        <w:tc>
          <w:tcPr>
            <w:tcW w:w="3061" w:type="dxa"/>
          </w:tcPr>
          <w:p w:rsidR="004B25B8" w:rsidRDefault="005D2361">
            <w:r>
              <w:rPr>
                <w:sz w:val="17"/>
              </w:rPr>
              <w:t>Бизнес-идея</w:t>
            </w:r>
          </w:p>
        </w:tc>
        <w:tc>
          <w:tcPr>
            <w:tcW w:w="453" w:type="dxa"/>
          </w:tcPr>
          <w:p w:rsidR="004B25B8" w:rsidRDefault="005D2361">
            <w:r>
              <w:rPr>
                <w:sz w:val="17"/>
              </w:rPr>
              <w:t>1</w:t>
            </w:r>
          </w:p>
        </w:tc>
        <w:tc>
          <w:tcPr>
            <w:tcW w:w="510" w:type="dxa"/>
          </w:tcPr>
          <w:p w:rsidR="004B25B8" w:rsidRDefault="005D2361">
            <w:r>
              <w:rPr>
                <w:sz w:val="17"/>
              </w:rPr>
              <w:t>—</w:t>
            </w:r>
          </w:p>
        </w:tc>
        <w:tc>
          <w:tcPr>
            <w:tcW w:w="567" w:type="dxa"/>
          </w:tcPr>
          <w:p w:rsidR="004B25B8" w:rsidRDefault="005D2361">
            <w:r>
              <w:rPr>
                <w:sz w:val="17"/>
              </w:rPr>
              <w:t>—</w:t>
            </w:r>
          </w:p>
        </w:tc>
        <w:tc>
          <w:tcPr>
            <w:tcW w:w="1304" w:type="dxa"/>
          </w:tcPr>
          <w:p w:rsidR="004B25B8" w:rsidRDefault="005D2361">
            <w:r>
              <w:rPr>
                <w:sz w:val="17"/>
              </w:rPr>
              <w:t>[по календарному графику]</w:t>
            </w:r>
          </w:p>
        </w:tc>
        <w:tc>
          <w:tcPr>
            <w:tcW w:w="3231" w:type="dxa"/>
          </w:tcPr>
          <w:p w:rsidR="004B25B8" w:rsidRPr="00132C52" w:rsidRDefault="005D2361">
            <w:pPr>
              <w:rPr>
                <w:lang w:val="ru-RU"/>
              </w:rPr>
            </w:pPr>
            <w:r w:rsidRPr="00132C52">
              <w:rPr>
                <w:sz w:val="17"/>
                <w:lang w:val="ru-RU"/>
              </w:rPr>
              <w:t>ФГИС «Моя школа»; РЭШ; «Финансовая культура» Банка России.</w:t>
            </w:r>
          </w:p>
        </w:tc>
      </w:tr>
      <w:tr w:rsidR="004B25B8" w:rsidRPr="007178AD">
        <w:trPr>
          <w:jc w:val="center"/>
        </w:trPr>
        <w:tc>
          <w:tcPr>
            <w:tcW w:w="396" w:type="dxa"/>
          </w:tcPr>
          <w:p w:rsidR="004B25B8" w:rsidRDefault="005D2361">
            <w:r>
              <w:rPr>
                <w:sz w:val="17"/>
              </w:rPr>
              <w:t>24</w:t>
            </w:r>
          </w:p>
        </w:tc>
        <w:tc>
          <w:tcPr>
            <w:tcW w:w="3061" w:type="dxa"/>
          </w:tcPr>
          <w:p w:rsidR="004B25B8" w:rsidRDefault="005D2361">
            <w:r>
              <w:rPr>
                <w:sz w:val="17"/>
              </w:rPr>
              <w:t>Благотворительность</w:t>
            </w:r>
          </w:p>
        </w:tc>
        <w:tc>
          <w:tcPr>
            <w:tcW w:w="453" w:type="dxa"/>
          </w:tcPr>
          <w:p w:rsidR="004B25B8" w:rsidRDefault="005D2361">
            <w:r>
              <w:rPr>
                <w:sz w:val="17"/>
              </w:rPr>
              <w:t>1</w:t>
            </w:r>
          </w:p>
        </w:tc>
        <w:tc>
          <w:tcPr>
            <w:tcW w:w="510" w:type="dxa"/>
          </w:tcPr>
          <w:p w:rsidR="004B25B8" w:rsidRDefault="005D2361">
            <w:r>
              <w:rPr>
                <w:sz w:val="17"/>
              </w:rPr>
              <w:t>—</w:t>
            </w:r>
          </w:p>
        </w:tc>
        <w:tc>
          <w:tcPr>
            <w:tcW w:w="567" w:type="dxa"/>
          </w:tcPr>
          <w:p w:rsidR="004B25B8" w:rsidRDefault="005D2361">
            <w:r>
              <w:rPr>
                <w:sz w:val="17"/>
              </w:rPr>
              <w:t>—</w:t>
            </w:r>
          </w:p>
        </w:tc>
        <w:tc>
          <w:tcPr>
            <w:tcW w:w="1304" w:type="dxa"/>
          </w:tcPr>
          <w:p w:rsidR="004B25B8" w:rsidRDefault="005D2361">
            <w:r>
              <w:rPr>
                <w:sz w:val="17"/>
              </w:rPr>
              <w:t>[по календарному графику]</w:t>
            </w:r>
          </w:p>
        </w:tc>
        <w:tc>
          <w:tcPr>
            <w:tcW w:w="3231" w:type="dxa"/>
          </w:tcPr>
          <w:p w:rsidR="004B25B8" w:rsidRPr="00132C52" w:rsidRDefault="005D2361">
            <w:pPr>
              <w:rPr>
                <w:lang w:val="ru-RU"/>
              </w:rPr>
            </w:pPr>
            <w:r w:rsidRPr="00132C52">
              <w:rPr>
                <w:sz w:val="17"/>
                <w:lang w:val="ru-RU"/>
              </w:rPr>
              <w:t>ФГИС «Моя школа»; РЭШ; «Финансовая культура» Банка России.</w:t>
            </w:r>
          </w:p>
        </w:tc>
      </w:tr>
      <w:tr w:rsidR="004B25B8" w:rsidRPr="007178AD">
        <w:trPr>
          <w:jc w:val="center"/>
        </w:trPr>
        <w:tc>
          <w:tcPr>
            <w:tcW w:w="396" w:type="dxa"/>
          </w:tcPr>
          <w:p w:rsidR="004B25B8" w:rsidRDefault="005D2361">
            <w:r>
              <w:rPr>
                <w:sz w:val="17"/>
              </w:rPr>
              <w:t>25</w:t>
            </w:r>
          </w:p>
        </w:tc>
        <w:tc>
          <w:tcPr>
            <w:tcW w:w="3061" w:type="dxa"/>
          </w:tcPr>
          <w:p w:rsidR="004B25B8" w:rsidRDefault="005D2361">
            <w:r>
              <w:rPr>
                <w:sz w:val="17"/>
              </w:rPr>
              <w:t>Экология и финансы</w:t>
            </w:r>
          </w:p>
        </w:tc>
        <w:tc>
          <w:tcPr>
            <w:tcW w:w="453" w:type="dxa"/>
          </w:tcPr>
          <w:p w:rsidR="004B25B8" w:rsidRDefault="005D2361">
            <w:r>
              <w:rPr>
                <w:sz w:val="17"/>
              </w:rPr>
              <w:t>1</w:t>
            </w:r>
          </w:p>
        </w:tc>
        <w:tc>
          <w:tcPr>
            <w:tcW w:w="510" w:type="dxa"/>
          </w:tcPr>
          <w:p w:rsidR="004B25B8" w:rsidRDefault="005D2361">
            <w:r>
              <w:rPr>
                <w:sz w:val="17"/>
              </w:rPr>
              <w:t>—</w:t>
            </w:r>
          </w:p>
        </w:tc>
        <w:tc>
          <w:tcPr>
            <w:tcW w:w="567" w:type="dxa"/>
          </w:tcPr>
          <w:p w:rsidR="004B25B8" w:rsidRDefault="005D2361">
            <w:r>
              <w:rPr>
                <w:sz w:val="17"/>
              </w:rPr>
              <w:t>1</w:t>
            </w:r>
          </w:p>
        </w:tc>
        <w:tc>
          <w:tcPr>
            <w:tcW w:w="1304" w:type="dxa"/>
          </w:tcPr>
          <w:p w:rsidR="004B25B8" w:rsidRDefault="005D2361">
            <w:r>
              <w:rPr>
                <w:sz w:val="17"/>
              </w:rPr>
              <w:t>[по календарному графику]</w:t>
            </w:r>
          </w:p>
        </w:tc>
        <w:tc>
          <w:tcPr>
            <w:tcW w:w="3231" w:type="dxa"/>
          </w:tcPr>
          <w:p w:rsidR="004B25B8" w:rsidRPr="00132C52" w:rsidRDefault="005D2361">
            <w:pPr>
              <w:rPr>
                <w:lang w:val="ru-RU"/>
              </w:rPr>
            </w:pPr>
            <w:r w:rsidRPr="00132C52">
              <w:rPr>
                <w:sz w:val="17"/>
                <w:lang w:val="ru-RU"/>
              </w:rPr>
              <w:t>ФГИС «Моя школа»; РЭШ; «Финансовая культура» Банка России.</w:t>
            </w:r>
          </w:p>
        </w:tc>
      </w:tr>
      <w:tr w:rsidR="004B25B8" w:rsidRPr="007178AD">
        <w:trPr>
          <w:jc w:val="center"/>
        </w:trPr>
        <w:tc>
          <w:tcPr>
            <w:tcW w:w="396" w:type="dxa"/>
          </w:tcPr>
          <w:p w:rsidR="004B25B8" w:rsidRDefault="005D2361">
            <w:r>
              <w:rPr>
                <w:sz w:val="17"/>
              </w:rPr>
              <w:t>26</w:t>
            </w:r>
          </w:p>
        </w:tc>
        <w:tc>
          <w:tcPr>
            <w:tcW w:w="3061" w:type="dxa"/>
          </w:tcPr>
          <w:p w:rsidR="004B25B8" w:rsidRDefault="005D2361">
            <w:r>
              <w:rPr>
                <w:sz w:val="17"/>
              </w:rPr>
              <w:t>Практикум «Бюджет семьи»</w:t>
            </w:r>
          </w:p>
        </w:tc>
        <w:tc>
          <w:tcPr>
            <w:tcW w:w="453" w:type="dxa"/>
          </w:tcPr>
          <w:p w:rsidR="004B25B8" w:rsidRDefault="005D2361">
            <w:r>
              <w:rPr>
                <w:sz w:val="17"/>
              </w:rPr>
              <w:t>1</w:t>
            </w:r>
          </w:p>
        </w:tc>
        <w:tc>
          <w:tcPr>
            <w:tcW w:w="510" w:type="dxa"/>
          </w:tcPr>
          <w:p w:rsidR="004B25B8" w:rsidRDefault="005D2361">
            <w:r>
              <w:rPr>
                <w:sz w:val="17"/>
              </w:rPr>
              <w:t>—</w:t>
            </w:r>
          </w:p>
        </w:tc>
        <w:tc>
          <w:tcPr>
            <w:tcW w:w="567" w:type="dxa"/>
          </w:tcPr>
          <w:p w:rsidR="004B25B8" w:rsidRDefault="005D2361">
            <w:r>
              <w:rPr>
                <w:sz w:val="17"/>
              </w:rPr>
              <w:t>—</w:t>
            </w:r>
          </w:p>
        </w:tc>
        <w:tc>
          <w:tcPr>
            <w:tcW w:w="1304" w:type="dxa"/>
          </w:tcPr>
          <w:p w:rsidR="004B25B8" w:rsidRDefault="005D2361">
            <w:r>
              <w:rPr>
                <w:sz w:val="17"/>
              </w:rPr>
              <w:t>[по календарному графику]</w:t>
            </w:r>
          </w:p>
        </w:tc>
        <w:tc>
          <w:tcPr>
            <w:tcW w:w="3231" w:type="dxa"/>
          </w:tcPr>
          <w:p w:rsidR="004B25B8" w:rsidRPr="00132C52" w:rsidRDefault="005D2361">
            <w:pPr>
              <w:rPr>
                <w:lang w:val="ru-RU"/>
              </w:rPr>
            </w:pPr>
            <w:r w:rsidRPr="00132C52">
              <w:rPr>
                <w:sz w:val="17"/>
                <w:lang w:val="ru-RU"/>
              </w:rPr>
              <w:t>ФГИС «Моя школа»; РЭШ; «Финансовая культура» Банка России.</w:t>
            </w:r>
          </w:p>
        </w:tc>
      </w:tr>
      <w:tr w:rsidR="004B25B8" w:rsidRPr="007178AD">
        <w:trPr>
          <w:jc w:val="center"/>
        </w:trPr>
        <w:tc>
          <w:tcPr>
            <w:tcW w:w="396" w:type="dxa"/>
          </w:tcPr>
          <w:p w:rsidR="004B25B8" w:rsidRDefault="005D2361">
            <w:r>
              <w:rPr>
                <w:sz w:val="17"/>
              </w:rPr>
              <w:t>27</w:t>
            </w:r>
          </w:p>
        </w:tc>
        <w:tc>
          <w:tcPr>
            <w:tcW w:w="3061" w:type="dxa"/>
          </w:tcPr>
          <w:p w:rsidR="004B25B8" w:rsidRDefault="005D2361">
            <w:r>
              <w:rPr>
                <w:sz w:val="17"/>
              </w:rPr>
              <w:t>Кейс «Безопасная покупка»</w:t>
            </w:r>
          </w:p>
        </w:tc>
        <w:tc>
          <w:tcPr>
            <w:tcW w:w="453" w:type="dxa"/>
          </w:tcPr>
          <w:p w:rsidR="004B25B8" w:rsidRDefault="005D2361">
            <w:r>
              <w:rPr>
                <w:sz w:val="17"/>
              </w:rPr>
              <w:t>1</w:t>
            </w:r>
          </w:p>
        </w:tc>
        <w:tc>
          <w:tcPr>
            <w:tcW w:w="510" w:type="dxa"/>
          </w:tcPr>
          <w:p w:rsidR="004B25B8" w:rsidRDefault="005D2361">
            <w:r>
              <w:rPr>
                <w:sz w:val="17"/>
              </w:rPr>
              <w:t>—</w:t>
            </w:r>
          </w:p>
        </w:tc>
        <w:tc>
          <w:tcPr>
            <w:tcW w:w="567" w:type="dxa"/>
          </w:tcPr>
          <w:p w:rsidR="004B25B8" w:rsidRDefault="005D2361">
            <w:r>
              <w:rPr>
                <w:sz w:val="17"/>
              </w:rPr>
              <w:t>—</w:t>
            </w:r>
          </w:p>
        </w:tc>
        <w:tc>
          <w:tcPr>
            <w:tcW w:w="1304" w:type="dxa"/>
          </w:tcPr>
          <w:p w:rsidR="004B25B8" w:rsidRDefault="005D2361">
            <w:r>
              <w:rPr>
                <w:sz w:val="17"/>
              </w:rPr>
              <w:t>[по календарному графику]</w:t>
            </w:r>
          </w:p>
        </w:tc>
        <w:tc>
          <w:tcPr>
            <w:tcW w:w="3231" w:type="dxa"/>
          </w:tcPr>
          <w:p w:rsidR="004B25B8" w:rsidRPr="00132C52" w:rsidRDefault="005D2361">
            <w:pPr>
              <w:rPr>
                <w:lang w:val="ru-RU"/>
              </w:rPr>
            </w:pPr>
            <w:r w:rsidRPr="00132C52">
              <w:rPr>
                <w:sz w:val="17"/>
                <w:lang w:val="ru-RU"/>
              </w:rPr>
              <w:t>ФГИС «Моя школа»; РЭШ; «Финансовая культура» Банка России.</w:t>
            </w:r>
          </w:p>
        </w:tc>
      </w:tr>
      <w:tr w:rsidR="004B25B8" w:rsidRPr="007178AD">
        <w:trPr>
          <w:jc w:val="center"/>
        </w:trPr>
        <w:tc>
          <w:tcPr>
            <w:tcW w:w="396" w:type="dxa"/>
          </w:tcPr>
          <w:p w:rsidR="004B25B8" w:rsidRDefault="005D2361">
            <w:r>
              <w:rPr>
                <w:sz w:val="17"/>
              </w:rPr>
              <w:t>28</w:t>
            </w:r>
          </w:p>
        </w:tc>
        <w:tc>
          <w:tcPr>
            <w:tcW w:w="3061" w:type="dxa"/>
          </w:tcPr>
          <w:p w:rsidR="004B25B8" w:rsidRDefault="005D2361">
            <w:r>
              <w:rPr>
                <w:sz w:val="17"/>
              </w:rPr>
              <w:t>Кейс «Письмо мошенника»</w:t>
            </w:r>
          </w:p>
        </w:tc>
        <w:tc>
          <w:tcPr>
            <w:tcW w:w="453" w:type="dxa"/>
          </w:tcPr>
          <w:p w:rsidR="004B25B8" w:rsidRDefault="005D2361">
            <w:r>
              <w:rPr>
                <w:sz w:val="17"/>
              </w:rPr>
              <w:t>1</w:t>
            </w:r>
          </w:p>
        </w:tc>
        <w:tc>
          <w:tcPr>
            <w:tcW w:w="510" w:type="dxa"/>
          </w:tcPr>
          <w:p w:rsidR="004B25B8" w:rsidRDefault="005D2361">
            <w:r>
              <w:rPr>
                <w:sz w:val="17"/>
              </w:rPr>
              <w:t>—</w:t>
            </w:r>
          </w:p>
        </w:tc>
        <w:tc>
          <w:tcPr>
            <w:tcW w:w="567" w:type="dxa"/>
          </w:tcPr>
          <w:p w:rsidR="004B25B8" w:rsidRDefault="005D2361">
            <w:r>
              <w:rPr>
                <w:sz w:val="17"/>
              </w:rPr>
              <w:t>—</w:t>
            </w:r>
          </w:p>
        </w:tc>
        <w:tc>
          <w:tcPr>
            <w:tcW w:w="1304" w:type="dxa"/>
          </w:tcPr>
          <w:p w:rsidR="004B25B8" w:rsidRDefault="005D2361">
            <w:r>
              <w:rPr>
                <w:sz w:val="17"/>
              </w:rPr>
              <w:t>[по календарному графику]</w:t>
            </w:r>
          </w:p>
        </w:tc>
        <w:tc>
          <w:tcPr>
            <w:tcW w:w="3231" w:type="dxa"/>
          </w:tcPr>
          <w:p w:rsidR="004B25B8" w:rsidRPr="00132C52" w:rsidRDefault="005D2361">
            <w:pPr>
              <w:rPr>
                <w:lang w:val="ru-RU"/>
              </w:rPr>
            </w:pPr>
            <w:r w:rsidRPr="00132C52">
              <w:rPr>
                <w:sz w:val="17"/>
                <w:lang w:val="ru-RU"/>
              </w:rPr>
              <w:t>ФГИС «Моя школа»; РЭШ; «Финансовая культура» Банка России.</w:t>
            </w:r>
          </w:p>
        </w:tc>
      </w:tr>
      <w:tr w:rsidR="004B25B8" w:rsidRPr="007178AD">
        <w:trPr>
          <w:jc w:val="center"/>
        </w:trPr>
        <w:tc>
          <w:tcPr>
            <w:tcW w:w="396" w:type="dxa"/>
          </w:tcPr>
          <w:p w:rsidR="004B25B8" w:rsidRDefault="005D2361">
            <w:r>
              <w:rPr>
                <w:sz w:val="17"/>
              </w:rPr>
              <w:t>29</w:t>
            </w:r>
          </w:p>
        </w:tc>
        <w:tc>
          <w:tcPr>
            <w:tcW w:w="3061" w:type="dxa"/>
          </w:tcPr>
          <w:p w:rsidR="004B25B8" w:rsidRDefault="005D2361">
            <w:r>
              <w:rPr>
                <w:sz w:val="17"/>
              </w:rPr>
              <w:t>Проект: финансовая цель</w:t>
            </w:r>
          </w:p>
        </w:tc>
        <w:tc>
          <w:tcPr>
            <w:tcW w:w="453" w:type="dxa"/>
          </w:tcPr>
          <w:p w:rsidR="004B25B8" w:rsidRDefault="005D2361">
            <w:r>
              <w:rPr>
                <w:sz w:val="17"/>
              </w:rPr>
              <w:t>1</w:t>
            </w:r>
          </w:p>
        </w:tc>
        <w:tc>
          <w:tcPr>
            <w:tcW w:w="510" w:type="dxa"/>
          </w:tcPr>
          <w:p w:rsidR="004B25B8" w:rsidRDefault="005D2361">
            <w:r>
              <w:rPr>
                <w:sz w:val="17"/>
              </w:rPr>
              <w:t>—</w:t>
            </w:r>
          </w:p>
        </w:tc>
        <w:tc>
          <w:tcPr>
            <w:tcW w:w="567" w:type="dxa"/>
          </w:tcPr>
          <w:p w:rsidR="004B25B8" w:rsidRDefault="005D2361">
            <w:r>
              <w:rPr>
                <w:sz w:val="17"/>
              </w:rPr>
              <w:t>—</w:t>
            </w:r>
          </w:p>
        </w:tc>
        <w:tc>
          <w:tcPr>
            <w:tcW w:w="1304" w:type="dxa"/>
          </w:tcPr>
          <w:p w:rsidR="004B25B8" w:rsidRDefault="005D2361">
            <w:r>
              <w:rPr>
                <w:sz w:val="17"/>
              </w:rPr>
              <w:t>[по календарному графику]</w:t>
            </w:r>
          </w:p>
        </w:tc>
        <w:tc>
          <w:tcPr>
            <w:tcW w:w="3231" w:type="dxa"/>
          </w:tcPr>
          <w:p w:rsidR="004B25B8" w:rsidRPr="00132C52" w:rsidRDefault="005D2361">
            <w:pPr>
              <w:rPr>
                <w:lang w:val="ru-RU"/>
              </w:rPr>
            </w:pPr>
            <w:r w:rsidRPr="00132C52">
              <w:rPr>
                <w:sz w:val="17"/>
                <w:lang w:val="ru-RU"/>
              </w:rPr>
              <w:t>ФГИС «Моя школа»; РЭШ; «Финансовая культура» Банка России.</w:t>
            </w:r>
          </w:p>
        </w:tc>
      </w:tr>
      <w:tr w:rsidR="004B25B8" w:rsidRPr="007178AD">
        <w:trPr>
          <w:jc w:val="center"/>
        </w:trPr>
        <w:tc>
          <w:tcPr>
            <w:tcW w:w="396" w:type="dxa"/>
          </w:tcPr>
          <w:p w:rsidR="004B25B8" w:rsidRDefault="005D2361">
            <w:r>
              <w:rPr>
                <w:sz w:val="17"/>
              </w:rPr>
              <w:t>30</w:t>
            </w:r>
          </w:p>
        </w:tc>
        <w:tc>
          <w:tcPr>
            <w:tcW w:w="3061" w:type="dxa"/>
          </w:tcPr>
          <w:p w:rsidR="004B25B8" w:rsidRDefault="005D2361">
            <w:r>
              <w:rPr>
                <w:sz w:val="17"/>
              </w:rPr>
              <w:t>Проект: план накопления</w:t>
            </w:r>
          </w:p>
        </w:tc>
        <w:tc>
          <w:tcPr>
            <w:tcW w:w="453" w:type="dxa"/>
          </w:tcPr>
          <w:p w:rsidR="004B25B8" w:rsidRDefault="005D2361">
            <w:r>
              <w:rPr>
                <w:sz w:val="17"/>
              </w:rPr>
              <w:t>1</w:t>
            </w:r>
          </w:p>
        </w:tc>
        <w:tc>
          <w:tcPr>
            <w:tcW w:w="510" w:type="dxa"/>
          </w:tcPr>
          <w:p w:rsidR="004B25B8" w:rsidRDefault="005D2361">
            <w:r>
              <w:rPr>
                <w:sz w:val="17"/>
              </w:rPr>
              <w:t>—</w:t>
            </w:r>
          </w:p>
        </w:tc>
        <w:tc>
          <w:tcPr>
            <w:tcW w:w="567" w:type="dxa"/>
          </w:tcPr>
          <w:p w:rsidR="004B25B8" w:rsidRDefault="005D2361">
            <w:r>
              <w:rPr>
                <w:sz w:val="17"/>
              </w:rPr>
              <w:t>1</w:t>
            </w:r>
          </w:p>
        </w:tc>
        <w:tc>
          <w:tcPr>
            <w:tcW w:w="1304" w:type="dxa"/>
          </w:tcPr>
          <w:p w:rsidR="004B25B8" w:rsidRDefault="005D2361">
            <w:r>
              <w:rPr>
                <w:sz w:val="17"/>
              </w:rPr>
              <w:t>[по календарному графику]</w:t>
            </w:r>
          </w:p>
        </w:tc>
        <w:tc>
          <w:tcPr>
            <w:tcW w:w="3231" w:type="dxa"/>
          </w:tcPr>
          <w:p w:rsidR="004B25B8" w:rsidRPr="00132C52" w:rsidRDefault="005D2361">
            <w:pPr>
              <w:rPr>
                <w:lang w:val="ru-RU"/>
              </w:rPr>
            </w:pPr>
            <w:r w:rsidRPr="00132C52">
              <w:rPr>
                <w:sz w:val="17"/>
                <w:lang w:val="ru-RU"/>
              </w:rPr>
              <w:t>ФГИС «Моя школа»; РЭШ; «Финансовая культура» Банка России.</w:t>
            </w:r>
          </w:p>
        </w:tc>
      </w:tr>
      <w:tr w:rsidR="004B25B8" w:rsidRPr="007178AD">
        <w:trPr>
          <w:jc w:val="center"/>
        </w:trPr>
        <w:tc>
          <w:tcPr>
            <w:tcW w:w="396" w:type="dxa"/>
          </w:tcPr>
          <w:p w:rsidR="004B25B8" w:rsidRDefault="005D2361">
            <w:r>
              <w:rPr>
                <w:sz w:val="17"/>
              </w:rPr>
              <w:t>31</w:t>
            </w:r>
          </w:p>
        </w:tc>
        <w:tc>
          <w:tcPr>
            <w:tcW w:w="3061" w:type="dxa"/>
          </w:tcPr>
          <w:p w:rsidR="004B25B8" w:rsidRDefault="005D2361">
            <w:r>
              <w:rPr>
                <w:sz w:val="17"/>
              </w:rPr>
              <w:t>Защита проекта</w:t>
            </w:r>
          </w:p>
        </w:tc>
        <w:tc>
          <w:tcPr>
            <w:tcW w:w="453" w:type="dxa"/>
          </w:tcPr>
          <w:p w:rsidR="004B25B8" w:rsidRDefault="005D2361">
            <w:r>
              <w:rPr>
                <w:sz w:val="17"/>
              </w:rPr>
              <w:t>1</w:t>
            </w:r>
          </w:p>
        </w:tc>
        <w:tc>
          <w:tcPr>
            <w:tcW w:w="510" w:type="dxa"/>
          </w:tcPr>
          <w:p w:rsidR="004B25B8" w:rsidRDefault="005D2361">
            <w:r>
              <w:rPr>
                <w:sz w:val="17"/>
              </w:rPr>
              <w:t>—</w:t>
            </w:r>
          </w:p>
        </w:tc>
        <w:tc>
          <w:tcPr>
            <w:tcW w:w="567" w:type="dxa"/>
          </w:tcPr>
          <w:p w:rsidR="004B25B8" w:rsidRDefault="005D2361">
            <w:r>
              <w:rPr>
                <w:sz w:val="17"/>
              </w:rPr>
              <w:t>—</w:t>
            </w:r>
          </w:p>
        </w:tc>
        <w:tc>
          <w:tcPr>
            <w:tcW w:w="1304" w:type="dxa"/>
          </w:tcPr>
          <w:p w:rsidR="004B25B8" w:rsidRDefault="005D2361">
            <w:r>
              <w:rPr>
                <w:sz w:val="17"/>
              </w:rPr>
              <w:t>[по календарному графику]</w:t>
            </w:r>
          </w:p>
        </w:tc>
        <w:tc>
          <w:tcPr>
            <w:tcW w:w="3231" w:type="dxa"/>
          </w:tcPr>
          <w:p w:rsidR="004B25B8" w:rsidRPr="00132C52" w:rsidRDefault="005D2361">
            <w:pPr>
              <w:rPr>
                <w:lang w:val="ru-RU"/>
              </w:rPr>
            </w:pPr>
            <w:r w:rsidRPr="00132C52">
              <w:rPr>
                <w:sz w:val="17"/>
                <w:lang w:val="ru-RU"/>
              </w:rPr>
              <w:t>ФГИС «Моя школа»; РЭШ; «Финансовая культура» Банка России.</w:t>
            </w:r>
          </w:p>
        </w:tc>
      </w:tr>
      <w:tr w:rsidR="004B25B8" w:rsidRPr="007178AD">
        <w:trPr>
          <w:jc w:val="center"/>
        </w:trPr>
        <w:tc>
          <w:tcPr>
            <w:tcW w:w="396" w:type="dxa"/>
          </w:tcPr>
          <w:p w:rsidR="004B25B8" w:rsidRDefault="005D2361">
            <w:r>
              <w:rPr>
                <w:sz w:val="17"/>
              </w:rPr>
              <w:t>32</w:t>
            </w:r>
          </w:p>
        </w:tc>
        <w:tc>
          <w:tcPr>
            <w:tcW w:w="3061" w:type="dxa"/>
          </w:tcPr>
          <w:p w:rsidR="004B25B8" w:rsidRDefault="005D2361">
            <w:r>
              <w:rPr>
                <w:sz w:val="17"/>
              </w:rPr>
              <w:t>Повторение</w:t>
            </w:r>
          </w:p>
        </w:tc>
        <w:tc>
          <w:tcPr>
            <w:tcW w:w="453" w:type="dxa"/>
          </w:tcPr>
          <w:p w:rsidR="004B25B8" w:rsidRDefault="005D2361">
            <w:r>
              <w:rPr>
                <w:sz w:val="17"/>
              </w:rPr>
              <w:t>1</w:t>
            </w:r>
          </w:p>
        </w:tc>
        <w:tc>
          <w:tcPr>
            <w:tcW w:w="510" w:type="dxa"/>
          </w:tcPr>
          <w:p w:rsidR="004B25B8" w:rsidRDefault="005D2361">
            <w:r>
              <w:rPr>
                <w:sz w:val="17"/>
              </w:rPr>
              <w:t>—</w:t>
            </w:r>
          </w:p>
        </w:tc>
        <w:tc>
          <w:tcPr>
            <w:tcW w:w="567" w:type="dxa"/>
          </w:tcPr>
          <w:p w:rsidR="004B25B8" w:rsidRDefault="005D2361">
            <w:r>
              <w:rPr>
                <w:sz w:val="17"/>
              </w:rPr>
              <w:t>—</w:t>
            </w:r>
          </w:p>
        </w:tc>
        <w:tc>
          <w:tcPr>
            <w:tcW w:w="1304" w:type="dxa"/>
          </w:tcPr>
          <w:p w:rsidR="004B25B8" w:rsidRDefault="005D2361">
            <w:r>
              <w:rPr>
                <w:sz w:val="17"/>
              </w:rPr>
              <w:t>[по календарному графику]</w:t>
            </w:r>
          </w:p>
        </w:tc>
        <w:tc>
          <w:tcPr>
            <w:tcW w:w="3231" w:type="dxa"/>
          </w:tcPr>
          <w:p w:rsidR="004B25B8" w:rsidRPr="00132C52" w:rsidRDefault="005D2361">
            <w:pPr>
              <w:rPr>
                <w:lang w:val="ru-RU"/>
              </w:rPr>
            </w:pPr>
            <w:r w:rsidRPr="00132C52">
              <w:rPr>
                <w:sz w:val="17"/>
                <w:lang w:val="ru-RU"/>
              </w:rPr>
              <w:t>ФГИС «Моя школа»; РЭШ; «Финансовая культура» Банка России.</w:t>
            </w:r>
          </w:p>
        </w:tc>
      </w:tr>
      <w:tr w:rsidR="004B25B8" w:rsidRPr="007178AD">
        <w:trPr>
          <w:jc w:val="center"/>
        </w:trPr>
        <w:tc>
          <w:tcPr>
            <w:tcW w:w="396" w:type="dxa"/>
          </w:tcPr>
          <w:p w:rsidR="004B25B8" w:rsidRDefault="005D2361">
            <w:r>
              <w:rPr>
                <w:sz w:val="17"/>
              </w:rPr>
              <w:t>33</w:t>
            </w:r>
          </w:p>
        </w:tc>
        <w:tc>
          <w:tcPr>
            <w:tcW w:w="3061" w:type="dxa"/>
          </w:tcPr>
          <w:p w:rsidR="004B25B8" w:rsidRDefault="005D2361">
            <w:r>
              <w:rPr>
                <w:sz w:val="17"/>
              </w:rPr>
              <w:t>Итоговая работа</w:t>
            </w:r>
          </w:p>
        </w:tc>
        <w:tc>
          <w:tcPr>
            <w:tcW w:w="453" w:type="dxa"/>
          </w:tcPr>
          <w:p w:rsidR="004B25B8" w:rsidRDefault="005D2361">
            <w:r>
              <w:rPr>
                <w:sz w:val="17"/>
              </w:rPr>
              <w:t>1</w:t>
            </w:r>
          </w:p>
        </w:tc>
        <w:tc>
          <w:tcPr>
            <w:tcW w:w="510" w:type="dxa"/>
          </w:tcPr>
          <w:p w:rsidR="004B25B8" w:rsidRDefault="005D2361">
            <w:r>
              <w:rPr>
                <w:sz w:val="17"/>
              </w:rPr>
              <w:t>1</w:t>
            </w:r>
          </w:p>
        </w:tc>
        <w:tc>
          <w:tcPr>
            <w:tcW w:w="567" w:type="dxa"/>
          </w:tcPr>
          <w:p w:rsidR="004B25B8" w:rsidRDefault="005D2361">
            <w:r>
              <w:rPr>
                <w:sz w:val="17"/>
              </w:rPr>
              <w:t>—</w:t>
            </w:r>
          </w:p>
        </w:tc>
        <w:tc>
          <w:tcPr>
            <w:tcW w:w="1304" w:type="dxa"/>
          </w:tcPr>
          <w:p w:rsidR="004B25B8" w:rsidRDefault="005D2361">
            <w:r>
              <w:rPr>
                <w:sz w:val="17"/>
              </w:rPr>
              <w:t>[по календарному графику]</w:t>
            </w:r>
          </w:p>
        </w:tc>
        <w:tc>
          <w:tcPr>
            <w:tcW w:w="3231" w:type="dxa"/>
          </w:tcPr>
          <w:p w:rsidR="004B25B8" w:rsidRPr="00132C52" w:rsidRDefault="005D2361">
            <w:pPr>
              <w:rPr>
                <w:lang w:val="ru-RU"/>
              </w:rPr>
            </w:pPr>
            <w:r w:rsidRPr="00132C52">
              <w:rPr>
                <w:sz w:val="17"/>
                <w:lang w:val="ru-RU"/>
              </w:rPr>
              <w:t>ФГИС «Моя школа»; РЭШ; «Финансовая культура» Банка России.</w:t>
            </w:r>
          </w:p>
        </w:tc>
      </w:tr>
      <w:tr w:rsidR="004B25B8" w:rsidRPr="007178AD">
        <w:trPr>
          <w:jc w:val="center"/>
        </w:trPr>
        <w:tc>
          <w:tcPr>
            <w:tcW w:w="396" w:type="dxa"/>
          </w:tcPr>
          <w:p w:rsidR="004B25B8" w:rsidRDefault="005D2361">
            <w:r>
              <w:rPr>
                <w:sz w:val="17"/>
              </w:rPr>
              <w:t>34</w:t>
            </w:r>
          </w:p>
        </w:tc>
        <w:tc>
          <w:tcPr>
            <w:tcW w:w="3061" w:type="dxa"/>
          </w:tcPr>
          <w:p w:rsidR="004B25B8" w:rsidRDefault="005D2361">
            <w:r>
              <w:rPr>
                <w:sz w:val="17"/>
              </w:rPr>
              <w:t>Рефлексия</w:t>
            </w:r>
          </w:p>
        </w:tc>
        <w:tc>
          <w:tcPr>
            <w:tcW w:w="453" w:type="dxa"/>
          </w:tcPr>
          <w:p w:rsidR="004B25B8" w:rsidRDefault="005D2361">
            <w:r>
              <w:rPr>
                <w:sz w:val="17"/>
              </w:rPr>
              <w:t>1</w:t>
            </w:r>
          </w:p>
        </w:tc>
        <w:tc>
          <w:tcPr>
            <w:tcW w:w="510" w:type="dxa"/>
          </w:tcPr>
          <w:p w:rsidR="004B25B8" w:rsidRDefault="005D2361">
            <w:r>
              <w:rPr>
                <w:sz w:val="17"/>
              </w:rPr>
              <w:t>—</w:t>
            </w:r>
          </w:p>
        </w:tc>
        <w:tc>
          <w:tcPr>
            <w:tcW w:w="567" w:type="dxa"/>
          </w:tcPr>
          <w:p w:rsidR="004B25B8" w:rsidRDefault="005D2361">
            <w:r>
              <w:rPr>
                <w:sz w:val="17"/>
              </w:rPr>
              <w:t>—</w:t>
            </w:r>
          </w:p>
        </w:tc>
        <w:tc>
          <w:tcPr>
            <w:tcW w:w="1304" w:type="dxa"/>
          </w:tcPr>
          <w:p w:rsidR="004B25B8" w:rsidRDefault="005D2361">
            <w:r>
              <w:rPr>
                <w:sz w:val="17"/>
              </w:rPr>
              <w:t>[по календарному графику]</w:t>
            </w:r>
          </w:p>
        </w:tc>
        <w:tc>
          <w:tcPr>
            <w:tcW w:w="3231" w:type="dxa"/>
          </w:tcPr>
          <w:p w:rsidR="004B25B8" w:rsidRPr="00132C52" w:rsidRDefault="005D2361">
            <w:pPr>
              <w:rPr>
                <w:lang w:val="ru-RU"/>
              </w:rPr>
            </w:pPr>
            <w:r w:rsidRPr="00132C52">
              <w:rPr>
                <w:sz w:val="17"/>
                <w:lang w:val="ru-RU"/>
              </w:rPr>
              <w:t>ФГИС «Моя школа»; РЭШ; «Финансовая культура» Банка России.</w:t>
            </w:r>
          </w:p>
        </w:tc>
      </w:tr>
    </w:tbl>
    <w:p w:rsidR="004B25B8" w:rsidRPr="00132C52" w:rsidRDefault="004B25B8">
      <w:pPr>
        <w:spacing w:after="40"/>
        <w:rPr>
          <w:lang w:val="ru-RU"/>
        </w:rPr>
      </w:pPr>
    </w:p>
    <w:p w:rsidR="004B25B8" w:rsidRPr="00132C52" w:rsidRDefault="005D2361">
      <w:pPr>
        <w:rPr>
          <w:lang w:val="ru-RU"/>
        </w:rPr>
      </w:pPr>
      <w:r w:rsidRPr="00132C52">
        <w:rPr>
          <w:lang w:val="ru-RU"/>
        </w:rPr>
        <w:br w:type="page"/>
      </w:r>
    </w:p>
    <w:p w:rsidR="004B25B8" w:rsidRDefault="005D2361">
      <w:pPr>
        <w:pStyle w:val="1"/>
        <w:spacing w:before="200" w:after="120"/>
      </w:pPr>
      <w:r>
        <w:rPr>
          <w:rFonts w:ascii="Times New Roman" w:hAnsi="Times New Roman"/>
          <w:sz w:val="26"/>
        </w:rPr>
        <w:t>ТЕМАТИЧЕСКОЕ ПЛАНИРОВАНИЕ. 4 КЛАСС</w:t>
      </w:r>
    </w:p>
    <w:tbl>
      <w:tblPr>
        <w:tblStyle w:val="aff0"/>
        <w:tblW w:w="0" w:type="auto"/>
        <w:jc w:val="center"/>
        <w:tblLayout w:type="fixed"/>
        <w:tblLook w:val="04A0"/>
      </w:tblPr>
      <w:tblGrid>
        <w:gridCol w:w="453"/>
        <w:gridCol w:w="2664"/>
        <w:gridCol w:w="680"/>
        <w:gridCol w:w="850"/>
        <w:gridCol w:w="907"/>
        <w:gridCol w:w="3969"/>
      </w:tblGrid>
      <w:tr w:rsidR="004B25B8">
        <w:trPr>
          <w:jc w:val="center"/>
        </w:trPr>
        <w:tc>
          <w:tcPr>
            <w:tcW w:w="453" w:type="dxa"/>
            <w:shd w:val="clear" w:color="auto" w:fill="D9EAF7"/>
            <w:vAlign w:val="center"/>
          </w:tcPr>
          <w:p w:rsidR="004B25B8" w:rsidRDefault="005D2361">
            <w:pPr>
              <w:jc w:val="center"/>
            </w:pPr>
            <w:r>
              <w:rPr>
                <w:b/>
                <w:sz w:val="18"/>
              </w:rPr>
              <w:t>№</w:t>
            </w:r>
          </w:p>
        </w:tc>
        <w:tc>
          <w:tcPr>
            <w:tcW w:w="2664" w:type="dxa"/>
            <w:shd w:val="clear" w:color="auto" w:fill="D9EAF7"/>
            <w:vAlign w:val="center"/>
          </w:tcPr>
          <w:p w:rsidR="004B25B8" w:rsidRDefault="005D2361">
            <w:pPr>
              <w:jc w:val="center"/>
            </w:pPr>
            <w:r>
              <w:rPr>
                <w:b/>
                <w:sz w:val="18"/>
              </w:rPr>
              <w:t>Раздел</w:t>
            </w:r>
          </w:p>
        </w:tc>
        <w:tc>
          <w:tcPr>
            <w:tcW w:w="680" w:type="dxa"/>
            <w:shd w:val="clear" w:color="auto" w:fill="D9EAF7"/>
            <w:vAlign w:val="center"/>
          </w:tcPr>
          <w:p w:rsidR="004B25B8" w:rsidRDefault="005D2361">
            <w:pPr>
              <w:jc w:val="center"/>
            </w:pPr>
            <w:r>
              <w:rPr>
                <w:b/>
                <w:sz w:val="18"/>
              </w:rPr>
              <w:t>Всего часов</w:t>
            </w:r>
          </w:p>
        </w:tc>
        <w:tc>
          <w:tcPr>
            <w:tcW w:w="850" w:type="dxa"/>
            <w:shd w:val="clear" w:color="auto" w:fill="D9EAF7"/>
            <w:vAlign w:val="center"/>
          </w:tcPr>
          <w:p w:rsidR="004B25B8" w:rsidRDefault="005D2361">
            <w:pPr>
              <w:jc w:val="center"/>
            </w:pPr>
            <w:r>
              <w:rPr>
                <w:b/>
                <w:sz w:val="18"/>
              </w:rPr>
              <w:t>Контрольные работы</w:t>
            </w:r>
          </w:p>
        </w:tc>
        <w:tc>
          <w:tcPr>
            <w:tcW w:w="907" w:type="dxa"/>
            <w:shd w:val="clear" w:color="auto" w:fill="D9EAF7"/>
            <w:vAlign w:val="center"/>
          </w:tcPr>
          <w:p w:rsidR="004B25B8" w:rsidRDefault="005D2361">
            <w:pPr>
              <w:jc w:val="center"/>
            </w:pPr>
            <w:r>
              <w:rPr>
                <w:b/>
                <w:sz w:val="18"/>
              </w:rPr>
              <w:t>Практические работы</w:t>
            </w:r>
          </w:p>
        </w:tc>
        <w:tc>
          <w:tcPr>
            <w:tcW w:w="3969" w:type="dxa"/>
            <w:shd w:val="clear" w:color="auto" w:fill="D9EAF7"/>
            <w:vAlign w:val="center"/>
          </w:tcPr>
          <w:p w:rsidR="004B25B8" w:rsidRDefault="005D2361">
            <w:pPr>
              <w:jc w:val="center"/>
            </w:pPr>
            <w:r>
              <w:rPr>
                <w:b/>
                <w:sz w:val="18"/>
              </w:rPr>
              <w:t>ЭОР</w:t>
            </w:r>
          </w:p>
        </w:tc>
      </w:tr>
      <w:tr w:rsidR="004B25B8" w:rsidRPr="007178AD">
        <w:trPr>
          <w:jc w:val="center"/>
        </w:trPr>
        <w:tc>
          <w:tcPr>
            <w:tcW w:w="453" w:type="dxa"/>
          </w:tcPr>
          <w:p w:rsidR="004B25B8" w:rsidRDefault="005D2361">
            <w:r>
              <w:rPr>
                <w:sz w:val="17"/>
              </w:rPr>
              <w:t>1</w:t>
            </w:r>
          </w:p>
        </w:tc>
        <w:tc>
          <w:tcPr>
            <w:tcW w:w="2664" w:type="dxa"/>
          </w:tcPr>
          <w:p w:rsidR="004B25B8" w:rsidRDefault="005D2361">
            <w:r>
              <w:rPr>
                <w:sz w:val="17"/>
              </w:rPr>
              <w:t>Личные финансы и бюджет</w:t>
            </w:r>
          </w:p>
        </w:tc>
        <w:tc>
          <w:tcPr>
            <w:tcW w:w="680" w:type="dxa"/>
          </w:tcPr>
          <w:p w:rsidR="004B25B8" w:rsidRDefault="005D2361">
            <w:r>
              <w:rPr>
                <w:sz w:val="17"/>
              </w:rPr>
              <w:t>8</w:t>
            </w:r>
          </w:p>
        </w:tc>
        <w:tc>
          <w:tcPr>
            <w:tcW w:w="850" w:type="dxa"/>
          </w:tcPr>
          <w:p w:rsidR="004B25B8" w:rsidRDefault="005D2361">
            <w:r>
              <w:rPr>
                <w:sz w:val="17"/>
              </w:rPr>
              <w:t>—</w:t>
            </w:r>
          </w:p>
        </w:tc>
        <w:tc>
          <w:tcPr>
            <w:tcW w:w="907" w:type="dxa"/>
          </w:tcPr>
          <w:p w:rsidR="004B25B8" w:rsidRDefault="005D2361">
            <w:r>
              <w:rPr>
                <w:sz w:val="17"/>
              </w:rPr>
              <w:t>2</w:t>
            </w:r>
          </w:p>
        </w:tc>
        <w:tc>
          <w:tcPr>
            <w:tcW w:w="3969" w:type="dxa"/>
          </w:tcPr>
          <w:p w:rsidR="004B25B8" w:rsidRPr="00132C52" w:rsidRDefault="005D2361">
            <w:pPr>
              <w:rPr>
                <w:lang w:val="ru-RU"/>
              </w:rPr>
            </w:pPr>
            <w:r w:rsidRPr="00132C52">
              <w:rPr>
                <w:sz w:val="17"/>
                <w:lang w:val="ru-RU"/>
              </w:rPr>
              <w:t>ФГИС «Моя школа»; РЭШ; «Финансовая культура» Банка России.</w:t>
            </w:r>
          </w:p>
        </w:tc>
      </w:tr>
      <w:tr w:rsidR="004B25B8" w:rsidRPr="007178AD">
        <w:trPr>
          <w:jc w:val="center"/>
        </w:trPr>
        <w:tc>
          <w:tcPr>
            <w:tcW w:w="453" w:type="dxa"/>
          </w:tcPr>
          <w:p w:rsidR="004B25B8" w:rsidRDefault="005D2361">
            <w:r>
              <w:rPr>
                <w:sz w:val="17"/>
              </w:rPr>
              <w:t>2</w:t>
            </w:r>
          </w:p>
        </w:tc>
        <w:tc>
          <w:tcPr>
            <w:tcW w:w="2664" w:type="dxa"/>
          </w:tcPr>
          <w:p w:rsidR="004B25B8" w:rsidRDefault="005D2361">
            <w:r>
              <w:rPr>
                <w:sz w:val="17"/>
              </w:rPr>
              <w:t>Финансовые продукты и услуги</w:t>
            </w:r>
          </w:p>
        </w:tc>
        <w:tc>
          <w:tcPr>
            <w:tcW w:w="680" w:type="dxa"/>
          </w:tcPr>
          <w:p w:rsidR="004B25B8" w:rsidRDefault="005D2361">
            <w:r>
              <w:rPr>
                <w:sz w:val="17"/>
              </w:rPr>
              <w:t>8</w:t>
            </w:r>
          </w:p>
        </w:tc>
        <w:tc>
          <w:tcPr>
            <w:tcW w:w="850" w:type="dxa"/>
          </w:tcPr>
          <w:p w:rsidR="004B25B8" w:rsidRDefault="005D2361">
            <w:r>
              <w:rPr>
                <w:sz w:val="17"/>
              </w:rPr>
              <w:t>—</w:t>
            </w:r>
          </w:p>
        </w:tc>
        <w:tc>
          <w:tcPr>
            <w:tcW w:w="907" w:type="dxa"/>
          </w:tcPr>
          <w:p w:rsidR="004B25B8" w:rsidRDefault="005D2361">
            <w:r>
              <w:rPr>
                <w:sz w:val="17"/>
              </w:rPr>
              <w:t>2</w:t>
            </w:r>
          </w:p>
        </w:tc>
        <w:tc>
          <w:tcPr>
            <w:tcW w:w="3969" w:type="dxa"/>
          </w:tcPr>
          <w:p w:rsidR="004B25B8" w:rsidRPr="00132C52" w:rsidRDefault="005D2361">
            <w:pPr>
              <w:rPr>
                <w:lang w:val="ru-RU"/>
              </w:rPr>
            </w:pPr>
            <w:r w:rsidRPr="00132C52">
              <w:rPr>
                <w:sz w:val="17"/>
                <w:lang w:val="ru-RU"/>
              </w:rPr>
              <w:t>ФГИС «Моя школа»; РЭШ; «Финансовая культура» Банка России.</w:t>
            </w:r>
          </w:p>
        </w:tc>
      </w:tr>
      <w:tr w:rsidR="004B25B8" w:rsidRPr="007178AD">
        <w:trPr>
          <w:jc w:val="center"/>
        </w:trPr>
        <w:tc>
          <w:tcPr>
            <w:tcW w:w="453" w:type="dxa"/>
          </w:tcPr>
          <w:p w:rsidR="004B25B8" w:rsidRDefault="005D2361">
            <w:r>
              <w:rPr>
                <w:sz w:val="17"/>
              </w:rPr>
              <w:t>3</w:t>
            </w:r>
          </w:p>
        </w:tc>
        <w:tc>
          <w:tcPr>
            <w:tcW w:w="2664" w:type="dxa"/>
          </w:tcPr>
          <w:p w:rsidR="004B25B8" w:rsidRDefault="005D2361">
            <w:r>
              <w:rPr>
                <w:sz w:val="17"/>
              </w:rPr>
              <w:t>Потребитель и безопасность</w:t>
            </w:r>
          </w:p>
        </w:tc>
        <w:tc>
          <w:tcPr>
            <w:tcW w:w="680" w:type="dxa"/>
          </w:tcPr>
          <w:p w:rsidR="004B25B8" w:rsidRDefault="005D2361">
            <w:r>
              <w:rPr>
                <w:sz w:val="17"/>
              </w:rPr>
              <w:t>9</w:t>
            </w:r>
          </w:p>
        </w:tc>
        <w:tc>
          <w:tcPr>
            <w:tcW w:w="850" w:type="dxa"/>
          </w:tcPr>
          <w:p w:rsidR="004B25B8" w:rsidRDefault="005D2361">
            <w:r>
              <w:rPr>
                <w:sz w:val="17"/>
              </w:rPr>
              <w:t>—</w:t>
            </w:r>
          </w:p>
        </w:tc>
        <w:tc>
          <w:tcPr>
            <w:tcW w:w="907" w:type="dxa"/>
          </w:tcPr>
          <w:p w:rsidR="004B25B8" w:rsidRDefault="005D2361">
            <w:r>
              <w:rPr>
                <w:sz w:val="17"/>
              </w:rPr>
              <w:t>2</w:t>
            </w:r>
          </w:p>
        </w:tc>
        <w:tc>
          <w:tcPr>
            <w:tcW w:w="3969" w:type="dxa"/>
          </w:tcPr>
          <w:p w:rsidR="004B25B8" w:rsidRPr="00132C52" w:rsidRDefault="005D2361">
            <w:pPr>
              <w:rPr>
                <w:lang w:val="ru-RU"/>
              </w:rPr>
            </w:pPr>
            <w:r w:rsidRPr="00132C52">
              <w:rPr>
                <w:sz w:val="17"/>
                <w:lang w:val="ru-RU"/>
              </w:rPr>
              <w:t>ФГИС «Моя школа»; РЭШ; «Финансовая культура» Банка России.</w:t>
            </w:r>
          </w:p>
        </w:tc>
      </w:tr>
      <w:tr w:rsidR="004B25B8" w:rsidRPr="007178AD">
        <w:trPr>
          <w:jc w:val="center"/>
        </w:trPr>
        <w:tc>
          <w:tcPr>
            <w:tcW w:w="453" w:type="dxa"/>
          </w:tcPr>
          <w:p w:rsidR="004B25B8" w:rsidRDefault="005D2361">
            <w:r>
              <w:rPr>
                <w:sz w:val="17"/>
              </w:rPr>
              <w:t>4</w:t>
            </w:r>
          </w:p>
        </w:tc>
        <w:tc>
          <w:tcPr>
            <w:tcW w:w="2664" w:type="dxa"/>
          </w:tcPr>
          <w:p w:rsidR="004B25B8" w:rsidRDefault="005D2361">
            <w:r>
              <w:rPr>
                <w:sz w:val="17"/>
              </w:rPr>
              <w:t>Труд, предпринимательство и проект</w:t>
            </w:r>
          </w:p>
        </w:tc>
        <w:tc>
          <w:tcPr>
            <w:tcW w:w="680" w:type="dxa"/>
          </w:tcPr>
          <w:p w:rsidR="004B25B8" w:rsidRDefault="005D2361">
            <w:r>
              <w:rPr>
                <w:sz w:val="17"/>
              </w:rPr>
              <w:t>7</w:t>
            </w:r>
          </w:p>
        </w:tc>
        <w:tc>
          <w:tcPr>
            <w:tcW w:w="850" w:type="dxa"/>
          </w:tcPr>
          <w:p w:rsidR="004B25B8" w:rsidRDefault="005D2361">
            <w:r>
              <w:rPr>
                <w:sz w:val="17"/>
              </w:rPr>
              <w:t>—</w:t>
            </w:r>
          </w:p>
        </w:tc>
        <w:tc>
          <w:tcPr>
            <w:tcW w:w="907" w:type="dxa"/>
          </w:tcPr>
          <w:p w:rsidR="004B25B8" w:rsidRDefault="005D2361">
            <w:r>
              <w:rPr>
                <w:sz w:val="17"/>
              </w:rPr>
              <w:t>2</w:t>
            </w:r>
          </w:p>
        </w:tc>
        <w:tc>
          <w:tcPr>
            <w:tcW w:w="3969" w:type="dxa"/>
          </w:tcPr>
          <w:p w:rsidR="004B25B8" w:rsidRPr="00132C52" w:rsidRDefault="005D2361">
            <w:pPr>
              <w:rPr>
                <w:lang w:val="ru-RU"/>
              </w:rPr>
            </w:pPr>
            <w:r w:rsidRPr="00132C52">
              <w:rPr>
                <w:sz w:val="17"/>
                <w:lang w:val="ru-RU"/>
              </w:rPr>
              <w:t>ФГИС «Моя школа»; РЭШ; «Финансовая культура» Банка России.</w:t>
            </w:r>
          </w:p>
        </w:tc>
      </w:tr>
      <w:tr w:rsidR="004B25B8" w:rsidRPr="007178AD">
        <w:trPr>
          <w:jc w:val="center"/>
        </w:trPr>
        <w:tc>
          <w:tcPr>
            <w:tcW w:w="453" w:type="dxa"/>
          </w:tcPr>
          <w:p w:rsidR="004B25B8" w:rsidRDefault="005D2361">
            <w:r>
              <w:rPr>
                <w:sz w:val="17"/>
              </w:rPr>
              <w:t>5</w:t>
            </w:r>
          </w:p>
        </w:tc>
        <w:tc>
          <w:tcPr>
            <w:tcW w:w="2664" w:type="dxa"/>
          </w:tcPr>
          <w:p w:rsidR="004B25B8" w:rsidRDefault="005D2361">
            <w:r>
              <w:rPr>
                <w:sz w:val="17"/>
              </w:rPr>
              <w:t>Повторение, итоговая работа</w:t>
            </w:r>
          </w:p>
        </w:tc>
        <w:tc>
          <w:tcPr>
            <w:tcW w:w="680" w:type="dxa"/>
          </w:tcPr>
          <w:p w:rsidR="004B25B8" w:rsidRDefault="005D2361">
            <w:r>
              <w:rPr>
                <w:sz w:val="17"/>
              </w:rPr>
              <w:t>2</w:t>
            </w:r>
          </w:p>
        </w:tc>
        <w:tc>
          <w:tcPr>
            <w:tcW w:w="850" w:type="dxa"/>
          </w:tcPr>
          <w:p w:rsidR="004B25B8" w:rsidRDefault="005D2361">
            <w:r>
              <w:rPr>
                <w:sz w:val="17"/>
              </w:rPr>
              <w:t>1</w:t>
            </w:r>
          </w:p>
        </w:tc>
        <w:tc>
          <w:tcPr>
            <w:tcW w:w="907" w:type="dxa"/>
          </w:tcPr>
          <w:p w:rsidR="004B25B8" w:rsidRDefault="005D2361">
            <w:r>
              <w:rPr>
                <w:sz w:val="17"/>
              </w:rPr>
              <w:t>—</w:t>
            </w:r>
          </w:p>
        </w:tc>
        <w:tc>
          <w:tcPr>
            <w:tcW w:w="3969" w:type="dxa"/>
          </w:tcPr>
          <w:p w:rsidR="004B25B8" w:rsidRPr="00132C52" w:rsidRDefault="005D2361">
            <w:pPr>
              <w:rPr>
                <w:lang w:val="ru-RU"/>
              </w:rPr>
            </w:pPr>
            <w:r w:rsidRPr="00132C52">
              <w:rPr>
                <w:sz w:val="17"/>
                <w:lang w:val="ru-RU"/>
              </w:rPr>
              <w:t>ФГИС «Моя школа»; РЭШ; «Финансовая культура» Банка России.</w:t>
            </w:r>
          </w:p>
        </w:tc>
      </w:tr>
      <w:tr w:rsidR="004B25B8">
        <w:trPr>
          <w:jc w:val="center"/>
        </w:trPr>
        <w:tc>
          <w:tcPr>
            <w:tcW w:w="453" w:type="dxa"/>
          </w:tcPr>
          <w:p w:rsidR="004B25B8" w:rsidRPr="00132C52" w:rsidRDefault="004B25B8">
            <w:pPr>
              <w:rPr>
                <w:lang w:val="ru-RU"/>
              </w:rPr>
            </w:pPr>
          </w:p>
        </w:tc>
        <w:tc>
          <w:tcPr>
            <w:tcW w:w="2664" w:type="dxa"/>
          </w:tcPr>
          <w:p w:rsidR="004B25B8" w:rsidRDefault="005D2361">
            <w:r>
              <w:rPr>
                <w:sz w:val="17"/>
              </w:rPr>
              <w:t>ИТОГО</w:t>
            </w:r>
          </w:p>
        </w:tc>
        <w:tc>
          <w:tcPr>
            <w:tcW w:w="680" w:type="dxa"/>
          </w:tcPr>
          <w:p w:rsidR="004B25B8" w:rsidRDefault="005D2361">
            <w:r>
              <w:rPr>
                <w:sz w:val="17"/>
              </w:rPr>
              <w:t>34</w:t>
            </w:r>
          </w:p>
        </w:tc>
        <w:tc>
          <w:tcPr>
            <w:tcW w:w="850" w:type="dxa"/>
          </w:tcPr>
          <w:p w:rsidR="004B25B8" w:rsidRDefault="005D2361">
            <w:r>
              <w:rPr>
                <w:sz w:val="17"/>
              </w:rPr>
              <w:t>1</w:t>
            </w:r>
          </w:p>
        </w:tc>
        <w:tc>
          <w:tcPr>
            <w:tcW w:w="907" w:type="dxa"/>
          </w:tcPr>
          <w:p w:rsidR="004B25B8" w:rsidRDefault="005D2361">
            <w:r>
              <w:rPr>
                <w:sz w:val="17"/>
              </w:rPr>
              <w:t>8</w:t>
            </w:r>
          </w:p>
        </w:tc>
        <w:tc>
          <w:tcPr>
            <w:tcW w:w="3969" w:type="dxa"/>
          </w:tcPr>
          <w:p w:rsidR="004B25B8" w:rsidRDefault="004B25B8"/>
        </w:tc>
      </w:tr>
    </w:tbl>
    <w:p w:rsidR="004B25B8" w:rsidRDefault="004B25B8">
      <w:pPr>
        <w:spacing w:after="40"/>
      </w:pPr>
    </w:p>
    <w:p w:rsidR="004B25B8" w:rsidRDefault="005D2361">
      <w:pPr>
        <w:pStyle w:val="1"/>
        <w:spacing w:before="200" w:after="120"/>
      </w:pPr>
      <w:r>
        <w:rPr>
          <w:rFonts w:ascii="Times New Roman" w:hAnsi="Times New Roman"/>
          <w:sz w:val="26"/>
        </w:rPr>
        <w:t>ПОУРОЧНОЕ ПЛАНИРОВАНИЕ (КТП). 4 КЛАСС</w:t>
      </w:r>
    </w:p>
    <w:tbl>
      <w:tblPr>
        <w:tblStyle w:val="aff0"/>
        <w:tblW w:w="0" w:type="auto"/>
        <w:jc w:val="center"/>
        <w:tblLayout w:type="fixed"/>
        <w:tblLook w:val="04A0"/>
      </w:tblPr>
      <w:tblGrid>
        <w:gridCol w:w="396"/>
        <w:gridCol w:w="3061"/>
        <w:gridCol w:w="453"/>
        <w:gridCol w:w="510"/>
        <w:gridCol w:w="567"/>
        <w:gridCol w:w="1304"/>
        <w:gridCol w:w="3231"/>
      </w:tblGrid>
      <w:tr w:rsidR="004B25B8">
        <w:trPr>
          <w:jc w:val="center"/>
        </w:trPr>
        <w:tc>
          <w:tcPr>
            <w:tcW w:w="396" w:type="dxa"/>
            <w:shd w:val="clear" w:color="auto" w:fill="D9EAF7"/>
            <w:vAlign w:val="center"/>
          </w:tcPr>
          <w:p w:rsidR="004B25B8" w:rsidRDefault="005D2361">
            <w:pPr>
              <w:jc w:val="center"/>
            </w:pPr>
            <w:r>
              <w:rPr>
                <w:b/>
                <w:sz w:val="18"/>
              </w:rPr>
              <w:t>№</w:t>
            </w:r>
          </w:p>
        </w:tc>
        <w:tc>
          <w:tcPr>
            <w:tcW w:w="3061" w:type="dxa"/>
            <w:shd w:val="clear" w:color="auto" w:fill="D9EAF7"/>
            <w:vAlign w:val="center"/>
          </w:tcPr>
          <w:p w:rsidR="004B25B8" w:rsidRDefault="005D2361">
            <w:pPr>
              <w:jc w:val="center"/>
            </w:pPr>
            <w:r>
              <w:rPr>
                <w:b/>
                <w:sz w:val="18"/>
              </w:rPr>
              <w:t>Тема занятия</w:t>
            </w:r>
          </w:p>
        </w:tc>
        <w:tc>
          <w:tcPr>
            <w:tcW w:w="453" w:type="dxa"/>
            <w:shd w:val="clear" w:color="auto" w:fill="D9EAF7"/>
            <w:vAlign w:val="center"/>
          </w:tcPr>
          <w:p w:rsidR="004B25B8" w:rsidRDefault="005D2361">
            <w:pPr>
              <w:jc w:val="center"/>
            </w:pPr>
            <w:r>
              <w:rPr>
                <w:b/>
                <w:sz w:val="18"/>
              </w:rPr>
              <w:t>Часы</w:t>
            </w:r>
          </w:p>
        </w:tc>
        <w:tc>
          <w:tcPr>
            <w:tcW w:w="510" w:type="dxa"/>
            <w:shd w:val="clear" w:color="auto" w:fill="D9EAF7"/>
            <w:vAlign w:val="center"/>
          </w:tcPr>
          <w:p w:rsidR="004B25B8" w:rsidRDefault="005D2361">
            <w:pPr>
              <w:jc w:val="center"/>
            </w:pPr>
            <w:r>
              <w:rPr>
                <w:b/>
                <w:sz w:val="18"/>
              </w:rPr>
              <w:t>Контр.</w:t>
            </w:r>
          </w:p>
        </w:tc>
        <w:tc>
          <w:tcPr>
            <w:tcW w:w="567" w:type="dxa"/>
            <w:shd w:val="clear" w:color="auto" w:fill="D9EAF7"/>
            <w:vAlign w:val="center"/>
          </w:tcPr>
          <w:p w:rsidR="004B25B8" w:rsidRDefault="005D2361">
            <w:pPr>
              <w:jc w:val="center"/>
            </w:pPr>
            <w:r>
              <w:rPr>
                <w:b/>
                <w:sz w:val="18"/>
              </w:rPr>
              <w:t>Практич.</w:t>
            </w:r>
          </w:p>
        </w:tc>
        <w:tc>
          <w:tcPr>
            <w:tcW w:w="1304" w:type="dxa"/>
            <w:shd w:val="clear" w:color="auto" w:fill="D9EAF7"/>
            <w:vAlign w:val="center"/>
          </w:tcPr>
          <w:p w:rsidR="004B25B8" w:rsidRDefault="005D2361">
            <w:pPr>
              <w:jc w:val="center"/>
            </w:pPr>
            <w:r>
              <w:rPr>
                <w:b/>
                <w:sz w:val="18"/>
              </w:rPr>
              <w:t>Дата</w:t>
            </w:r>
          </w:p>
        </w:tc>
        <w:tc>
          <w:tcPr>
            <w:tcW w:w="3231" w:type="dxa"/>
            <w:shd w:val="clear" w:color="auto" w:fill="D9EAF7"/>
            <w:vAlign w:val="center"/>
          </w:tcPr>
          <w:p w:rsidR="004B25B8" w:rsidRDefault="005D2361">
            <w:pPr>
              <w:jc w:val="center"/>
            </w:pPr>
            <w:r>
              <w:rPr>
                <w:b/>
                <w:sz w:val="18"/>
              </w:rPr>
              <w:t>ЭОР</w:t>
            </w:r>
          </w:p>
        </w:tc>
      </w:tr>
      <w:tr w:rsidR="004B25B8" w:rsidRPr="007178AD">
        <w:trPr>
          <w:jc w:val="center"/>
        </w:trPr>
        <w:tc>
          <w:tcPr>
            <w:tcW w:w="396" w:type="dxa"/>
          </w:tcPr>
          <w:p w:rsidR="004B25B8" w:rsidRDefault="005D2361">
            <w:r>
              <w:rPr>
                <w:sz w:val="17"/>
              </w:rPr>
              <w:t>1</w:t>
            </w:r>
          </w:p>
        </w:tc>
        <w:tc>
          <w:tcPr>
            <w:tcW w:w="3061" w:type="dxa"/>
          </w:tcPr>
          <w:p w:rsidR="004B25B8" w:rsidRDefault="005D2361">
            <w:r>
              <w:rPr>
                <w:sz w:val="17"/>
              </w:rPr>
              <w:t>Личные финансы</w:t>
            </w:r>
          </w:p>
        </w:tc>
        <w:tc>
          <w:tcPr>
            <w:tcW w:w="453" w:type="dxa"/>
          </w:tcPr>
          <w:p w:rsidR="004B25B8" w:rsidRDefault="005D2361">
            <w:r>
              <w:rPr>
                <w:sz w:val="17"/>
              </w:rPr>
              <w:t>1</w:t>
            </w:r>
          </w:p>
        </w:tc>
        <w:tc>
          <w:tcPr>
            <w:tcW w:w="510" w:type="dxa"/>
          </w:tcPr>
          <w:p w:rsidR="004B25B8" w:rsidRDefault="005D2361">
            <w:r>
              <w:rPr>
                <w:sz w:val="17"/>
              </w:rPr>
              <w:t>—</w:t>
            </w:r>
          </w:p>
        </w:tc>
        <w:tc>
          <w:tcPr>
            <w:tcW w:w="567" w:type="dxa"/>
          </w:tcPr>
          <w:p w:rsidR="004B25B8" w:rsidRDefault="005D2361">
            <w:r>
              <w:rPr>
                <w:sz w:val="17"/>
              </w:rPr>
              <w:t>—</w:t>
            </w:r>
          </w:p>
        </w:tc>
        <w:tc>
          <w:tcPr>
            <w:tcW w:w="1304" w:type="dxa"/>
          </w:tcPr>
          <w:p w:rsidR="004B25B8" w:rsidRDefault="005D2361">
            <w:r>
              <w:rPr>
                <w:sz w:val="17"/>
              </w:rPr>
              <w:t>[по календарному графику]</w:t>
            </w:r>
          </w:p>
        </w:tc>
        <w:tc>
          <w:tcPr>
            <w:tcW w:w="3231" w:type="dxa"/>
          </w:tcPr>
          <w:p w:rsidR="004B25B8" w:rsidRPr="00132C52" w:rsidRDefault="005D2361">
            <w:pPr>
              <w:rPr>
                <w:lang w:val="ru-RU"/>
              </w:rPr>
            </w:pPr>
            <w:r w:rsidRPr="00132C52">
              <w:rPr>
                <w:sz w:val="17"/>
                <w:lang w:val="ru-RU"/>
              </w:rPr>
              <w:t>ФГИС «Моя школа»; РЭШ; «Финансовая культура» Банка России.</w:t>
            </w:r>
          </w:p>
        </w:tc>
      </w:tr>
      <w:tr w:rsidR="004B25B8" w:rsidRPr="007178AD">
        <w:trPr>
          <w:jc w:val="center"/>
        </w:trPr>
        <w:tc>
          <w:tcPr>
            <w:tcW w:w="396" w:type="dxa"/>
          </w:tcPr>
          <w:p w:rsidR="004B25B8" w:rsidRDefault="005D2361">
            <w:r>
              <w:rPr>
                <w:sz w:val="17"/>
              </w:rPr>
              <w:t>2</w:t>
            </w:r>
          </w:p>
        </w:tc>
        <w:tc>
          <w:tcPr>
            <w:tcW w:w="3061" w:type="dxa"/>
          </w:tcPr>
          <w:p w:rsidR="004B25B8" w:rsidRDefault="005D2361">
            <w:r>
              <w:rPr>
                <w:sz w:val="17"/>
              </w:rPr>
              <w:t>Финансовые цели</w:t>
            </w:r>
          </w:p>
        </w:tc>
        <w:tc>
          <w:tcPr>
            <w:tcW w:w="453" w:type="dxa"/>
          </w:tcPr>
          <w:p w:rsidR="004B25B8" w:rsidRDefault="005D2361">
            <w:r>
              <w:rPr>
                <w:sz w:val="17"/>
              </w:rPr>
              <w:t>1</w:t>
            </w:r>
          </w:p>
        </w:tc>
        <w:tc>
          <w:tcPr>
            <w:tcW w:w="510" w:type="dxa"/>
          </w:tcPr>
          <w:p w:rsidR="004B25B8" w:rsidRDefault="005D2361">
            <w:r>
              <w:rPr>
                <w:sz w:val="17"/>
              </w:rPr>
              <w:t>—</w:t>
            </w:r>
          </w:p>
        </w:tc>
        <w:tc>
          <w:tcPr>
            <w:tcW w:w="567" w:type="dxa"/>
          </w:tcPr>
          <w:p w:rsidR="004B25B8" w:rsidRDefault="005D2361">
            <w:r>
              <w:rPr>
                <w:sz w:val="17"/>
              </w:rPr>
              <w:t>—</w:t>
            </w:r>
          </w:p>
        </w:tc>
        <w:tc>
          <w:tcPr>
            <w:tcW w:w="1304" w:type="dxa"/>
          </w:tcPr>
          <w:p w:rsidR="004B25B8" w:rsidRDefault="005D2361">
            <w:r>
              <w:rPr>
                <w:sz w:val="17"/>
              </w:rPr>
              <w:t>[по календарному графику]</w:t>
            </w:r>
          </w:p>
        </w:tc>
        <w:tc>
          <w:tcPr>
            <w:tcW w:w="3231" w:type="dxa"/>
          </w:tcPr>
          <w:p w:rsidR="004B25B8" w:rsidRPr="00132C52" w:rsidRDefault="005D2361">
            <w:pPr>
              <w:rPr>
                <w:lang w:val="ru-RU"/>
              </w:rPr>
            </w:pPr>
            <w:r w:rsidRPr="00132C52">
              <w:rPr>
                <w:sz w:val="17"/>
                <w:lang w:val="ru-RU"/>
              </w:rPr>
              <w:t>ФГИС «Моя школа»; РЭШ; «Финансовая культура» Банка России.</w:t>
            </w:r>
          </w:p>
        </w:tc>
      </w:tr>
      <w:tr w:rsidR="004B25B8" w:rsidRPr="007178AD">
        <w:trPr>
          <w:jc w:val="center"/>
        </w:trPr>
        <w:tc>
          <w:tcPr>
            <w:tcW w:w="396" w:type="dxa"/>
          </w:tcPr>
          <w:p w:rsidR="004B25B8" w:rsidRDefault="005D2361">
            <w:r>
              <w:rPr>
                <w:sz w:val="17"/>
              </w:rPr>
              <w:t>3</w:t>
            </w:r>
          </w:p>
        </w:tc>
        <w:tc>
          <w:tcPr>
            <w:tcW w:w="3061" w:type="dxa"/>
          </w:tcPr>
          <w:p w:rsidR="004B25B8" w:rsidRDefault="005D2361">
            <w:r>
              <w:rPr>
                <w:sz w:val="17"/>
              </w:rPr>
              <w:t>Семейный бюджет</w:t>
            </w:r>
          </w:p>
        </w:tc>
        <w:tc>
          <w:tcPr>
            <w:tcW w:w="453" w:type="dxa"/>
          </w:tcPr>
          <w:p w:rsidR="004B25B8" w:rsidRDefault="005D2361">
            <w:r>
              <w:rPr>
                <w:sz w:val="17"/>
              </w:rPr>
              <w:t>1</w:t>
            </w:r>
          </w:p>
        </w:tc>
        <w:tc>
          <w:tcPr>
            <w:tcW w:w="510" w:type="dxa"/>
          </w:tcPr>
          <w:p w:rsidR="004B25B8" w:rsidRDefault="005D2361">
            <w:r>
              <w:rPr>
                <w:sz w:val="17"/>
              </w:rPr>
              <w:t>—</w:t>
            </w:r>
          </w:p>
        </w:tc>
        <w:tc>
          <w:tcPr>
            <w:tcW w:w="567" w:type="dxa"/>
          </w:tcPr>
          <w:p w:rsidR="004B25B8" w:rsidRDefault="005D2361">
            <w:r>
              <w:rPr>
                <w:sz w:val="17"/>
              </w:rPr>
              <w:t>—</w:t>
            </w:r>
          </w:p>
        </w:tc>
        <w:tc>
          <w:tcPr>
            <w:tcW w:w="1304" w:type="dxa"/>
          </w:tcPr>
          <w:p w:rsidR="004B25B8" w:rsidRDefault="005D2361">
            <w:r>
              <w:rPr>
                <w:sz w:val="17"/>
              </w:rPr>
              <w:t>[по календарному графику]</w:t>
            </w:r>
          </w:p>
        </w:tc>
        <w:tc>
          <w:tcPr>
            <w:tcW w:w="3231" w:type="dxa"/>
          </w:tcPr>
          <w:p w:rsidR="004B25B8" w:rsidRPr="00132C52" w:rsidRDefault="005D2361">
            <w:pPr>
              <w:rPr>
                <w:lang w:val="ru-RU"/>
              </w:rPr>
            </w:pPr>
            <w:r w:rsidRPr="00132C52">
              <w:rPr>
                <w:sz w:val="17"/>
                <w:lang w:val="ru-RU"/>
              </w:rPr>
              <w:t>ФГИС «Моя школа»; РЭШ; «Финансовая культура» Банка России.</w:t>
            </w:r>
          </w:p>
        </w:tc>
      </w:tr>
      <w:tr w:rsidR="004B25B8" w:rsidRPr="007178AD">
        <w:trPr>
          <w:jc w:val="center"/>
        </w:trPr>
        <w:tc>
          <w:tcPr>
            <w:tcW w:w="396" w:type="dxa"/>
          </w:tcPr>
          <w:p w:rsidR="004B25B8" w:rsidRDefault="005D2361">
            <w:r>
              <w:rPr>
                <w:sz w:val="17"/>
              </w:rPr>
              <w:t>4</w:t>
            </w:r>
          </w:p>
        </w:tc>
        <w:tc>
          <w:tcPr>
            <w:tcW w:w="3061" w:type="dxa"/>
          </w:tcPr>
          <w:p w:rsidR="004B25B8" w:rsidRDefault="005D2361">
            <w:r>
              <w:rPr>
                <w:sz w:val="17"/>
              </w:rPr>
              <w:t>Доходы семьи</w:t>
            </w:r>
          </w:p>
        </w:tc>
        <w:tc>
          <w:tcPr>
            <w:tcW w:w="453" w:type="dxa"/>
          </w:tcPr>
          <w:p w:rsidR="004B25B8" w:rsidRDefault="005D2361">
            <w:r>
              <w:rPr>
                <w:sz w:val="17"/>
              </w:rPr>
              <w:t>1</w:t>
            </w:r>
          </w:p>
        </w:tc>
        <w:tc>
          <w:tcPr>
            <w:tcW w:w="510" w:type="dxa"/>
          </w:tcPr>
          <w:p w:rsidR="004B25B8" w:rsidRDefault="005D2361">
            <w:r>
              <w:rPr>
                <w:sz w:val="17"/>
              </w:rPr>
              <w:t>—</w:t>
            </w:r>
          </w:p>
        </w:tc>
        <w:tc>
          <w:tcPr>
            <w:tcW w:w="567" w:type="dxa"/>
          </w:tcPr>
          <w:p w:rsidR="004B25B8" w:rsidRDefault="005D2361">
            <w:r>
              <w:rPr>
                <w:sz w:val="17"/>
              </w:rPr>
              <w:t>—</w:t>
            </w:r>
          </w:p>
        </w:tc>
        <w:tc>
          <w:tcPr>
            <w:tcW w:w="1304" w:type="dxa"/>
          </w:tcPr>
          <w:p w:rsidR="004B25B8" w:rsidRDefault="005D2361">
            <w:r>
              <w:rPr>
                <w:sz w:val="17"/>
              </w:rPr>
              <w:t>[по календарному графику]</w:t>
            </w:r>
          </w:p>
        </w:tc>
        <w:tc>
          <w:tcPr>
            <w:tcW w:w="3231" w:type="dxa"/>
          </w:tcPr>
          <w:p w:rsidR="004B25B8" w:rsidRPr="00132C52" w:rsidRDefault="005D2361">
            <w:pPr>
              <w:rPr>
                <w:lang w:val="ru-RU"/>
              </w:rPr>
            </w:pPr>
            <w:r w:rsidRPr="00132C52">
              <w:rPr>
                <w:sz w:val="17"/>
                <w:lang w:val="ru-RU"/>
              </w:rPr>
              <w:t>ФГИС «Моя школа»; РЭШ; «Финансовая культура» Банка России.</w:t>
            </w:r>
          </w:p>
        </w:tc>
      </w:tr>
      <w:tr w:rsidR="004B25B8" w:rsidRPr="007178AD">
        <w:trPr>
          <w:jc w:val="center"/>
        </w:trPr>
        <w:tc>
          <w:tcPr>
            <w:tcW w:w="396" w:type="dxa"/>
          </w:tcPr>
          <w:p w:rsidR="004B25B8" w:rsidRDefault="005D2361">
            <w:r>
              <w:rPr>
                <w:sz w:val="17"/>
              </w:rPr>
              <w:t>5</w:t>
            </w:r>
          </w:p>
        </w:tc>
        <w:tc>
          <w:tcPr>
            <w:tcW w:w="3061" w:type="dxa"/>
          </w:tcPr>
          <w:p w:rsidR="004B25B8" w:rsidRDefault="005D2361">
            <w:r>
              <w:rPr>
                <w:sz w:val="17"/>
              </w:rPr>
              <w:t>Расходы семьи</w:t>
            </w:r>
          </w:p>
        </w:tc>
        <w:tc>
          <w:tcPr>
            <w:tcW w:w="453" w:type="dxa"/>
          </w:tcPr>
          <w:p w:rsidR="004B25B8" w:rsidRDefault="005D2361">
            <w:r>
              <w:rPr>
                <w:sz w:val="17"/>
              </w:rPr>
              <w:t>1</w:t>
            </w:r>
          </w:p>
        </w:tc>
        <w:tc>
          <w:tcPr>
            <w:tcW w:w="510" w:type="dxa"/>
          </w:tcPr>
          <w:p w:rsidR="004B25B8" w:rsidRDefault="005D2361">
            <w:r>
              <w:rPr>
                <w:sz w:val="17"/>
              </w:rPr>
              <w:t>—</w:t>
            </w:r>
          </w:p>
        </w:tc>
        <w:tc>
          <w:tcPr>
            <w:tcW w:w="567" w:type="dxa"/>
          </w:tcPr>
          <w:p w:rsidR="004B25B8" w:rsidRDefault="005D2361">
            <w:r>
              <w:rPr>
                <w:sz w:val="17"/>
              </w:rPr>
              <w:t>1</w:t>
            </w:r>
          </w:p>
        </w:tc>
        <w:tc>
          <w:tcPr>
            <w:tcW w:w="1304" w:type="dxa"/>
          </w:tcPr>
          <w:p w:rsidR="004B25B8" w:rsidRDefault="005D2361">
            <w:r>
              <w:rPr>
                <w:sz w:val="17"/>
              </w:rPr>
              <w:t>[по календарному графику]</w:t>
            </w:r>
          </w:p>
        </w:tc>
        <w:tc>
          <w:tcPr>
            <w:tcW w:w="3231" w:type="dxa"/>
          </w:tcPr>
          <w:p w:rsidR="004B25B8" w:rsidRPr="00132C52" w:rsidRDefault="005D2361">
            <w:pPr>
              <w:rPr>
                <w:lang w:val="ru-RU"/>
              </w:rPr>
            </w:pPr>
            <w:r w:rsidRPr="00132C52">
              <w:rPr>
                <w:sz w:val="17"/>
                <w:lang w:val="ru-RU"/>
              </w:rPr>
              <w:t>ФГИС «Моя школа»; РЭШ; «Финансовая культура» Банка России.</w:t>
            </w:r>
          </w:p>
        </w:tc>
      </w:tr>
      <w:tr w:rsidR="004B25B8" w:rsidRPr="007178AD">
        <w:trPr>
          <w:jc w:val="center"/>
        </w:trPr>
        <w:tc>
          <w:tcPr>
            <w:tcW w:w="396" w:type="dxa"/>
          </w:tcPr>
          <w:p w:rsidR="004B25B8" w:rsidRDefault="005D2361">
            <w:r>
              <w:rPr>
                <w:sz w:val="17"/>
              </w:rPr>
              <w:t>6</w:t>
            </w:r>
          </w:p>
        </w:tc>
        <w:tc>
          <w:tcPr>
            <w:tcW w:w="3061" w:type="dxa"/>
          </w:tcPr>
          <w:p w:rsidR="004B25B8" w:rsidRDefault="005D2361">
            <w:r>
              <w:rPr>
                <w:sz w:val="17"/>
              </w:rPr>
              <w:t>Оптимизация расходов</w:t>
            </w:r>
          </w:p>
        </w:tc>
        <w:tc>
          <w:tcPr>
            <w:tcW w:w="453" w:type="dxa"/>
          </w:tcPr>
          <w:p w:rsidR="004B25B8" w:rsidRDefault="005D2361">
            <w:r>
              <w:rPr>
                <w:sz w:val="17"/>
              </w:rPr>
              <w:t>1</w:t>
            </w:r>
          </w:p>
        </w:tc>
        <w:tc>
          <w:tcPr>
            <w:tcW w:w="510" w:type="dxa"/>
          </w:tcPr>
          <w:p w:rsidR="004B25B8" w:rsidRDefault="005D2361">
            <w:r>
              <w:rPr>
                <w:sz w:val="17"/>
              </w:rPr>
              <w:t>—</w:t>
            </w:r>
          </w:p>
        </w:tc>
        <w:tc>
          <w:tcPr>
            <w:tcW w:w="567" w:type="dxa"/>
          </w:tcPr>
          <w:p w:rsidR="004B25B8" w:rsidRDefault="005D2361">
            <w:r>
              <w:rPr>
                <w:sz w:val="17"/>
              </w:rPr>
              <w:t>—</w:t>
            </w:r>
          </w:p>
        </w:tc>
        <w:tc>
          <w:tcPr>
            <w:tcW w:w="1304" w:type="dxa"/>
          </w:tcPr>
          <w:p w:rsidR="004B25B8" w:rsidRDefault="005D2361">
            <w:r>
              <w:rPr>
                <w:sz w:val="17"/>
              </w:rPr>
              <w:t>[по календарному графику]</w:t>
            </w:r>
          </w:p>
        </w:tc>
        <w:tc>
          <w:tcPr>
            <w:tcW w:w="3231" w:type="dxa"/>
          </w:tcPr>
          <w:p w:rsidR="004B25B8" w:rsidRPr="00132C52" w:rsidRDefault="005D2361">
            <w:pPr>
              <w:rPr>
                <w:lang w:val="ru-RU"/>
              </w:rPr>
            </w:pPr>
            <w:r w:rsidRPr="00132C52">
              <w:rPr>
                <w:sz w:val="17"/>
                <w:lang w:val="ru-RU"/>
              </w:rPr>
              <w:t>ФГИС «Моя школа»; РЭШ; «Финансовая культура» Банка России.</w:t>
            </w:r>
          </w:p>
        </w:tc>
      </w:tr>
      <w:tr w:rsidR="004B25B8" w:rsidRPr="007178AD">
        <w:trPr>
          <w:jc w:val="center"/>
        </w:trPr>
        <w:tc>
          <w:tcPr>
            <w:tcW w:w="396" w:type="dxa"/>
          </w:tcPr>
          <w:p w:rsidR="004B25B8" w:rsidRDefault="005D2361">
            <w:r>
              <w:rPr>
                <w:sz w:val="17"/>
              </w:rPr>
              <w:t>7</w:t>
            </w:r>
          </w:p>
        </w:tc>
        <w:tc>
          <w:tcPr>
            <w:tcW w:w="3061" w:type="dxa"/>
          </w:tcPr>
          <w:p w:rsidR="004B25B8" w:rsidRDefault="005D2361">
            <w:r>
              <w:rPr>
                <w:sz w:val="17"/>
              </w:rPr>
              <w:t>Финансовый план</w:t>
            </w:r>
          </w:p>
        </w:tc>
        <w:tc>
          <w:tcPr>
            <w:tcW w:w="453" w:type="dxa"/>
          </w:tcPr>
          <w:p w:rsidR="004B25B8" w:rsidRDefault="005D2361">
            <w:r>
              <w:rPr>
                <w:sz w:val="17"/>
              </w:rPr>
              <w:t>1</w:t>
            </w:r>
          </w:p>
        </w:tc>
        <w:tc>
          <w:tcPr>
            <w:tcW w:w="510" w:type="dxa"/>
          </w:tcPr>
          <w:p w:rsidR="004B25B8" w:rsidRDefault="005D2361">
            <w:r>
              <w:rPr>
                <w:sz w:val="17"/>
              </w:rPr>
              <w:t>—</w:t>
            </w:r>
          </w:p>
        </w:tc>
        <w:tc>
          <w:tcPr>
            <w:tcW w:w="567" w:type="dxa"/>
          </w:tcPr>
          <w:p w:rsidR="004B25B8" w:rsidRDefault="005D2361">
            <w:r>
              <w:rPr>
                <w:sz w:val="17"/>
              </w:rPr>
              <w:t>—</w:t>
            </w:r>
          </w:p>
        </w:tc>
        <w:tc>
          <w:tcPr>
            <w:tcW w:w="1304" w:type="dxa"/>
          </w:tcPr>
          <w:p w:rsidR="004B25B8" w:rsidRDefault="005D2361">
            <w:r>
              <w:rPr>
                <w:sz w:val="17"/>
              </w:rPr>
              <w:t>[по календарному графику]</w:t>
            </w:r>
          </w:p>
        </w:tc>
        <w:tc>
          <w:tcPr>
            <w:tcW w:w="3231" w:type="dxa"/>
          </w:tcPr>
          <w:p w:rsidR="004B25B8" w:rsidRPr="00132C52" w:rsidRDefault="005D2361">
            <w:pPr>
              <w:rPr>
                <w:lang w:val="ru-RU"/>
              </w:rPr>
            </w:pPr>
            <w:r w:rsidRPr="00132C52">
              <w:rPr>
                <w:sz w:val="17"/>
                <w:lang w:val="ru-RU"/>
              </w:rPr>
              <w:t>ФГИС «Моя школа»; РЭШ; «Финансовая культура» Банка России.</w:t>
            </w:r>
          </w:p>
        </w:tc>
      </w:tr>
      <w:tr w:rsidR="004B25B8" w:rsidRPr="007178AD">
        <w:trPr>
          <w:jc w:val="center"/>
        </w:trPr>
        <w:tc>
          <w:tcPr>
            <w:tcW w:w="396" w:type="dxa"/>
          </w:tcPr>
          <w:p w:rsidR="004B25B8" w:rsidRDefault="005D2361">
            <w:r>
              <w:rPr>
                <w:sz w:val="17"/>
              </w:rPr>
              <w:t>8</w:t>
            </w:r>
          </w:p>
        </w:tc>
        <w:tc>
          <w:tcPr>
            <w:tcW w:w="3061" w:type="dxa"/>
          </w:tcPr>
          <w:p w:rsidR="004B25B8" w:rsidRDefault="005D2361">
            <w:r>
              <w:rPr>
                <w:sz w:val="17"/>
              </w:rPr>
              <w:t>Сбережения и их виды</w:t>
            </w:r>
          </w:p>
        </w:tc>
        <w:tc>
          <w:tcPr>
            <w:tcW w:w="453" w:type="dxa"/>
          </w:tcPr>
          <w:p w:rsidR="004B25B8" w:rsidRDefault="005D2361">
            <w:r>
              <w:rPr>
                <w:sz w:val="17"/>
              </w:rPr>
              <w:t>1</w:t>
            </w:r>
          </w:p>
        </w:tc>
        <w:tc>
          <w:tcPr>
            <w:tcW w:w="510" w:type="dxa"/>
          </w:tcPr>
          <w:p w:rsidR="004B25B8" w:rsidRDefault="005D2361">
            <w:r>
              <w:rPr>
                <w:sz w:val="17"/>
              </w:rPr>
              <w:t>—</w:t>
            </w:r>
          </w:p>
        </w:tc>
        <w:tc>
          <w:tcPr>
            <w:tcW w:w="567" w:type="dxa"/>
          </w:tcPr>
          <w:p w:rsidR="004B25B8" w:rsidRDefault="005D2361">
            <w:r>
              <w:rPr>
                <w:sz w:val="17"/>
              </w:rPr>
              <w:t>—</w:t>
            </w:r>
          </w:p>
        </w:tc>
        <w:tc>
          <w:tcPr>
            <w:tcW w:w="1304" w:type="dxa"/>
          </w:tcPr>
          <w:p w:rsidR="004B25B8" w:rsidRDefault="005D2361">
            <w:r>
              <w:rPr>
                <w:sz w:val="17"/>
              </w:rPr>
              <w:t>[по календарному графику]</w:t>
            </w:r>
          </w:p>
        </w:tc>
        <w:tc>
          <w:tcPr>
            <w:tcW w:w="3231" w:type="dxa"/>
          </w:tcPr>
          <w:p w:rsidR="004B25B8" w:rsidRPr="00132C52" w:rsidRDefault="005D2361">
            <w:pPr>
              <w:rPr>
                <w:lang w:val="ru-RU"/>
              </w:rPr>
            </w:pPr>
            <w:r w:rsidRPr="00132C52">
              <w:rPr>
                <w:sz w:val="17"/>
                <w:lang w:val="ru-RU"/>
              </w:rPr>
              <w:t>ФГИС «Моя школа»; РЭШ; «Финансовая культура» Банка России.</w:t>
            </w:r>
          </w:p>
        </w:tc>
      </w:tr>
      <w:tr w:rsidR="004B25B8" w:rsidRPr="007178AD">
        <w:trPr>
          <w:jc w:val="center"/>
        </w:trPr>
        <w:tc>
          <w:tcPr>
            <w:tcW w:w="396" w:type="dxa"/>
          </w:tcPr>
          <w:p w:rsidR="004B25B8" w:rsidRDefault="005D2361">
            <w:r>
              <w:rPr>
                <w:sz w:val="17"/>
              </w:rPr>
              <w:t>9</w:t>
            </w:r>
          </w:p>
        </w:tc>
        <w:tc>
          <w:tcPr>
            <w:tcW w:w="3061" w:type="dxa"/>
          </w:tcPr>
          <w:p w:rsidR="004B25B8" w:rsidRDefault="005D2361">
            <w:r>
              <w:rPr>
                <w:sz w:val="17"/>
              </w:rPr>
              <w:t>Банк и банковские счета</w:t>
            </w:r>
          </w:p>
        </w:tc>
        <w:tc>
          <w:tcPr>
            <w:tcW w:w="453" w:type="dxa"/>
          </w:tcPr>
          <w:p w:rsidR="004B25B8" w:rsidRDefault="005D2361">
            <w:r>
              <w:rPr>
                <w:sz w:val="17"/>
              </w:rPr>
              <w:t>1</w:t>
            </w:r>
          </w:p>
        </w:tc>
        <w:tc>
          <w:tcPr>
            <w:tcW w:w="510" w:type="dxa"/>
          </w:tcPr>
          <w:p w:rsidR="004B25B8" w:rsidRDefault="005D2361">
            <w:r>
              <w:rPr>
                <w:sz w:val="17"/>
              </w:rPr>
              <w:t>—</w:t>
            </w:r>
          </w:p>
        </w:tc>
        <w:tc>
          <w:tcPr>
            <w:tcW w:w="567" w:type="dxa"/>
          </w:tcPr>
          <w:p w:rsidR="004B25B8" w:rsidRDefault="005D2361">
            <w:r>
              <w:rPr>
                <w:sz w:val="17"/>
              </w:rPr>
              <w:t>—</w:t>
            </w:r>
          </w:p>
        </w:tc>
        <w:tc>
          <w:tcPr>
            <w:tcW w:w="1304" w:type="dxa"/>
          </w:tcPr>
          <w:p w:rsidR="004B25B8" w:rsidRDefault="005D2361">
            <w:r>
              <w:rPr>
                <w:sz w:val="17"/>
              </w:rPr>
              <w:t>[по календарному графику]</w:t>
            </w:r>
          </w:p>
        </w:tc>
        <w:tc>
          <w:tcPr>
            <w:tcW w:w="3231" w:type="dxa"/>
          </w:tcPr>
          <w:p w:rsidR="004B25B8" w:rsidRPr="00132C52" w:rsidRDefault="005D2361">
            <w:pPr>
              <w:rPr>
                <w:lang w:val="ru-RU"/>
              </w:rPr>
            </w:pPr>
            <w:r w:rsidRPr="00132C52">
              <w:rPr>
                <w:sz w:val="17"/>
                <w:lang w:val="ru-RU"/>
              </w:rPr>
              <w:t>ФГИС «Моя школа»; РЭШ; «Финансовая культура» Банка России.</w:t>
            </w:r>
          </w:p>
        </w:tc>
      </w:tr>
      <w:tr w:rsidR="004B25B8" w:rsidRPr="007178AD">
        <w:trPr>
          <w:jc w:val="center"/>
        </w:trPr>
        <w:tc>
          <w:tcPr>
            <w:tcW w:w="396" w:type="dxa"/>
          </w:tcPr>
          <w:p w:rsidR="004B25B8" w:rsidRDefault="005D2361">
            <w:r>
              <w:rPr>
                <w:sz w:val="17"/>
              </w:rPr>
              <w:t>10</w:t>
            </w:r>
          </w:p>
        </w:tc>
        <w:tc>
          <w:tcPr>
            <w:tcW w:w="3061" w:type="dxa"/>
          </w:tcPr>
          <w:p w:rsidR="004B25B8" w:rsidRDefault="005D2361">
            <w:r>
              <w:rPr>
                <w:sz w:val="17"/>
              </w:rPr>
              <w:t>Вклад и проценты</w:t>
            </w:r>
          </w:p>
        </w:tc>
        <w:tc>
          <w:tcPr>
            <w:tcW w:w="453" w:type="dxa"/>
          </w:tcPr>
          <w:p w:rsidR="004B25B8" w:rsidRDefault="005D2361">
            <w:r>
              <w:rPr>
                <w:sz w:val="17"/>
              </w:rPr>
              <w:t>1</w:t>
            </w:r>
          </w:p>
        </w:tc>
        <w:tc>
          <w:tcPr>
            <w:tcW w:w="510" w:type="dxa"/>
          </w:tcPr>
          <w:p w:rsidR="004B25B8" w:rsidRDefault="005D2361">
            <w:r>
              <w:rPr>
                <w:sz w:val="17"/>
              </w:rPr>
              <w:t>—</w:t>
            </w:r>
          </w:p>
        </w:tc>
        <w:tc>
          <w:tcPr>
            <w:tcW w:w="567" w:type="dxa"/>
          </w:tcPr>
          <w:p w:rsidR="004B25B8" w:rsidRDefault="005D2361">
            <w:r>
              <w:rPr>
                <w:sz w:val="17"/>
              </w:rPr>
              <w:t>1</w:t>
            </w:r>
          </w:p>
        </w:tc>
        <w:tc>
          <w:tcPr>
            <w:tcW w:w="1304" w:type="dxa"/>
          </w:tcPr>
          <w:p w:rsidR="004B25B8" w:rsidRDefault="005D2361">
            <w:r>
              <w:rPr>
                <w:sz w:val="17"/>
              </w:rPr>
              <w:t>[по календарному графику]</w:t>
            </w:r>
          </w:p>
        </w:tc>
        <w:tc>
          <w:tcPr>
            <w:tcW w:w="3231" w:type="dxa"/>
          </w:tcPr>
          <w:p w:rsidR="004B25B8" w:rsidRPr="00132C52" w:rsidRDefault="005D2361">
            <w:pPr>
              <w:rPr>
                <w:lang w:val="ru-RU"/>
              </w:rPr>
            </w:pPr>
            <w:r w:rsidRPr="00132C52">
              <w:rPr>
                <w:sz w:val="17"/>
                <w:lang w:val="ru-RU"/>
              </w:rPr>
              <w:t>ФГИС «Моя школа»; РЭШ; «Финансовая культура» Банка России.</w:t>
            </w:r>
          </w:p>
        </w:tc>
      </w:tr>
      <w:tr w:rsidR="004B25B8" w:rsidRPr="007178AD">
        <w:trPr>
          <w:jc w:val="center"/>
        </w:trPr>
        <w:tc>
          <w:tcPr>
            <w:tcW w:w="396" w:type="dxa"/>
          </w:tcPr>
          <w:p w:rsidR="004B25B8" w:rsidRDefault="005D2361">
            <w:r>
              <w:rPr>
                <w:sz w:val="17"/>
              </w:rPr>
              <w:t>11</w:t>
            </w:r>
          </w:p>
        </w:tc>
        <w:tc>
          <w:tcPr>
            <w:tcW w:w="3061" w:type="dxa"/>
          </w:tcPr>
          <w:p w:rsidR="004B25B8" w:rsidRDefault="005D2361">
            <w:r>
              <w:rPr>
                <w:sz w:val="17"/>
              </w:rPr>
              <w:t>Банковская карта</w:t>
            </w:r>
          </w:p>
        </w:tc>
        <w:tc>
          <w:tcPr>
            <w:tcW w:w="453" w:type="dxa"/>
          </w:tcPr>
          <w:p w:rsidR="004B25B8" w:rsidRDefault="005D2361">
            <w:r>
              <w:rPr>
                <w:sz w:val="17"/>
              </w:rPr>
              <w:t>1</w:t>
            </w:r>
          </w:p>
        </w:tc>
        <w:tc>
          <w:tcPr>
            <w:tcW w:w="510" w:type="dxa"/>
          </w:tcPr>
          <w:p w:rsidR="004B25B8" w:rsidRDefault="005D2361">
            <w:r>
              <w:rPr>
                <w:sz w:val="17"/>
              </w:rPr>
              <w:t>—</w:t>
            </w:r>
          </w:p>
        </w:tc>
        <w:tc>
          <w:tcPr>
            <w:tcW w:w="567" w:type="dxa"/>
          </w:tcPr>
          <w:p w:rsidR="004B25B8" w:rsidRDefault="005D2361">
            <w:r>
              <w:rPr>
                <w:sz w:val="17"/>
              </w:rPr>
              <w:t>—</w:t>
            </w:r>
          </w:p>
        </w:tc>
        <w:tc>
          <w:tcPr>
            <w:tcW w:w="1304" w:type="dxa"/>
          </w:tcPr>
          <w:p w:rsidR="004B25B8" w:rsidRDefault="005D2361">
            <w:r>
              <w:rPr>
                <w:sz w:val="17"/>
              </w:rPr>
              <w:t>[по календарному графику]</w:t>
            </w:r>
          </w:p>
        </w:tc>
        <w:tc>
          <w:tcPr>
            <w:tcW w:w="3231" w:type="dxa"/>
          </w:tcPr>
          <w:p w:rsidR="004B25B8" w:rsidRPr="00132C52" w:rsidRDefault="005D2361">
            <w:pPr>
              <w:rPr>
                <w:lang w:val="ru-RU"/>
              </w:rPr>
            </w:pPr>
            <w:r w:rsidRPr="00132C52">
              <w:rPr>
                <w:sz w:val="17"/>
                <w:lang w:val="ru-RU"/>
              </w:rPr>
              <w:t>ФГИС «Моя школа»; РЭШ; «Финансовая культура» Банка России.</w:t>
            </w:r>
          </w:p>
        </w:tc>
      </w:tr>
      <w:tr w:rsidR="004B25B8" w:rsidRPr="007178AD">
        <w:trPr>
          <w:jc w:val="center"/>
        </w:trPr>
        <w:tc>
          <w:tcPr>
            <w:tcW w:w="396" w:type="dxa"/>
          </w:tcPr>
          <w:p w:rsidR="004B25B8" w:rsidRDefault="005D2361">
            <w:r>
              <w:rPr>
                <w:sz w:val="17"/>
              </w:rPr>
              <w:t>12</w:t>
            </w:r>
          </w:p>
        </w:tc>
        <w:tc>
          <w:tcPr>
            <w:tcW w:w="3061" w:type="dxa"/>
          </w:tcPr>
          <w:p w:rsidR="004B25B8" w:rsidRDefault="005D2361">
            <w:r>
              <w:rPr>
                <w:sz w:val="17"/>
              </w:rPr>
              <w:t>Платежи и переводы</w:t>
            </w:r>
          </w:p>
        </w:tc>
        <w:tc>
          <w:tcPr>
            <w:tcW w:w="453" w:type="dxa"/>
          </w:tcPr>
          <w:p w:rsidR="004B25B8" w:rsidRDefault="005D2361">
            <w:r>
              <w:rPr>
                <w:sz w:val="17"/>
              </w:rPr>
              <w:t>1</w:t>
            </w:r>
          </w:p>
        </w:tc>
        <w:tc>
          <w:tcPr>
            <w:tcW w:w="510" w:type="dxa"/>
          </w:tcPr>
          <w:p w:rsidR="004B25B8" w:rsidRDefault="005D2361">
            <w:r>
              <w:rPr>
                <w:sz w:val="17"/>
              </w:rPr>
              <w:t>—</w:t>
            </w:r>
          </w:p>
        </w:tc>
        <w:tc>
          <w:tcPr>
            <w:tcW w:w="567" w:type="dxa"/>
          </w:tcPr>
          <w:p w:rsidR="004B25B8" w:rsidRDefault="005D2361">
            <w:r>
              <w:rPr>
                <w:sz w:val="17"/>
              </w:rPr>
              <w:t>—</w:t>
            </w:r>
          </w:p>
        </w:tc>
        <w:tc>
          <w:tcPr>
            <w:tcW w:w="1304" w:type="dxa"/>
          </w:tcPr>
          <w:p w:rsidR="004B25B8" w:rsidRDefault="005D2361">
            <w:r>
              <w:rPr>
                <w:sz w:val="17"/>
              </w:rPr>
              <w:t>[по календарному графику]</w:t>
            </w:r>
          </w:p>
        </w:tc>
        <w:tc>
          <w:tcPr>
            <w:tcW w:w="3231" w:type="dxa"/>
          </w:tcPr>
          <w:p w:rsidR="004B25B8" w:rsidRPr="00132C52" w:rsidRDefault="005D2361">
            <w:pPr>
              <w:rPr>
                <w:lang w:val="ru-RU"/>
              </w:rPr>
            </w:pPr>
            <w:r w:rsidRPr="00132C52">
              <w:rPr>
                <w:sz w:val="17"/>
                <w:lang w:val="ru-RU"/>
              </w:rPr>
              <w:t>ФГИС «Моя школа»; РЭШ; «Финансовая культура» Банка России.</w:t>
            </w:r>
          </w:p>
        </w:tc>
      </w:tr>
      <w:tr w:rsidR="004B25B8" w:rsidRPr="007178AD">
        <w:trPr>
          <w:jc w:val="center"/>
        </w:trPr>
        <w:tc>
          <w:tcPr>
            <w:tcW w:w="396" w:type="dxa"/>
          </w:tcPr>
          <w:p w:rsidR="004B25B8" w:rsidRDefault="005D2361">
            <w:r>
              <w:rPr>
                <w:sz w:val="17"/>
              </w:rPr>
              <w:t>13</w:t>
            </w:r>
          </w:p>
        </w:tc>
        <w:tc>
          <w:tcPr>
            <w:tcW w:w="3061" w:type="dxa"/>
          </w:tcPr>
          <w:p w:rsidR="004B25B8" w:rsidRDefault="005D2361">
            <w:r>
              <w:rPr>
                <w:sz w:val="17"/>
              </w:rPr>
              <w:t>Финансовая безопасность</w:t>
            </w:r>
          </w:p>
        </w:tc>
        <w:tc>
          <w:tcPr>
            <w:tcW w:w="453" w:type="dxa"/>
          </w:tcPr>
          <w:p w:rsidR="004B25B8" w:rsidRDefault="005D2361">
            <w:r>
              <w:rPr>
                <w:sz w:val="17"/>
              </w:rPr>
              <w:t>1</w:t>
            </w:r>
          </w:p>
        </w:tc>
        <w:tc>
          <w:tcPr>
            <w:tcW w:w="510" w:type="dxa"/>
          </w:tcPr>
          <w:p w:rsidR="004B25B8" w:rsidRDefault="005D2361">
            <w:r>
              <w:rPr>
                <w:sz w:val="17"/>
              </w:rPr>
              <w:t>—</w:t>
            </w:r>
          </w:p>
        </w:tc>
        <w:tc>
          <w:tcPr>
            <w:tcW w:w="567" w:type="dxa"/>
          </w:tcPr>
          <w:p w:rsidR="004B25B8" w:rsidRDefault="005D2361">
            <w:r>
              <w:rPr>
                <w:sz w:val="17"/>
              </w:rPr>
              <w:t>—</w:t>
            </w:r>
          </w:p>
        </w:tc>
        <w:tc>
          <w:tcPr>
            <w:tcW w:w="1304" w:type="dxa"/>
          </w:tcPr>
          <w:p w:rsidR="004B25B8" w:rsidRDefault="005D2361">
            <w:r>
              <w:rPr>
                <w:sz w:val="17"/>
              </w:rPr>
              <w:t>[по календарному графику]</w:t>
            </w:r>
          </w:p>
        </w:tc>
        <w:tc>
          <w:tcPr>
            <w:tcW w:w="3231" w:type="dxa"/>
          </w:tcPr>
          <w:p w:rsidR="004B25B8" w:rsidRPr="00132C52" w:rsidRDefault="005D2361">
            <w:pPr>
              <w:rPr>
                <w:lang w:val="ru-RU"/>
              </w:rPr>
            </w:pPr>
            <w:r w:rsidRPr="00132C52">
              <w:rPr>
                <w:sz w:val="17"/>
                <w:lang w:val="ru-RU"/>
              </w:rPr>
              <w:t>ФГИС «Моя школа»; РЭШ; «Финансовая культура» Банка России.</w:t>
            </w:r>
          </w:p>
        </w:tc>
      </w:tr>
      <w:tr w:rsidR="004B25B8" w:rsidRPr="007178AD">
        <w:trPr>
          <w:jc w:val="center"/>
        </w:trPr>
        <w:tc>
          <w:tcPr>
            <w:tcW w:w="396" w:type="dxa"/>
          </w:tcPr>
          <w:p w:rsidR="004B25B8" w:rsidRDefault="005D2361">
            <w:r>
              <w:rPr>
                <w:sz w:val="17"/>
              </w:rPr>
              <w:t>14</w:t>
            </w:r>
          </w:p>
        </w:tc>
        <w:tc>
          <w:tcPr>
            <w:tcW w:w="3061" w:type="dxa"/>
          </w:tcPr>
          <w:p w:rsidR="004B25B8" w:rsidRDefault="005D2361">
            <w:r>
              <w:rPr>
                <w:sz w:val="17"/>
              </w:rPr>
              <w:t>Мошенничество в интернете</w:t>
            </w:r>
          </w:p>
        </w:tc>
        <w:tc>
          <w:tcPr>
            <w:tcW w:w="453" w:type="dxa"/>
          </w:tcPr>
          <w:p w:rsidR="004B25B8" w:rsidRDefault="005D2361">
            <w:r>
              <w:rPr>
                <w:sz w:val="17"/>
              </w:rPr>
              <w:t>1</w:t>
            </w:r>
          </w:p>
        </w:tc>
        <w:tc>
          <w:tcPr>
            <w:tcW w:w="510" w:type="dxa"/>
          </w:tcPr>
          <w:p w:rsidR="004B25B8" w:rsidRDefault="005D2361">
            <w:r>
              <w:rPr>
                <w:sz w:val="17"/>
              </w:rPr>
              <w:t>—</w:t>
            </w:r>
          </w:p>
        </w:tc>
        <w:tc>
          <w:tcPr>
            <w:tcW w:w="567" w:type="dxa"/>
          </w:tcPr>
          <w:p w:rsidR="004B25B8" w:rsidRDefault="005D2361">
            <w:r>
              <w:rPr>
                <w:sz w:val="17"/>
              </w:rPr>
              <w:t>—</w:t>
            </w:r>
          </w:p>
        </w:tc>
        <w:tc>
          <w:tcPr>
            <w:tcW w:w="1304" w:type="dxa"/>
          </w:tcPr>
          <w:p w:rsidR="004B25B8" w:rsidRDefault="005D2361">
            <w:r>
              <w:rPr>
                <w:sz w:val="17"/>
              </w:rPr>
              <w:t>[по календарному графику]</w:t>
            </w:r>
          </w:p>
        </w:tc>
        <w:tc>
          <w:tcPr>
            <w:tcW w:w="3231" w:type="dxa"/>
          </w:tcPr>
          <w:p w:rsidR="004B25B8" w:rsidRPr="00132C52" w:rsidRDefault="005D2361">
            <w:pPr>
              <w:rPr>
                <w:lang w:val="ru-RU"/>
              </w:rPr>
            </w:pPr>
            <w:r w:rsidRPr="00132C52">
              <w:rPr>
                <w:sz w:val="17"/>
                <w:lang w:val="ru-RU"/>
              </w:rPr>
              <w:t>ФГИС «Моя школа»; РЭШ; «Финансовая культура» Банка России.</w:t>
            </w:r>
          </w:p>
        </w:tc>
      </w:tr>
      <w:tr w:rsidR="004B25B8" w:rsidRPr="007178AD">
        <w:trPr>
          <w:jc w:val="center"/>
        </w:trPr>
        <w:tc>
          <w:tcPr>
            <w:tcW w:w="396" w:type="dxa"/>
          </w:tcPr>
          <w:p w:rsidR="004B25B8" w:rsidRDefault="005D2361">
            <w:r>
              <w:rPr>
                <w:sz w:val="17"/>
              </w:rPr>
              <w:t>15</w:t>
            </w:r>
          </w:p>
        </w:tc>
        <w:tc>
          <w:tcPr>
            <w:tcW w:w="3061" w:type="dxa"/>
          </w:tcPr>
          <w:p w:rsidR="004B25B8" w:rsidRDefault="005D2361">
            <w:r>
              <w:rPr>
                <w:sz w:val="17"/>
              </w:rPr>
              <w:t>Права потребителя</w:t>
            </w:r>
          </w:p>
        </w:tc>
        <w:tc>
          <w:tcPr>
            <w:tcW w:w="453" w:type="dxa"/>
          </w:tcPr>
          <w:p w:rsidR="004B25B8" w:rsidRDefault="005D2361">
            <w:r>
              <w:rPr>
                <w:sz w:val="17"/>
              </w:rPr>
              <w:t>1</w:t>
            </w:r>
          </w:p>
        </w:tc>
        <w:tc>
          <w:tcPr>
            <w:tcW w:w="510" w:type="dxa"/>
          </w:tcPr>
          <w:p w:rsidR="004B25B8" w:rsidRDefault="005D2361">
            <w:r>
              <w:rPr>
                <w:sz w:val="17"/>
              </w:rPr>
              <w:t>—</w:t>
            </w:r>
          </w:p>
        </w:tc>
        <w:tc>
          <w:tcPr>
            <w:tcW w:w="567" w:type="dxa"/>
          </w:tcPr>
          <w:p w:rsidR="004B25B8" w:rsidRDefault="005D2361">
            <w:r>
              <w:rPr>
                <w:sz w:val="17"/>
              </w:rPr>
              <w:t>1</w:t>
            </w:r>
          </w:p>
        </w:tc>
        <w:tc>
          <w:tcPr>
            <w:tcW w:w="1304" w:type="dxa"/>
          </w:tcPr>
          <w:p w:rsidR="004B25B8" w:rsidRDefault="005D2361">
            <w:r>
              <w:rPr>
                <w:sz w:val="17"/>
              </w:rPr>
              <w:t>[по календарному графику]</w:t>
            </w:r>
          </w:p>
        </w:tc>
        <w:tc>
          <w:tcPr>
            <w:tcW w:w="3231" w:type="dxa"/>
          </w:tcPr>
          <w:p w:rsidR="004B25B8" w:rsidRPr="00132C52" w:rsidRDefault="005D2361">
            <w:pPr>
              <w:rPr>
                <w:lang w:val="ru-RU"/>
              </w:rPr>
            </w:pPr>
            <w:r w:rsidRPr="00132C52">
              <w:rPr>
                <w:sz w:val="17"/>
                <w:lang w:val="ru-RU"/>
              </w:rPr>
              <w:t>ФГИС «Моя школа»; РЭШ; «Финансовая культура» Банка России.</w:t>
            </w:r>
          </w:p>
        </w:tc>
      </w:tr>
      <w:tr w:rsidR="004B25B8" w:rsidRPr="007178AD">
        <w:trPr>
          <w:jc w:val="center"/>
        </w:trPr>
        <w:tc>
          <w:tcPr>
            <w:tcW w:w="396" w:type="dxa"/>
          </w:tcPr>
          <w:p w:rsidR="004B25B8" w:rsidRDefault="005D2361">
            <w:r>
              <w:rPr>
                <w:sz w:val="17"/>
              </w:rPr>
              <w:t>16</w:t>
            </w:r>
          </w:p>
        </w:tc>
        <w:tc>
          <w:tcPr>
            <w:tcW w:w="3061" w:type="dxa"/>
          </w:tcPr>
          <w:p w:rsidR="004B25B8" w:rsidRDefault="005D2361">
            <w:r>
              <w:rPr>
                <w:sz w:val="17"/>
              </w:rPr>
              <w:t>Договор и чек</w:t>
            </w:r>
          </w:p>
        </w:tc>
        <w:tc>
          <w:tcPr>
            <w:tcW w:w="453" w:type="dxa"/>
          </w:tcPr>
          <w:p w:rsidR="004B25B8" w:rsidRDefault="005D2361">
            <w:r>
              <w:rPr>
                <w:sz w:val="17"/>
              </w:rPr>
              <w:t>1</w:t>
            </w:r>
          </w:p>
        </w:tc>
        <w:tc>
          <w:tcPr>
            <w:tcW w:w="510" w:type="dxa"/>
          </w:tcPr>
          <w:p w:rsidR="004B25B8" w:rsidRDefault="005D2361">
            <w:r>
              <w:rPr>
                <w:sz w:val="17"/>
              </w:rPr>
              <w:t>—</w:t>
            </w:r>
          </w:p>
        </w:tc>
        <w:tc>
          <w:tcPr>
            <w:tcW w:w="567" w:type="dxa"/>
          </w:tcPr>
          <w:p w:rsidR="004B25B8" w:rsidRDefault="005D2361">
            <w:r>
              <w:rPr>
                <w:sz w:val="17"/>
              </w:rPr>
              <w:t>—</w:t>
            </w:r>
          </w:p>
        </w:tc>
        <w:tc>
          <w:tcPr>
            <w:tcW w:w="1304" w:type="dxa"/>
          </w:tcPr>
          <w:p w:rsidR="004B25B8" w:rsidRDefault="005D2361">
            <w:r>
              <w:rPr>
                <w:sz w:val="17"/>
              </w:rPr>
              <w:t>[по календарному графику]</w:t>
            </w:r>
          </w:p>
        </w:tc>
        <w:tc>
          <w:tcPr>
            <w:tcW w:w="3231" w:type="dxa"/>
          </w:tcPr>
          <w:p w:rsidR="004B25B8" w:rsidRPr="00132C52" w:rsidRDefault="005D2361">
            <w:pPr>
              <w:rPr>
                <w:lang w:val="ru-RU"/>
              </w:rPr>
            </w:pPr>
            <w:r w:rsidRPr="00132C52">
              <w:rPr>
                <w:sz w:val="17"/>
                <w:lang w:val="ru-RU"/>
              </w:rPr>
              <w:t>ФГИС «Моя школа»; РЭШ; «Финансовая культура» Банка России.</w:t>
            </w:r>
          </w:p>
        </w:tc>
      </w:tr>
      <w:tr w:rsidR="004B25B8" w:rsidRPr="007178AD">
        <w:trPr>
          <w:jc w:val="center"/>
        </w:trPr>
        <w:tc>
          <w:tcPr>
            <w:tcW w:w="396" w:type="dxa"/>
          </w:tcPr>
          <w:p w:rsidR="004B25B8" w:rsidRDefault="005D2361">
            <w:r>
              <w:rPr>
                <w:sz w:val="17"/>
              </w:rPr>
              <w:t>17</w:t>
            </w:r>
          </w:p>
        </w:tc>
        <w:tc>
          <w:tcPr>
            <w:tcW w:w="3061" w:type="dxa"/>
          </w:tcPr>
          <w:p w:rsidR="004B25B8" w:rsidRDefault="005D2361">
            <w:r>
              <w:rPr>
                <w:sz w:val="17"/>
              </w:rPr>
              <w:t>Цена, скидки, кешбэк</w:t>
            </w:r>
          </w:p>
        </w:tc>
        <w:tc>
          <w:tcPr>
            <w:tcW w:w="453" w:type="dxa"/>
          </w:tcPr>
          <w:p w:rsidR="004B25B8" w:rsidRDefault="005D2361">
            <w:r>
              <w:rPr>
                <w:sz w:val="17"/>
              </w:rPr>
              <w:t>1</w:t>
            </w:r>
          </w:p>
        </w:tc>
        <w:tc>
          <w:tcPr>
            <w:tcW w:w="510" w:type="dxa"/>
          </w:tcPr>
          <w:p w:rsidR="004B25B8" w:rsidRDefault="005D2361">
            <w:r>
              <w:rPr>
                <w:sz w:val="17"/>
              </w:rPr>
              <w:t>—</w:t>
            </w:r>
          </w:p>
        </w:tc>
        <w:tc>
          <w:tcPr>
            <w:tcW w:w="567" w:type="dxa"/>
          </w:tcPr>
          <w:p w:rsidR="004B25B8" w:rsidRDefault="005D2361">
            <w:r>
              <w:rPr>
                <w:sz w:val="17"/>
              </w:rPr>
              <w:t>—</w:t>
            </w:r>
          </w:p>
        </w:tc>
        <w:tc>
          <w:tcPr>
            <w:tcW w:w="1304" w:type="dxa"/>
          </w:tcPr>
          <w:p w:rsidR="004B25B8" w:rsidRDefault="005D2361">
            <w:r>
              <w:rPr>
                <w:sz w:val="17"/>
              </w:rPr>
              <w:t>[по календарному графику]</w:t>
            </w:r>
          </w:p>
        </w:tc>
        <w:tc>
          <w:tcPr>
            <w:tcW w:w="3231" w:type="dxa"/>
          </w:tcPr>
          <w:p w:rsidR="004B25B8" w:rsidRPr="00132C52" w:rsidRDefault="005D2361">
            <w:pPr>
              <w:rPr>
                <w:lang w:val="ru-RU"/>
              </w:rPr>
            </w:pPr>
            <w:r w:rsidRPr="00132C52">
              <w:rPr>
                <w:sz w:val="17"/>
                <w:lang w:val="ru-RU"/>
              </w:rPr>
              <w:t>ФГИС «Моя школа»; РЭШ; «Финансовая культура» Банка России.</w:t>
            </w:r>
          </w:p>
        </w:tc>
      </w:tr>
      <w:tr w:rsidR="004B25B8" w:rsidRPr="007178AD">
        <w:trPr>
          <w:jc w:val="center"/>
        </w:trPr>
        <w:tc>
          <w:tcPr>
            <w:tcW w:w="396" w:type="dxa"/>
          </w:tcPr>
          <w:p w:rsidR="004B25B8" w:rsidRDefault="005D2361">
            <w:r>
              <w:rPr>
                <w:sz w:val="17"/>
              </w:rPr>
              <w:t>18</w:t>
            </w:r>
          </w:p>
        </w:tc>
        <w:tc>
          <w:tcPr>
            <w:tcW w:w="3061" w:type="dxa"/>
          </w:tcPr>
          <w:p w:rsidR="004B25B8" w:rsidRDefault="005D2361">
            <w:r>
              <w:rPr>
                <w:sz w:val="17"/>
              </w:rPr>
              <w:t>Реклама и финансовые решения</w:t>
            </w:r>
          </w:p>
        </w:tc>
        <w:tc>
          <w:tcPr>
            <w:tcW w:w="453" w:type="dxa"/>
          </w:tcPr>
          <w:p w:rsidR="004B25B8" w:rsidRDefault="005D2361">
            <w:r>
              <w:rPr>
                <w:sz w:val="17"/>
              </w:rPr>
              <w:t>1</w:t>
            </w:r>
          </w:p>
        </w:tc>
        <w:tc>
          <w:tcPr>
            <w:tcW w:w="510" w:type="dxa"/>
          </w:tcPr>
          <w:p w:rsidR="004B25B8" w:rsidRDefault="005D2361">
            <w:r>
              <w:rPr>
                <w:sz w:val="17"/>
              </w:rPr>
              <w:t>—</w:t>
            </w:r>
          </w:p>
        </w:tc>
        <w:tc>
          <w:tcPr>
            <w:tcW w:w="567" w:type="dxa"/>
          </w:tcPr>
          <w:p w:rsidR="004B25B8" w:rsidRDefault="005D2361">
            <w:r>
              <w:rPr>
                <w:sz w:val="17"/>
              </w:rPr>
              <w:t>—</w:t>
            </w:r>
          </w:p>
        </w:tc>
        <w:tc>
          <w:tcPr>
            <w:tcW w:w="1304" w:type="dxa"/>
          </w:tcPr>
          <w:p w:rsidR="004B25B8" w:rsidRDefault="005D2361">
            <w:r>
              <w:rPr>
                <w:sz w:val="17"/>
              </w:rPr>
              <w:t>[по календарному графику]</w:t>
            </w:r>
          </w:p>
        </w:tc>
        <w:tc>
          <w:tcPr>
            <w:tcW w:w="3231" w:type="dxa"/>
          </w:tcPr>
          <w:p w:rsidR="004B25B8" w:rsidRPr="00132C52" w:rsidRDefault="005D2361">
            <w:pPr>
              <w:rPr>
                <w:lang w:val="ru-RU"/>
              </w:rPr>
            </w:pPr>
            <w:r w:rsidRPr="00132C52">
              <w:rPr>
                <w:sz w:val="17"/>
                <w:lang w:val="ru-RU"/>
              </w:rPr>
              <w:t>ФГИС «Моя школа»; РЭШ; «Финансовая культура» Банка России.</w:t>
            </w:r>
          </w:p>
        </w:tc>
      </w:tr>
      <w:tr w:rsidR="004B25B8" w:rsidRPr="007178AD">
        <w:trPr>
          <w:jc w:val="center"/>
        </w:trPr>
        <w:tc>
          <w:tcPr>
            <w:tcW w:w="396" w:type="dxa"/>
          </w:tcPr>
          <w:p w:rsidR="004B25B8" w:rsidRDefault="005D2361">
            <w:r>
              <w:rPr>
                <w:sz w:val="17"/>
              </w:rPr>
              <w:t>19</w:t>
            </w:r>
          </w:p>
        </w:tc>
        <w:tc>
          <w:tcPr>
            <w:tcW w:w="3061" w:type="dxa"/>
          </w:tcPr>
          <w:p w:rsidR="004B25B8" w:rsidRDefault="005D2361">
            <w:r>
              <w:rPr>
                <w:sz w:val="17"/>
              </w:rPr>
              <w:t>Страхование</w:t>
            </w:r>
          </w:p>
        </w:tc>
        <w:tc>
          <w:tcPr>
            <w:tcW w:w="453" w:type="dxa"/>
          </w:tcPr>
          <w:p w:rsidR="004B25B8" w:rsidRDefault="005D2361">
            <w:r>
              <w:rPr>
                <w:sz w:val="17"/>
              </w:rPr>
              <w:t>1</w:t>
            </w:r>
          </w:p>
        </w:tc>
        <w:tc>
          <w:tcPr>
            <w:tcW w:w="510" w:type="dxa"/>
          </w:tcPr>
          <w:p w:rsidR="004B25B8" w:rsidRDefault="005D2361">
            <w:r>
              <w:rPr>
                <w:sz w:val="17"/>
              </w:rPr>
              <w:t>—</w:t>
            </w:r>
          </w:p>
        </w:tc>
        <w:tc>
          <w:tcPr>
            <w:tcW w:w="567" w:type="dxa"/>
          </w:tcPr>
          <w:p w:rsidR="004B25B8" w:rsidRDefault="005D2361">
            <w:r>
              <w:rPr>
                <w:sz w:val="17"/>
              </w:rPr>
              <w:t>—</w:t>
            </w:r>
          </w:p>
        </w:tc>
        <w:tc>
          <w:tcPr>
            <w:tcW w:w="1304" w:type="dxa"/>
          </w:tcPr>
          <w:p w:rsidR="004B25B8" w:rsidRDefault="005D2361">
            <w:r>
              <w:rPr>
                <w:sz w:val="17"/>
              </w:rPr>
              <w:t>[по календарному графику]</w:t>
            </w:r>
          </w:p>
        </w:tc>
        <w:tc>
          <w:tcPr>
            <w:tcW w:w="3231" w:type="dxa"/>
          </w:tcPr>
          <w:p w:rsidR="004B25B8" w:rsidRPr="00132C52" w:rsidRDefault="005D2361">
            <w:pPr>
              <w:rPr>
                <w:lang w:val="ru-RU"/>
              </w:rPr>
            </w:pPr>
            <w:r w:rsidRPr="00132C52">
              <w:rPr>
                <w:sz w:val="17"/>
                <w:lang w:val="ru-RU"/>
              </w:rPr>
              <w:t>ФГИС «Моя школа»; РЭШ; «Финансовая культура» Банка России.</w:t>
            </w:r>
          </w:p>
        </w:tc>
      </w:tr>
      <w:tr w:rsidR="004B25B8" w:rsidRPr="007178AD">
        <w:trPr>
          <w:jc w:val="center"/>
        </w:trPr>
        <w:tc>
          <w:tcPr>
            <w:tcW w:w="396" w:type="dxa"/>
          </w:tcPr>
          <w:p w:rsidR="004B25B8" w:rsidRDefault="005D2361">
            <w:r>
              <w:rPr>
                <w:sz w:val="17"/>
              </w:rPr>
              <w:t>20</w:t>
            </w:r>
          </w:p>
        </w:tc>
        <w:tc>
          <w:tcPr>
            <w:tcW w:w="3061" w:type="dxa"/>
          </w:tcPr>
          <w:p w:rsidR="004B25B8" w:rsidRDefault="005D2361">
            <w:r>
              <w:rPr>
                <w:sz w:val="17"/>
              </w:rPr>
              <w:t>Налоги</w:t>
            </w:r>
          </w:p>
        </w:tc>
        <w:tc>
          <w:tcPr>
            <w:tcW w:w="453" w:type="dxa"/>
          </w:tcPr>
          <w:p w:rsidR="004B25B8" w:rsidRDefault="005D2361">
            <w:r>
              <w:rPr>
                <w:sz w:val="17"/>
              </w:rPr>
              <w:t>1</w:t>
            </w:r>
          </w:p>
        </w:tc>
        <w:tc>
          <w:tcPr>
            <w:tcW w:w="510" w:type="dxa"/>
          </w:tcPr>
          <w:p w:rsidR="004B25B8" w:rsidRDefault="005D2361">
            <w:r>
              <w:rPr>
                <w:sz w:val="17"/>
              </w:rPr>
              <w:t>—</w:t>
            </w:r>
          </w:p>
        </w:tc>
        <w:tc>
          <w:tcPr>
            <w:tcW w:w="567" w:type="dxa"/>
          </w:tcPr>
          <w:p w:rsidR="004B25B8" w:rsidRDefault="005D2361">
            <w:r>
              <w:rPr>
                <w:sz w:val="17"/>
              </w:rPr>
              <w:t>1</w:t>
            </w:r>
          </w:p>
        </w:tc>
        <w:tc>
          <w:tcPr>
            <w:tcW w:w="1304" w:type="dxa"/>
          </w:tcPr>
          <w:p w:rsidR="004B25B8" w:rsidRDefault="005D2361">
            <w:r>
              <w:rPr>
                <w:sz w:val="17"/>
              </w:rPr>
              <w:t>[по календарному графику]</w:t>
            </w:r>
          </w:p>
        </w:tc>
        <w:tc>
          <w:tcPr>
            <w:tcW w:w="3231" w:type="dxa"/>
          </w:tcPr>
          <w:p w:rsidR="004B25B8" w:rsidRPr="00132C52" w:rsidRDefault="005D2361">
            <w:pPr>
              <w:rPr>
                <w:lang w:val="ru-RU"/>
              </w:rPr>
            </w:pPr>
            <w:r w:rsidRPr="00132C52">
              <w:rPr>
                <w:sz w:val="17"/>
                <w:lang w:val="ru-RU"/>
              </w:rPr>
              <w:t>ФГИС «Моя школа»; РЭШ; «Финансовая культура» Банка России.</w:t>
            </w:r>
          </w:p>
        </w:tc>
      </w:tr>
      <w:tr w:rsidR="004B25B8" w:rsidRPr="007178AD">
        <w:trPr>
          <w:jc w:val="center"/>
        </w:trPr>
        <w:tc>
          <w:tcPr>
            <w:tcW w:w="396" w:type="dxa"/>
          </w:tcPr>
          <w:p w:rsidR="004B25B8" w:rsidRDefault="005D2361">
            <w:r>
              <w:rPr>
                <w:sz w:val="17"/>
              </w:rPr>
              <w:t>21</w:t>
            </w:r>
          </w:p>
        </w:tc>
        <w:tc>
          <w:tcPr>
            <w:tcW w:w="3061" w:type="dxa"/>
          </w:tcPr>
          <w:p w:rsidR="004B25B8" w:rsidRDefault="005D2361">
            <w:r>
              <w:rPr>
                <w:sz w:val="17"/>
              </w:rPr>
              <w:t>Трудовые доходы</w:t>
            </w:r>
          </w:p>
        </w:tc>
        <w:tc>
          <w:tcPr>
            <w:tcW w:w="453" w:type="dxa"/>
          </w:tcPr>
          <w:p w:rsidR="004B25B8" w:rsidRDefault="005D2361">
            <w:r>
              <w:rPr>
                <w:sz w:val="17"/>
              </w:rPr>
              <w:t>1</w:t>
            </w:r>
          </w:p>
        </w:tc>
        <w:tc>
          <w:tcPr>
            <w:tcW w:w="510" w:type="dxa"/>
          </w:tcPr>
          <w:p w:rsidR="004B25B8" w:rsidRDefault="005D2361">
            <w:r>
              <w:rPr>
                <w:sz w:val="17"/>
              </w:rPr>
              <w:t>—</w:t>
            </w:r>
          </w:p>
        </w:tc>
        <w:tc>
          <w:tcPr>
            <w:tcW w:w="567" w:type="dxa"/>
          </w:tcPr>
          <w:p w:rsidR="004B25B8" w:rsidRDefault="005D2361">
            <w:r>
              <w:rPr>
                <w:sz w:val="17"/>
              </w:rPr>
              <w:t>—</w:t>
            </w:r>
          </w:p>
        </w:tc>
        <w:tc>
          <w:tcPr>
            <w:tcW w:w="1304" w:type="dxa"/>
          </w:tcPr>
          <w:p w:rsidR="004B25B8" w:rsidRDefault="005D2361">
            <w:r>
              <w:rPr>
                <w:sz w:val="17"/>
              </w:rPr>
              <w:t>[по календарному графику]</w:t>
            </w:r>
          </w:p>
        </w:tc>
        <w:tc>
          <w:tcPr>
            <w:tcW w:w="3231" w:type="dxa"/>
          </w:tcPr>
          <w:p w:rsidR="004B25B8" w:rsidRPr="00132C52" w:rsidRDefault="005D2361">
            <w:pPr>
              <w:rPr>
                <w:lang w:val="ru-RU"/>
              </w:rPr>
            </w:pPr>
            <w:r w:rsidRPr="00132C52">
              <w:rPr>
                <w:sz w:val="17"/>
                <w:lang w:val="ru-RU"/>
              </w:rPr>
              <w:t>ФГИС «Моя школа»; РЭШ; «Финансовая культура» Банка России.</w:t>
            </w:r>
          </w:p>
        </w:tc>
      </w:tr>
      <w:tr w:rsidR="004B25B8" w:rsidRPr="007178AD">
        <w:trPr>
          <w:jc w:val="center"/>
        </w:trPr>
        <w:tc>
          <w:tcPr>
            <w:tcW w:w="396" w:type="dxa"/>
          </w:tcPr>
          <w:p w:rsidR="004B25B8" w:rsidRDefault="005D2361">
            <w:r>
              <w:rPr>
                <w:sz w:val="17"/>
              </w:rPr>
              <w:t>22</w:t>
            </w:r>
          </w:p>
        </w:tc>
        <w:tc>
          <w:tcPr>
            <w:tcW w:w="3061" w:type="dxa"/>
          </w:tcPr>
          <w:p w:rsidR="004B25B8" w:rsidRDefault="005D2361">
            <w:r>
              <w:rPr>
                <w:sz w:val="17"/>
              </w:rPr>
              <w:t>Предпринимательство</w:t>
            </w:r>
          </w:p>
        </w:tc>
        <w:tc>
          <w:tcPr>
            <w:tcW w:w="453" w:type="dxa"/>
          </w:tcPr>
          <w:p w:rsidR="004B25B8" w:rsidRDefault="005D2361">
            <w:r>
              <w:rPr>
                <w:sz w:val="17"/>
              </w:rPr>
              <w:t>1</w:t>
            </w:r>
          </w:p>
        </w:tc>
        <w:tc>
          <w:tcPr>
            <w:tcW w:w="510" w:type="dxa"/>
          </w:tcPr>
          <w:p w:rsidR="004B25B8" w:rsidRDefault="005D2361">
            <w:r>
              <w:rPr>
                <w:sz w:val="17"/>
              </w:rPr>
              <w:t>—</w:t>
            </w:r>
          </w:p>
        </w:tc>
        <w:tc>
          <w:tcPr>
            <w:tcW w:w="567" w:type="dxa"/>
          </w:tcPr>
          <w:p w:rsidR="004B25B8" w:rsidRDefault="005D2361">
            <w:r>
              <w:rPr>
                <w:sz w:val="17"/>
              </w:rPr>
              <w:t>—</w:t>
            </w:r>
          </w:p>
        </w:tc>
        <w:tc>
          <w:tcPr>
            <w:tcW w:w="1304" w:type="dxa"/>
          </w:tcPr>
          <w:p w:rsidR="004B25B8" w:rsidRDefault="005D2361">
            <w:r>
              <w:rPr>
                <w:sz w:val="17"/>
              </w:rPr>
              <w:t>[по календарному графику]</w:t>
            </w:r>
          </w:p>
        </w:tc>
        <w:tc>
          <w:tcPr>
            <w:tcW w:w="3231" w:type="dxa"/>
          </w:tcPr>
          <w:p w:rsidR="004B25B8" w:rsidRPr="00132C52" w:rsidRDefault="005D2361">
            <w:pPr>
              <w:rPr>
                <w:lang w:val="ru-RU"/>
              </w:rPr>
            </w:pPr>
            <w:r w:rsidRPr="00132C52">
              <w:rPr>
                <w:sz w:val="17"/>
                <w:lang w:val="ru-RU"/>
              </w:rPr>
              <w:t>ФГИС «Моя школа»; РЭШ; «Финансовая культура» Банка России.</w:t>
            </w:r>
          </w:p>
        </w:tc>
      </w:tr>
      <w:tr w:rsidR="004B25B8" w:rsidRPr="007178AD">
        <w:trPr>
          <w:jc w:val="center"/>
        </w:trPr>
        <w:tc>
          <w:tcPr>
            <w:tcW w:w="396" w:type="dxa"/>
          </w:tcPr>
          <w:p w:rsidR="004B25B8" w:rsidRDefault="005D2361">
            <w:r>
              <w:rPr>
                <w:sz w:val="17"/>
              </w:rPr>
              <w:t>23</w:t>
            </w:r>
          </w:p>
        </w:tc>
        <w:tc>
          <w:tcPr>
            <w:tcW w:w="3061" w:type="dxa"/>
          </w:tcPr>
          <w:p w:rsidR="004B25B8" w:rsidRDefault="005D2361">
            <w:r>
              <w:rPr>
                <w:sz w:val="17"/>
              </w:rPr>
              <w:t>Риск и ответственность</w:t>
            </w:r>
          </w:p>
        </w:tc>
        <w:tc>
          <w:tcPr>
            <w:tcW w:w="453" w:type="dxa"/>
          </w:tcPr>
          <w:p w:rsidR="004B25B8" w:rsidRDefault="005D2361">
            <w:r>
              <w:rPr>
                <w:sz w:val="17"/>
              </w:rPr>
              <w:t>1</w:t>
            </w:r>
          </w:p>
        </w:tc>
        <w:tc>
          <w:tcPr>
            <w:tcW w:w="510" w:type="dxa"/>
          </w:tcPr>
          <w:p w:rsidR="004B25B8" w:rsidRDefault="005D2361">
            <w:r>
              <w:rPr>
                <w:sz w:val="17"/>
              </w:rPr>
              <w:t>—</w:t>
            </w:r>
          </w:p>
        </w:tc>
        <w:tc>
          <w:tcPr>
            <w:tcW w:w="567" w:type="dxa"/>
          </w:tcPr>
          <w:p w:rsidR="004B25B8" w:rsidRDefault="005D2361">
            <w:r>
              <w:rPr>
                <w:sz w:val="17"/>
              </w:rPr>
              <w:t>—</w:t>
            </w:r>
          </w:p>
        </w:tc>
        <w:tc>
          <w:tcPr>
            <w:tcW w:w="1304" w:type="dxa"/>
          </w:tcPr>
          <w:p w:rsidR="004B25B8" w:rsidRDefault="005D2361">
            <w:r>
              <w:rPr>
                <w:sz w:val="17"/>
              </w:rPr>
              <w:t>[по календарному графику]</w:t>
            </w:r>
          </w:p>
        </w:tc>
        <w:tc>
          <w:tcPr>
            <w:tcW w:w="3231" w:type="dxa"/>
          </w:tcPr>
          <w:p w:rsidR="004B25B8" w:rsidRPr="00132C52" w:rsidRDefault="005D2361">
            <w:pPr>
              <w:rPr>
                <w:lang w:val="ru-RU"/>
              </w:rPr>
            </w:pPr>
            <w:r w:rsidRPr="00132C52">
              <w:rPr>
                <w:sz w:val="17"/>
                <w:lang w:val="ru-RU"/>
              </w:rPr>
              <w:t>ФГИС «Моя школа»; РЭШ; «Финансовая культура» Банка России.</w:t>
            </w:r>
          </w:p>
        </w:tc>
      </w:tr>
      <w:tr w:rsidR="004B25B8" w:rsidRPr="007178AD">
        <w:trPr>
          <w:jc w:val="center"/>
        </w:trPr>
        <w:tc>
          <w:tcPr>
            <w:tcW w:w="396" w:type="dxa"/>
          </w:tcPr>
          <w:p w:rsidR="004B25B8" w:rsidRDefault="005D2361">
            <w:r>
              <w:rPr>
                <w:sz w:val="17"/>
              </w:rPr>
              <w:t>24</w:t>
            </w:r>
          </w:p>
        </w:tc>
        <w:tc>
          <w:tcPr>
            <w:tcW w:w="3061" w:type="dxa"/>
          </w:tcPr>
          <w:p w:rsidR="004B25B8" w:rsidRDefault="005D2361">
            <w:r>
              <w:rPr>
                <w:sz w:val="17"/>
              </w:rPr>
              <w:t>Благотворительность</w:t>
            </w:r>
          </w:p>
        </w:tc>
        <w:tc>
          <w:tcPr>
            <w:tcW w:w="453" w:type="dxa"/>
          </w:tcPr>
          <w:p w:rsidR="004B25B8" w:rsidRDefault="005D2361">
            <w:r>
              <w:rPr>
                <w:sz w:val="17"/>
              </w:rPr>
              <w:t>1</w:t>
            </w:r>
          </w:p>
        </w:tc>
        <w:tc>
          <w:tcPr>
            <w:tcW w:w="510" w:type="dxa"/>
          </w:tcPr>
          <w:p w:rsidR="004B25B8" w:rsidRDefault="005D2361">
            <w:r>
              <w:rPr>
                <w:sz w:val="17"/>
              </w:rPr>
              <w:t>—</w:t>
            </w:r>
          </w:p>
        </w:tc>
        <w:tc>
          <w:tcPr>
            <w:tcW w:w="567" w:type="dxa"/>
          </w:tcPr>
          <w:p w:rsidR="004B25B8" w:rsidRDefault="005D2361">
            <w:r>
              <w:rPr>
                <w:sz w:val="17"/>
              </w:rPr>
              <w:t>—</w:t>
            </w:r>
          </w:p>
        </w:tc>
        <w:tc>
          <w:tcPr>
            <w:tcW w:w="1304" w:type="dxa"/>
          </w:tcPr>
          <w:p w:rsidR="004B25B8" w:rsidRDefault="005D2361">
            <w:r>
              <w:rPr>
                <w:sz w:val="17"/>
              </w:rPr>
              <w:t>[по календарному графику]</w:t>
            </w:r>
          </w:p>
        </w:tc>
        <w:tc>
          <w:tcPr>
            <w:tcW w:w="3231" w:type="dxa"/>
          </w:tcPr>
          <w:p w:rsidR="004B25B8" w:rsidRPr="00132C52" w:rsidRDefault="005D2361">
            <w:pPr>
              <w:rPr>
                <w:lang w:val="ru-RU"/>
              </w:rPr>
            </w:pPr>
            <w:r w:rsidRPr="00132C52">
              <w:rPr>
                <w:sz w:val="17"/>
                <w:lang w:val="ru-RU"/>
              </w:rPr>
              <w:t>ФГИС «Моя школа»; РЭШ; «Финансовая культура» Банка России.</w:t>
            </w:r>
          </w:p>
        </w:tc>
      </w:tr>
      <w:tr w:rsidR="004B25B8" w:rsidRPr="007178AD">
        <w:trPr>
          <w:jc w:val="center"/>
        </w:trPr>
        <w:tc>
          <w:tcPr>
            <w:tcW w:w="396" w:type="dxa"/>
          </w:tcPr>
          <w:p w:rsidR="004B25B8" w:rsidRDefault="005D2361">
            <w:r>
              <w:rPr>
                <w:sz w:val="17"/>
              </w:rPr>
              <w:t>25</w:t>
            </w:r>
          </w:p>
        </w:tc>
        <w:tc>
          <w:tcPr>
            <w:tcW w:w="3061" w:type="dxa"/>
          </w:tcPr>
          <w:p w:rsidR="004B25B8" w:rsidRDefault="005D2361">
            <w:r>
              <w:rPr>
                <w:sz w:val="17"/>
              </w:rPr>
              <w:t>Финансовая культура семьи</w:t>
            </w:r>
          </w:p>
        </w:tc>
        <w:tc>
          <w:tcPr>
            <w:tcW w:w="453" w:type="dxa"/>
          </w:tcPr>
          <w:p w:rsidR="004B25B8" w:rsidRDefault="005D2361">
            <w:r>
              <w:rPr>
                <w:sz w:val="17"/>
              </w:rPr>
              <w:t>1</w:t>
            </w:r>
          </w:p>
        </w:tc>
        <w:tc>
          <w:tcPr>
            <w:tcW w:w="510" w:type="dxa"/>
          </w:tcPr>
          <w:p w:rsidR="004B25B8" w:rsidRDefault="005D2361">
            <w:r>
              <w:rPr>
                <w:sz w:val="17"/>
              </w:rPr>
              <w:t>—</w:t>
            </w:r>
          </w:p>
        </w:tc>
        <w:tc>
          <w:tcPr>
            <w:tcW w:w="567" w:type="dxa"/>
          </w:tcPr>
          <w:p w:rsidR="004B25B8" w:rsidRDefault="005D2361">
            <w:r>
              <w:rPr>
                <w:sz w:val="17"/>
              </w:rPr>
              <w:t>1</w:t>
            </w:r>
          </w:p>
        </w:tc>
        <w:tc>
          <w:tcPr>
            <w:tcW w:w="1304" w:type="dxa"/>
          </w:tcPr>
          <w:p w:rsidR="004B25B8" w:rsidRDefault="005D2361">
            <w:r>
              <w:rPr>
                <w:sz w:val="17"/>
              </w:rPr>
              <w:t>[по календарному графику]</w:t>
            </w:r>
          </w:p>
        </w:tc>
        <w:tc>
          <w:tcPr>
            <w:tcW w:w="3231" w:type="dxa"/>
          </w:tcPr>
          <w:p w:rsidR="004B25B8" w:rsidRPr="00132C52" w:rsidRDefault="005D2361">
            <w:pPr>
              <w:rPr>
                <w:lang w:val="ru-RU"/>
              </w:rPr>
            </w:pPr>
            <w:r w:rsidRPr="00132C52">
              <w:rPr>
                <w:sz w:val="17"/>
                <w:lang w:val="ru-RU"/>
              </w:rPr>
              <w:t>ФГИС «Моя школа»; РЭШ; «Финансовая культура» Банка России.</w:t>
            </w:r>
          </w:p>
        </w:tc>
      </w:tr>
      <w:tr w:rsidR="004B25B8" w:rsidRPr="007178AD">
        <w:trPr>
          <w:jc w:val="center"/>
        </w:trPr>
        <w:tc>
          <w:tcPr>
            <w:tcW w:w="396" w:type="dxa"/>
          </w:tcPr>
          <w:p w:rsidR="004B25B8" w:rsidRDefault="005D2361">
            <w:r>
              <w:rPr>
                <w:sz w:val="17"/>
              </w:rPr>
              <w:t>26</w:t>
            </w:r>
          </w:p>
        </w:tc>
        <w:tc>
          <w:tcPr>
            <w:tcW w:w="3061" w:type="dxa"/>
          </w:tcPr>
          <w:p w:rsidR="004B25B8" w:rsidRDefault="005D2361">
            <w:r>
              <w:rPr>
                <w:sz w:val="17"/>
              </w:rPr>
              <w:t>Практикум «Выбираем вклад»</w:t>
            </w:r>
          </w:p>
        </w:tc>
        <w:tc>
          <w:tcPr>
            <w:tcW w:w="453" w:type="dxa"/>
          </w:tcPr>
          <w:p w:rsidR="004B25B8" w:rsidRDefault="005D2361">
            <w:r>
              <w:rPr>
                <w:sz w:val="17"/>
              </w:rPr>
              <w:t>1</w:t>
            </w:r>
          </w:p>
        </w:tc>
        <w:tc>
          <w:tcPr>
            <w:tcW w:w="510" w:type="dxa"/>
          </w:tcPr>
          <w:p w:rsidR="004B25B8" w:rsidRDefault="005D2361">
            <w:r>
              <w:rPr>
                <w:sz w:val="17"/>
              </w:rPr>
              <w:t>—</w:t>
            </w:r>
          </w:p>
        </w:tc>
        <w:tc>
          <w:tcPr>
            <w:tcW w:w="567" w:type="dxa"/>
          </w:tcPr>
          <w:p w:rsidR="004B25B8" w:rsidRDefault="005D2361">
            <w:r>
              <w:rPr>
                <w:sz w:val="17"/>
              </w:rPr>
              <w:t>—</w:t>
            </w:r>
          </w:p>
        </w:tc>
        <w:tc>
          <w:tcPr>
            <w:tcW w:w="1304" w:type="dxa"/>
          </w:tcPr>
          <w:p w:rsidR="004B25B8" w:rsidRDefault="005D2361">
            <w:r>
              <w:rPr>
                <w:sz w:val="17"/>
              </w:rPr>
              <w:t>[по календарному графику]</w:t>
            </w:r>
          </w:p>
        </w:tc>
        <w:tc>
          <w:tcPr>
            <w:tcW w:w="3231" w:type="dxa"/>
          </w:tcPr>
          <w:p w:rsidR="004B25B8" w:rsidRPr="00132C52" w:rsidRDefault="005D2361">
            <w:pPr>
              <w:rPr>
                <w:lang w:val="ru-RU"/>
              </w:rPr>
            </w:pPr>
            <w:r w:rsidRPr="00132C52">
              <w:rPr>
                <w:sz w:val="17"/>
                <w:lang w:val="ru-RU"/>
              </w:rPr>
              <w:t>ФГИС «Моя школа»; РЭШ; «Финансовая культура» Банка России.</w:t>
            </w:r>
          </w:p>
        </w:tc>
      </w:tr>
      <w:tr w:rsidR="004B25B8" w:rsidRPr="007178AD">
        <w:trPr>
          <w:jc w:val="center"/>
        </w:trPr>
        <w:tc>
          <w:tcPr>
            <w:tcW w:w="396" w:type="dxa"/>
          </w:tcPr>
          <w:p w:rsidR="004B25B8" w:rsidRDefault="005D2361">
            <w:r>
              <w:rPr>
                <w:sz w:val="17"/>
              </w:rPr>
              <w:t>27</w:t>
            </w:r>
          </w:p>
        </w:tc>
        <w:tc>
          <w:tcPr>
            <w:tcW w:w="3061" w:type="dxa"/>
          </w:tcPr>
          <w:p w:rsidR="004B25B8" w:rsidRDefault="005D2361">
            <w:r>
              <w:rPr>
                <w:sz w:val="17"/>
              </w:rPr>
              <w:t>Практикум «Сравниваем покупки»</w:t>
            </w:r>
          </w:p>
        </w:tc>
        <w:tc>
          <w:tcPr>
            <w:tcW w:w="453" w:type="dxa"/>
          </w:tcPr>
          <w:p w:rsidR="004B25B8" w:rsidRDefault="005D2361">
            <w:r>
              <w:rPr>
                <w:sz w:val="17"/>
              </w:rPr>
              <w:t>1</w:t>
            </w:r>
          </w:p>
        </w:tc>
        <w:tc>
          <w:tcPr>
            <w:tcW w:w="510" w:type="dxa"/>
          </w:tcPr>
          <w:p w:rsidR="004B25B8" w:rsidRDefault="005D2361">
            <w:r>
              <w:rPr>
                <w:sz w:val="17"/>
              </w:rPr>
              <w:t>—</w:t>
            </w:r>
          </w:p>
        </w:tc>
        <w:tc>
          <w:tcPr>
            <w:tcW w:w="567" w:type="dxa"/>
          </w:tcPr>
          <w:p w:rsidR="004B25B8" w:rsidRDefault="005D2361">
            <w:r>
              <w:rPr>
                <w:sz w:val="17"/>
              </w:rPr>
              <w:t>—</w:t>
            </w:r>
          </w:p>
        </w:tc>
        <w:tc>
          <w:tcPr>
            <w:tcW w:w="1304" w:type="dxa"/>
          </w:tcPr>
          <w:p w:rsidR="004B25B8" w:rsidRDefault="005D2361">
            <w:r>
              <w:rPr>
                <w:sz w:val="17"/>
              </w:rPr>
              <w:t>[по календарному графику]</w:t>
            </w:r>
          </w:p>
        </w:tc>
        <w:tc>
          <w:tcPr>
            <w:tcW w:w="3231" w:type="dxa"/>
          </w:tcPr>
          <w:p w:rsidR="004B25B8" w:rsidRPr="00132C52" w:rsidRDefault="005D2361">
            <w:pPr>
              <w:rPr>
                <w:lang w:val="ru-RU"/>
              </w:rPr>
            </w:pPr>
            <w:r w:rsidRPr="00132C52">
              <w:rPr>
                <w:sz w:val="17"/>
                <w:lang w:val="ru-RU"/>
              </w:rPr>
              <w:t>ФГИС «Моя школа»; РЭШ; «Финансовая культура» Банка России.</w:t>
            </w:r>
          </w:p>
        </w:tc>
      </w:tr>
      <w:tr w:rsidR="004B25B8" w:rsidRPr="007178AD">
        <w:trPr>
          <w:jc w:val="center"/>
        </w:trPr>
        <w:tc>
          <w:tcPr>
            <w:tcW w:w="396" w:type="dxa"/>
          </w:tcPr>
          <w:p w:rsidR="004B25B8" w:rsidRDefault="005D2361">
            <w:r>
              <w:rPr>
                <w:sz w:val="17"/>
              </w:rPr>
              <w:t>28</w:t>
            </w:r>
          </w:p>
        </w:tc>
        <w:tc>
          <w:tcPr>
            <w:tcW w:w="3061" w:type="dxa"/>
          </w:tcPr>
          <w:p w:rsidR="004B25B8" w:rsidRDefault="005D2361">
            <w:r>
              <w:rPr>
                <w:sz w:val="17"/>
              </w:rPr>
              <w:t>Кейс «Защита карты»</w:t>
            </w:r>
          </w:p>
        </w:tc>
        <w:tc>
          <w:tcPr>
            <w:tcW w:w="453" w:type="dxa"/>
          </w:tcPr>
          <w:p w:rsidR="004B25B8" w:rsidRDefault="005D2361">
            <w:r>
              <w:rPr>
                <w:sz w:val="17"/>
              </w:rPr>
              <w:t>1</w:t>
            </w:r>
          </w:p>
        </w:tc>
        <w:tc>
          <w:tcPr>
            <w:tcW w:w="510" w:type="dxa"/>
          </w:tcPr>
          <w:p w:rsidR="004B25B8" w:rsidRDefault="005D2361">
            <w:r>
              <w:rPr>
                <w:sz w:val="17"/>
              </w:rPr>
              <w:t>—</w:t>
            </w:r>
          </w:p>
        </w:tc>
        <w:tc>
          <w:tcPr>
            <w:tcW w:w="567" w:type="dxa"/>
          </w:tcPr>
          <w:p w:rsidR="004B25B8" w:rsidRDefault="005D2361">
            <w:r>
              <w:rPr>
                <w:sz w:val="17"/>
              </w:rPr>
              <w:t>—</w:t>
            </w:r>
          </w:p>
        </w:tc>
        <w:tc>
          <w:tcPr>
            <w:tcW w:w="1304" w:type="dxa"/>
          </w:tcPr>
          <w:p w:rsidR="004B25B8" w:rsidRDefault="005D2361">
            <w:r>
              <w:rPr>
                <w:sz w:val="17"/>
              </w:rPr>
              <w:t>[по календарному графику]</w:t>
            </w:r>
          </w:p>
        </w:tc>
        <w:tc>
          <w:tcPr>
            <w:tcW w:w="3231" w:type="dxa"/>
          </w:tcPr>
          <w:p w:rsidR="004B25B8" w:rsidRPr="00132C52" w:rsidRDefault="005D2361">
            <w:pPr>
              <w:rPr>
                <w:lang w:val="ru-RU"/>
              </w:rPr>
            </w:pPr>
            <w:r w:rsidRPr="00132C52">
              <w:rPr>
                <w:sz w:val="17"/>
                <w:lang w:val="ru-RU"/>
              </w:rPr>
              <w:t>ФГИС «Моя школа»; РЭШ; «Финансовая культура» Банка России.</w:t>
            </w:r>
          </w:p>
        </w:tc>
      </w:tr>
      <w:tr w:rsidR="004B25B8" w:rsidRPr="007178AD">
        <w:trPr>
          <w:jc w:val="center"/>
        </w:trPr>
        <w:tc>
          <w:tcPr>
            <w:tcW w:w="396" w:type="dxa"/>
          </w:tcPr>
          <w:p w:rsidR="004B25B8" w:rsidRDefault="005D2361">
            <w:r>
              <w:rPr>
                <w:sz w:val="17"/>
              </w:rPr>
              <w:t>29</w:t>
            </w:r>
          </w:p>
        </w:tc>
        <w:tc>
          <w:tcPr>
            <w:tcW w:w="3061" w:type="dxa"/>
          </w:tcPr>
          <w:p w:rsidR="004B25B8" w:rsidRDefault="005D2361">
            <w:r>
              <w:rPr>
                <w:sz w:val="17"/>
              </w:rPr>
              <w:t>Проект: бюджет школьного события</w:t>
            </w:r>
          </w:p>
        </w:tc>
        <w:tc>
          <w:tcPr>
            <w:tcW w:w="453" w:type="dxa"/>
          </w:tcPr>
          <w:p w:rsidR="004B25B8" w:rsidRDefault="005D2361">
            <w:r>
              <w:rPr>
                <w:sz w:val="17"/>
              </w:rPr>
              <w:t>1</w:t>
            </w:r>
          </w:p>
        </w:tc>
        <w:tc>
          <w:tcPr>
            <w:tcW w:w="510" w:type="dxa"/>
          </w:tcPr>
          <w:p w:rsidR="004B25B8" w:rsidRDefault="005D2361">
            <w:r>
              <w:rPr>
                <w:sz w:val="17"/>
              </w:rPr>
              <w:t>—</w:t>
            </w:r>
          </w:p>
        </w:tc>
        <w:tc>
          <w:tcPr>
            <w:tcW w:w="567" w:type="dxa"/>
          </w:tcPr>
          <w:p w:rsidR="004B25B8" w:rsidRDefault="005D2361">
            <w:r>
              <w:rPr>
                <w:sz w:val="17"/>
              </w:rPr>
              <w:t>—</w:t>
            </w:r>
          </w:p>
        </w:tc>
        <w:tc>
          <w:tcPr>
            <w:tcW w:w="1304" w:type="dxa"/>
          </w:tcPr>
          <w:p w:rsidR="004B25B8" w:rsidRDefault="005D2361">
            <w:r>
              <w:rPr>
                <w:sz w:val="17"/>
              </w:rPr>
              <w:t>[по календарному графику]</w:t>
            </w:r>
          </w:p>
        </w:tc>
        <w:tc>
          <w:tcPr>
            <w:tcW w:w="3231" w:type="dxa"/>
          </w:tcPr>
          <w:p w:rsidR="004B25B8" w:rsidRPr="00132C52" w:rsidRDefault="005D2361">
            <w:pPr>
              <w:rPr>
                <w:lang w:val="ru-RU"/>
              </w:rPr>
            </w:pPr>
            <w:r w:rsidRPr="00132C52">
              <w:rPr>
                <w:sz w:val="17"/>
                <w:lang w:val="ru-RU"/>
              </w:rPr>
              <w:t>ФГИС «Моя школа»; РЭШ; «Финансовая культура» Банка России.</w:t>
            </w:r>
          </w:p>
        </w:tc>
      </w:tr>
      <w:tr w:rsidR="004B25B8" w:rsidRPr="007178AD">
        <w:trPr>
          <w:jc w:val="center"/>
        </w:trPr>
        <w:tc>
          <w:tcPr>
            <w:tcW w:w="396" w:type="dxa"/>
          </w:tcPr>
          <w:p w:rsidR="004B25B8" w:rsidRDefault="005D2361">
            <w:r>
              <w:rPr>
                <w:sz w:val="17"/>
              </w:rPr>
              <w:t>30</w:t>
            </w:r>
          </w:p>
        </w:tc>
        <w:tc>
          <w:tcPr>
            <w:tcW w:w="3061" w:type="dxa"/>
          </w:tcPr>
          <w:p w:rsidR="004B25B8" w:rsidRDefault="005D2361">
            <w:r>
              <w:rPr>
                <w:sz w:val="17"/>
              </w:rPr>
              <w:t>Проект: финансовый маршрут</w:t>
            </w:r>
          </w:p>
        </w:tc>
        <w:tc>
          <w:tcPr>
            <w:tcW w:w="453" w:type="dxa"/>
          </w:tcPr>
          <w:p w:rsidR="004B25B8" w:rsidRDefault="005D2361">
            <w:r>
              <w:rPr>
                <w:sz w:val="17"/>
              </w:rPr>
              <w:t>1</w:t>
            </w:r>
          </w:p>
        </w:tc>
        <w:tc>
          <w:tcPr>
            <w:tcW w:w="510" w:type="dxa"/>
          </w:tcPr>
          <w:p w:rsidR="004B25B8" w:rsidRDefault="005D2361">
            <w:r>
              <w:rPr>
                <w:sz w:val="17"/>
              </w:rPr>
              <w:t>—</w:t>
            </w:r>
          </w:p>
        </w:tc>
        <w:tc>
          <w:tcPr>
            <w:tcW w:w="567" w:type="dxa"/>
          </w:tcPr>
          <w:p w:rsidR="004B25B8" w:rsidRDefault="005D2361">
            <w:r>
              <w:rPr>
                <w:sz w:val="17"/>
              </w:rPr>
              <w:t>1</w:t>
            </w:r>
          </w:p>
        </w:tc>
        <w:tc>
          <w:tcPr>
            <w:tcW w:w="1304" w:type="dxa"/>
          </w:tcPr>
          <w:p w:rsidR="004B25B8" w:rsidRDefault="005D2361">
            <w:r>
              <w:rPr>
                <w:sz w:val="17"/>
              </w:rPr>
              <w:t>[по календарному графику]</w:t>
            </w:r>
          </w:p>
        </w:tc>
        <w:tc>
          <w:tcPr>
            <w:tcW w:w="3231" w:type="dxa"/>
          </w:tcPr>
          <w:p w:rsidR="004B25B8" w:rsidRPr="00132C52" w:rsidRDefault="005D2361">
            <w:pPr>
              <w:rPr>
                <w:lang w:val="ru-RU"/>
              </w:rPr>
            </w:pPr>
            <w:r w:rsidRPr="00132C52">
              <w:rPr>
                <w:sz w:val="17"/>
                <w:lang w:val="ru-RU"/>
              </w:rPr>
              <w:t>ФГИС «Моя школа»; РЭШ; «Финансовая культура» Банка России.</w:t>
            </w:r>
          </w:p>
        </w:tc>
      </w:tr>
      <w:tr w:rsidR="004B25B8" w:rsidRPr="007178AD">
        <w:trPr>
          <w:jc w:val="center"/>
        </w:trPr>
        <w:tc>
          <w:tcPr>
            <w:tcW w:w="396" w:type="dxa"/>
          </w:tcPr>
          <w:p w:rsidR="004B25B8" w:rsidRDefault="005D2361">
            <w:r>
              <w:rPr>
                <w:sz w:val="17"/>
              </w:rPr>
              <w:t>31</w:t>
            </w:r>
          </w:p>
        </w:tc>
        <w:tc>
          <w:tcPr>
            <w:tcW w:w="3061" w:type="dxa"/>
          </w:tcPr>
          <w:p w:rsidR="004B25B8" w:rsidRDefault="005D2361">
            <w:r>
              <w:rPr>
                <w:sz w:val="17"/>
              </w:rPr>
              <w:t>Защита проекта</w:t>
            </w:r>
          </w:p>
        </w:tc>
        <w:tc>
          <w:tcPr>
            <w:tcW w:w="453" w:type="dxa"/>
          </w:tcPr>
          <w:p w:rsidR="004B25B8" w:rsidRDefault="005D2361">
            <w:r>
              <w:rPr>
                <w:sz w:val="17"/>
              </w:rPr>
              <w:t>1</w:t>
            </w:r>
          </w:p>
        </w:tc>
        <w:tc>
          <w:tcPr>
            <w:tcW w:w="510" w:type="dxa"/>
          </w:tcPr>
          <w:p w:rsidR="004B25B8" w:rsidRDefault="005D2361">
            <w:r>
              <w:rPr>
                <w:sz w:val="17"/>
              </w:rPr>
              <w:t>—</w:t>
            </w:r>
          </w:p>
        </w:tc>
        <w:tc>
          <w:tcPr>
            <w:tcW w:w="567" w:type="dxa"/>
          </w:tcPr>
          <w:p w:rsidR="004B25B8" w:rsidRDefault="005D2361">
            <w:r>
              <w:rPr>
                <w:sz w:val="17"/>
              </w:rPr>
              <w:t>—</w:t>
            </w:r>
          </w:p>
        </w:tc>
        <w:tc>
          <w:tcPr>
            <w:tcW w:w="1304" w:type="dxa"/>
          </w:tcPr>
          <w:p w:rsidR="004B25B8" w:rsidRDefault="005D2361">
            <w:r>
              <w:rPr>
                <w:sz w:val="17"/>
              </w:rPr>
              <w:t>[по календарному графику]</w:t>
            </w:r>
          </w:p>
        </w:tc>
        <w:tc>
          <w:tcPr>
            <w:tcW w:w="3231" w:type="dxa"/>
          </w:tcPr>
          <w:p w:rsidR="004B25B8" w:rsidRPr="00132C52" w:rsidRDefault="005D2361">
            <w:pPr>
              <w:rPr>
                <w:lang w:val="ru-RU"/>
              </w:rPr>
            </w:pPr>
            <w:r w:rsidRPr="00132C52">
              <w:rPr>
                <w:sz w:val="17"/>
                <w:lang w:val="ru-RU"/>
              </w:rPr>
              <w:t>ФГИС «Моя школа»; РЭШ; «Финансовая культура» Банка России.</w:t>
            </w:r>
          </w:p>
        </w:tc>
      </w:tr>
      <w:tr w:rsidR="004B25B8" w:rsidRPr="007178AD">
        <w:trPr>
          <w:jc w:val="center"/>
        </w:trPr>
        <w:tc>
          <w:tcPr>
            <w:tcW w:w="396" w:type="dxa"/>
          </w:tcPr>
          <w:p w:rsidR="004B25B8" w:rsidRDefault="005D2361">
            <w:r>
              <w:rPr>
                <w:sz w:val="17"/>
              </w:rPr>
              <w:t>32</w:t>
            </w:r>
          </w:p>
        </w:tc>
        <w:tc>
          <w:tcPr>
            <w:tcW w:w="3061" w:type="dxa"/>
          </w:tcPr>
          <w:p w:rsidR="004B25B8" w:rsidRDefault="005D2361">
            <w:r>
              <w:rPr>
                <w:sz w:val="17"/>
              </w:rPr>
              <w:t>Повторение</w:t>
            </w:r>
          </w:p>
        </w:tc>
        <w:tc>
          <w:tcPr>
            <w:tcW w:w="453" w:type="dxa"/>
          </w:tcPr>
          <w:p w:rsidR="004B25B8" w:rsidRDefault="005D2361">
            <w:r>
              <w:rPr>
                <w:sz w:val="17"/>
              </w:rPr>
              <w:t>1</w:t>
            </w:r>
          </w:p>
        </w:tc>
        <w:tc>
          <w:tcPr>
            <w:tcW w:w="510" w:type="dxa"/>
          </w:tcPr>
          <w:p w:rsidR="004B25B8" w:rsidRDefault="005D2361">
            <w:r>
              <w:rPr>
                <w:sz w:val="17"/>
              </w:rPr>
              <w:t>—</w:t>
            </w:r>
          </w:p>
        </w:tc>
        <w:tc>
          <w:tcPr>
            <w:tcW w:w="567" w:type="dxa"/>
          </w:tcPr>
          <w:p w:rsidR="004B25B8" w:rsidRDefault="005D2361">
            <w:r>
              <w:rPr>
                <w:sz w:val="17"/>
              </w:rPr>
              <w:t>—</w:t>
            </w:r>
          </w:p>
        </w:tc>
        <w:tc>
          <w:tcPr>
            <w:tcW w:w="1304" w:type="dxa"/>
          </w:tcPr>
          <w:p w:rsidR="004B25B8" w:rsidRDefault="005D2361">
            <w:r>
              <w:rPr>
                <w:sz w:val="17"/>
              </w:rPr>
              <w:t>[по календарному графику]</w:t>
            </w:r>
          </w:p>
        </w:tc>
        <w:tc>
          <w:tcPr>
            <w:tcW w:w="3231" w:type="dxa"/>
          </w:tcPr>
          <w:p w:rsidR="004B25B8" w:rsidRPr="00132C52" w:rsidRDefault="005D2361">
            <w:pPr>
              <w:rPr>
                <w:lang w:val="ru-RU"/>
              </w:rPr>
            </w:pPr>
            <w:r w:rsidRPr="00132C52">
              <w:rPr>
                <w:sz w:val="17"/>
                <w:lang w:val="ru-RU"/>
              </w:rPr>
              <w:t>ФГИС «Моя школа»; РЭШ; «Финансовая культура» Банка России.</w:t>
            </w:r>
          </w:p>
        </w:tc>
      </w:tr>
      <w:tr w:rsidR="004B25B8" w:rsidRPr="007178AD">
        <w:trPr>
          <w:jc w:val="center"/>
        </w:trPr>
        <w:tc>
          <w:tcPr>
            <w:tcW w:w="396" w:type="dxa"/>
          </w:tcPr>
          <w:p w:rsidR="004B25B8" w:rsidRDefault="005D2361">
            <w:r>
              <w:rPr>
                <w:sz w:val="17"/>
              </w:rPr>
              <w:t>33</w:t>
            </w:r>
          </w:p>
        </w:tc>
        <w:tc>
          <w:tcPr>
            <w:tcW w:w="3061" w:type="dxa"/>
          </w:tcPr>
          <w:p w:rsidR="004B25B8" w:rsidRDefault="005D2361">
            <w:r>
              <w:rPr>
                <w:sz w:val="17"/>
              </w:rPr>
              <w:t>Итоговая работа</w:t>
            </w:r>
          </w:p>
        </w:tc>
        <w:tc>
          <w:tcPr>
            <w:tcW w:w="453" w:type="dxa"/>
          </w:tcPr>
          <w:p w:rsidR="004B25B8" w:rsidRDefault="005D2361">
            <w:r>
              <w:rPr>
                <w:sz w:val="17"/>
              </w:rPr>
              <w:t>1</w:t>
            </w:r>
          </w:p>
        </w:tc>
        <w:tc>
          <w:tcPr>
            <w:tcW w:w="510" w:type="dxa"/>
          </w:tcPr>
          <w:p w:rsidR="004B25B8" w:rsidRDefault="005D2361">
            <w:r>
              <w:rPr>
                <w:sz w:val="17"/>
              </w:rPr>
              <w:t>1</w:t>
            </w:r>
          </w:p>
        </w:tc>
        <w:tc>
          <w:tcPr>
            <w:tcW w:w="567" w:type="dxa"/>
          </w:tcPr>
          <w:p w:rsidR="004B25B8" w:rsidRDefault="005D2361">
            <w:r>
              <w:rPr>
                <w:sz w:val="17"/>
              </w:rPr>
              <w:t>—</w:t>
            </w:r>
          </w:p>
        </w:tc>
        <w:tc>
          <w:tcPr>
            <w:tcW w:w="1304" w:type="dxa"/>
          </w:tcPr>
          <w:p w:rsidR="004B25B8" w:rsidRDefault="005D2361">
            <w:r>
              <w:rPr>
                <w:sz w:val="17"/>
              </w:rPr>
              <w:t>[по календарному графику]</w:t>
            </w:r>
          </w:p>
        </w:tc>
        <w:tc>
          <w:tcPr>
            <w:tcW w:w="3231" w:type="dxa"/>
          </w:tcPr>
          <w:p w:rsidR="004B25B8" w:rsidRPr="00132C52" w:rsidRDefault="005D2361">
            <w:pPr>
              <w:rPr>
                <w:lang w:val="ru-RU"/>
              </w:rPr>
            </w:pPr>
            <w:r w:rsidRPr="00132C52">
              <w:rPr>
                <w:sz w:val="17"/>
                <w:lang w:val="ru-RU"/>
              </w:rPr>
              <w:t>ФГИС «Моя школа»; РЭШ; «Финансовая культура» Банка России.</w:t>
            </w:r>
          </w:p>
        </w:tc>
      </w:tr>
      <w:tr w:rsidR="004B25B8" w:rsidRPr="007178AD">
        <w:trPr>
          <w:jc w:val="center"/>
        </w:trPr>
        <w:tc>
          <w:tcPr>
            <w:tcW w:w="396" w:type="dxa"/>
          </w:tcPr>
          <w:p w:rsidR="004B25B8" w:rsidRDefault="005D2361">
            <w:r>
              <w:rPr>
                <w:sz w:val="17"/>
              </w:rPr>
              <w:t>34</w:t>
            </w:r>
          </w:p>
        </w:tc>
        <w:tc>
          <w:tcPr>
            <w:tcW w:w="3061" w:type="dxa"/>
          </w:tcPr>
          <w:p w:rsidR="004B25B8" w:rsidRDefault="005D2361">
            <w:r>
              <w:rPr>
                <w:sz w:val="17"/>
              </w:rPr>
              <w:t>Рефлексия</w:t>
            </w:r>
          </w:p>
        </w:tc>
        <w:tc>
          <w:tcPr>
            <w:tcW w:w="453" w:type="dxa"/>
          </w:tcPr>
          <w:p w:rsidR="004B25B8" w:rsidRDefault="005D2361">
            <w:r>
              <w:rPr>
                <w:sz w:val="17"/>
              </w:rPr>
              <w:t>1</w:t>
            </w:r>
          </w:p>
        </w:tc>
        <w:tc>
          <w:tcPr>
            <w:tcW w:w="510" w:type="dxa"/>
          </w:tcPr>
          <w:p w:rsidR="004B25B8" w:rsidRDefault="005D2361">
            <w:r>
              <w:rPr>
                <w:sz w:val="17"/>
              </w:rPr>
              <w:t>—</w:t>
            </w:r>
          </w:p>
        </w:tc>
        <w:tc>
          <w:tcPr>
            <w:tcW w:w="567" w:type="dxa"/>
          </w:tcPr>
          <w:p w:rsidR="004B25B8" w:rsidRDefault="005D2361">
            <w:r>
              <w:rPr>
                <w:sz w:val="17"/>
              </w:rPr>
              <w:t>—</w:t>
            </w:r>
          </w:p>
        </w:tc>
        <w:tc>
          <w:tcPr>
            <w:tcW w:w="1304" w:type="dxa"/>
          </w:tcPr>
          <w:p w:rsidR="004B25B8" w:rsidRDefault="005D2361">
            <w:r>
              <w:rPr>
                <w:sz w:val="17"/>
              </w:rPr>
              <w:t>[по календарному графику]</w:t>
            </w:r>
          </w:p>
        </w:tc>
        <w:tc>
          <w:tcPr>
            <w:tcW w:w="3231" w:type="dxa"/>
          </w:tcPr>
          <w:p w:rsidR="004B25B8" w:rsidRPr="00132C52" w:rsidRDefault="005D2361">
            <w:pPr>
              <w:rPr>
                <w:lang w:val="ru-RU"/>
              </w:rPr>
            </w:pPr>
            <w:r w:rsidRPr="00132C52">
              <w:rPr>
                <w:sz w:val="17"/>
                <w:lang w:val="ru-RU"/>
              </w:rPr>
              <w:t>ФГИС «Моя школа»; РЭШ; «Финансовая культура» Банка России.</w:t>
            </w:r>
          </w:p>
        </w:tc>
      </w:tr>
    </w:tbl>
    <w:p w:rsidR="004B25B8" w:rsidRPr="00132C52" w:rsidRDefault="004B25B8">
      <w:pPr>
        <w:spacing w:after="40"/>
        <w:rPr>
          <w:lang w:val="ru-RU"/>
        </w:rPr>
      </w:pPr>
    </w:p>
    <w:p w:rsidR="004B25B8" w:rsidRPr="00132C52" w:rsidRDefault="005D2361">
      <w:pPr>
        <w:rPr>
          <w:lang w:val="ru-RU"/>
        </w:rPr>
      </w:pPr>
      <w:r w:rsidRPr="00132C52">
        <w:rPr>
          <w:lang w:val="ru-RU"/>
        </w:rPr>
        <w:br w:type="page"/>
      </w:r>
    </w:p>
    <w:p w:rsidR="004B25B8" w:rsidRPr="00132C52" w:rsidRDefault="005D2361">
      <w:pPr>
        <w:pStyle w:val="1"/>
        <w:spacing w:before="200" w:after="120"/>
        <w:rPr>
          <w:lang w:val="ru-RU"/>
        </w:rPr>
      </w:pPr>
      <w:r w:rsidRPr="00132C52">
        <w:rPr>
          <w:rFonts w:ascii="Times New Roman" w:hAnsi="Times New Roman"/>
          <w:sz w:val="26"/>
          <w:lang w:val="ru-RU"/>
        </w:rPr>
        <w:t>УЧЕБНО-МЕТОДИЧЕСКОЕ ОБЕСПЕЧЕНИЕ</w:t>
      </w:r>
    </w:p>
    <w:p w:rsidR="004B25B8" w:rsidRPr="00132C52" w:rsidRDefault="005D2361">
      <w:pPr>
        <w:spacing w:after="80"/>
        <w:ind w:firstLine="709"/>
        <w:rPr>
          <w:lang w:val="ru-RU"/>
        </w:rPr>
      </w:pPr>
      <w:r w:rsidRPr="00132C52">
        <w:rPr>
          <w:lang w:val="ru-RU"/>
        </w:rPr>
        <w:t>При реализации курса используются учебные материалы и цифровые образовательные ресурсы, включённые в федеральный перечень ЭОР в действующей редакции, а также материалы Банка России «Финансовая культура». Педагог отбирает материалы с учётом возраста обучающихся, требований информационной безопасности и локальных актов школы.</w:t>
      </w:r>
    </w:p>
    <w:p w:rsidR="004B25B8" w:rsidRPr="00132C52" w:rsidRDefault="005D2361">
      <w:pPr>
        <w:pStyle w:val="1"/>
        <w:spacing w:before="200" w:after="120"/>
        <w:rPr>
          <w:lang w:val="ru-RU"/>
        </w:rPr>
      </w:pPr>
      <w:r w:rsidRPr="00132C52">
        <w:rPr>
          <w:rFonts w:ascii="Times New Roman" w:hAnsi="Times New Roman"/>
          <w:sz w:val="26"/>
          <w:lang w:val="ru-RU"/>
        </w:rPr>
        <w:t>ФОРМЫ ОЦЕНИВАНИЯ</w:t>
      </w:r>
    </w:p>
    <w:p w:rsidR="004B25B8" w:rsidRDefault="005D2361">
      <w:pPr>
        <w:spacing w:after="80"/>
        <w:ind w:firstLine="709"/>
      </w:pPr>
      <w:r w:rsidRPr="00132C52">
        <w:rPr>
          <w:lang w:val="ru-RU"/>
        </w:rPr>
        <w:t xml:space="preserve">Текущий контроль осуществляется в форме наблюдения, практических заданий, кейсов, мини-проектов, самооценки. Итоговая оценка может быть представлена зачётом («зачтено» / «не зачтено») по критериям, установленным локальным актом образовательной организации. </w:t>
      </w:r>
      <w:r>
        <w:t>При реализации как внеурочной деятельности допускается безотметочное оценивание.</w:t>
      </w:r>
    </w:p>
    <w:p w:rsidR="00132C52" w:rsidRDefault="00132C52">
      <w:pPr>
        <w:spacing w:after="80"/>
        <w:ind w:firstLine="709"/>
      </w:pPr>
    </w:p>
    <w:p w:rsidR="00132C52" w:rsidRDefault="00132C52">
      <w:pPr>
        <w:spacing w:after="80"/>
        <w:ind w:firstLine="709"/>
      </w:pPr>
      <w:bookmarkStart w:id="0" w:name="_Hlk238286667"/>
      <w:r w:rsidRPr="00132C52">
        <w:rPr>
          <w:rFonts w:cs="Times New Roman"/>
          <w:sz w:val="16"/>
          <w:szCs w:val="16"/>
          <w:lang w:val="ru-RU"/>
        </w:rPr>
        <w:t xml:space="preserve">Материал разработан группой  </w:t>
      </w:r>
      <w:bookmarkStart w:id="1" w:name="_Hlk238294145"/>
      <w:r w:rsidRPr="00132C52">
        <w:rPr>
          <w:color w:val="000000"/>
          <w:sz w:val="16"/>
          <w:szCs w:val="16"/>
          <w:shd w:val="clear" w:color="auto" w:fill="FFFFFF"/>
          <w:lang w:val="ru-RU"/>
        </w:rPr>
        <w:t>Завуч_Директор_Советник</w:t>
      </w:r>
      <w:r w:rsidRPr="002406C3">
        <w:rPr>
          <w:color w:val="000000"/>
          <w:sz w:val="16"/>
          <w:szCs w:val="16"/>
          <w:shd w:val="clear" w:color="auto" w:fill="FFFFFF"/>
        </w:rPr>
        <w:t> </w:t>
      </w:r>
      <w:r w:rsidRPr="00132C52">
        <w:rPr>
          <w:color w:val="000000"/>
          <w:sz w:val="16"/>
          <w:szCs w:val="16"/>
          <w:shd w:val="clear" w:color="auto" w:fill="FFFFFF"/>
          <w:lang w:val="ru-RU"/>
        </w:rPr>
        <w:br/>
      </w:r>
      <w:bookmarkStart w:id="2" w:name="_Hlk238194191"/>
      <w:r w:rsidRPr="00132C52">
        <w:rPr>
          <w:color w:val="000000"/>
          <w:sz w:val="16"/>
          <w:szCs w:val="16"/>
          <w:shd w:val="clear" w:color="auto" w:fill="FFFFFF"/>
          <w:lang w:val="ru-RU"/>
        </w:rPr>
        <w:t xml:space="preserve">Мы в МАХ  </w:t>
      </w:r>
      <w:hyperlink r:id="rId8" w:history="1">
        <w:r w:rsidRPr="002406C3">
          <w:rPr>
            <w:rStyle w:val="aff8"/>
            <w:sz w:val="16"/>
            <w:szCs w:val="16"/>
            <w:shd w:val="clear" w:color="auto" w:fill="FFFFFF"/>
          </w:rPr>
          <w:t>https</w:t>
        </w:r>
        <w:r w:rsidRPr="00132C52">
          <w:rPr>
            <w:rStyle w:val="aff8"/>
            <w:sz w:val="16"/>
            <w:szCs w:val="16"/>
            <w:shd w:val="clear" w:color="auto" w:fill="FFFFFF"/>
            <w:lang w:val="ru-RU"/>
          </w:rPr>
          <w:t>://</w:t>
        </w:r>
        <w:r w:rsidRPr="002406C3">
          <w:rPr>
            <w:rStyle w:val="aff8"/>
            <w:sz w:val="16"/>
            <w:szCs w:val="16"/>
            <w:shd w:val="clear" w:color="auto" w:fill="FFFFFF"/>
          </w:rPr>
          <w:t>max</w:t>
        </w:r>
        <w:r w:rsidRPr="00132C52">
          <w:rPr>
            <w:rStyle w:val="aff8"/>
            <w:sz w:val="16"/>
            <w:szCs w:val="16"/>
            <w:shd w:val="clear" w:color="auto" w:fill="FFFFFF"/>
            <w:lang w:val="ru-RU"/>
          </w:rPr>
          <w:t>.</w:t>
        </w:r>
        <w:r w:rsidRPr="002406C3">
          <w:rPr>
            <w:rStyle w:val="aff8"/>
            <w:sz w:val="16"/>
            <w:szCs w:val="16"/>
            <w:shd w:val="clear" w:color="auto" w:fill="FFFFFF"/>
          </w:rPr>
          <w:t>ru</w:t>
        </w:r>
        <w:r w:rsidRPr="00132C52">
          <w:rPr>
            <w:rStyle w:val="aff8"/>
            <w:sz w:val="16"/>
            <w:szCs w:val="16"/>
            <w:shd w:val="clear" w:color="auto" w:fill="FFFFFF"/>
            <w:lang w:val="ru-RU"/>
          </w:rPr>
          <w:t>/</w:t>
        </w:r>
        <w:r w:rsidRPr="002406C3">
          <w:rPr>
            <w:rStyle w:val="aff8"/>
            <w:sz w:val="16"/>
            <w:szCs w:val="16"/>
            <w:shd w:val="clear" w:color="auto" w:fill="FFFFFF"/>
          </w:rPr>
          <w:t>deputy</w:t>
        </w:r>
        <w:r w:rsidRPr="00132C52">
          <w:rPr>
            <w:rStyle w:val="aff8"/>
            <w:sz w:val="16"/>
            <w:szCs w:val="16"/>
            <w:shd w:val="clear" w:color="auto" w:fill="FFFFFF"/>
            <w:lang w:val="ru-RU"/>
          </w:rPr>
          <w:t>_</w:t>
        </w:r>
        <w:r w:rsidRPr="002406C3">
          <w:rPr>
            <w:rStyle w:val="aff8"/>
            <w:sz w:val="16"/>
            <w:szCs w:val="16"/>
            <w:shd w:val="clear" w:color="auto" w:fill="FFFFFF"/>
          </w:rPr>
          <w:t>director</w:t>
        </w:r>
      </w:hyperlink>
      <w:r w:rsidRPr="00132C52">
        <w:rPr>
          <w:color w:val="000000"/>
          <w:sz w:val="16"/>
          <w:szCs w:val="16"/>
          <w:shd w:val="clear" w:color="auto" w:fill="FFFFFF"/>
          <w:lang w:val="ru-RU"/>
        </w:rPr>
        <w:br/>
        <w:t xml:space="preserve">                       Мы в ВК  </w:t>
      </w:r>
      <w:hyperlink r:id="rId9" w:tgtFrame="_blank" w:tooltip="https://vk.com/deputy_director" w:history="1">
        <w:r w:rsidRPr="002406C3">
          <w:rPr>
            <w:rStyle w:val="aff8"/>
            <w:sz w:val="16"/>
            <w:szCs w:val="16"/>
            <w:shd w:val="clear" w:color="auto" w:fill="FFFFFF"/>
          </w:rPr>
          <w:t>https</w:t>
        </w:r>
        <w:r w:rsidRPr="00132C52">
          <w:rPr>
            <w:rStyle w:val="aff8"/>
            <w:sz w:val="16"/>
            <w:szCs w:val="16"/>
            <w:shd w:val="clear" w:color="auto" w:fill="FFFFFF"/>
            <w:lang w:val="ru-RU"/>
          </w:rPr>
          <w:t>://</w:t>
        </w:r>
        <w:r w:rsidRPr="002406C3">
          <w:rPr>
            <w:rStyle w:val="aff8"/>
            <w:sz w:val="16"/>
            <w:szCs w:val="16"/>
            <w:shd w:val="clear" w:color="auto" w:fill="FFFFFF"/>
          </w:rPr>
          <w:t>vk</w:t>
        </w:r>
        <w:r w:rsidRPr="00132C52">
          <w:rPr>
            <w:rStyle w:val="aff8"/>
            <w:sz w:val="16"/>
            <w:szCs w:val="16"/>
            <w:shd w:val="clear" w:color="auto" w:fill="FFFFFF"/>
            <w:lang w:val="ru-RU"/>
          </w:rPr>
          <w:t>.</w:t>
        </w:r>
        <w:r w:rsidRPr="002406C3">
          <w:rPr>
            <w:rStyle w:val="aff8"/>
            <w:sz w:val="16"/>
            <w:szCs w:val="16"/>
            <w:shd w:val="clear" w:color="auto" w:fill="FFFFFF"/>
          </w:rPr>
          <w:t>com</w:t>
        </w:r>
        <w:r w:rsidRPr="00132C52">
          <w:rPr>
            <w:rStyle w:val="aff8"/>
            <w:sz w:val="16"/>
            <w:szCs w:val="16"/>
            <w:shd w:val="clear" w:color="auto" w:fill="FFFFFF"/>
            <w:lang w:val="ru-RU"/>
          </w:rPr>
          <w:t>/</w:t>
        </w:r>
        <w:r w:rsidRPr="002406C3">
          <w:rPr>
            <w:rStyle w:val="aff8"/>
            <w:sz w:val="16"/>
            <w:szCs w:val="16"/>
            <w:shd w:val="clear" w:color="auto" w:fill="FFFFFF"/>
          </w:rPr>
          <w:t>deputy</w:t>
        </w:r>
        <w:r w:rsidRPr="00132C52">
          <w:rPr>
            <w:rStyle w:val="aff8"/>
            <w:sz w:val="16"/>
            <w:szCs w:val="16"/>
            <w:shd w:val="clear" w:color="auto" w:fill="FFFFFF"/>
            <w:lang w:val="ru-RU"/>
          </w:rPr>
          <w:t>_</w:t>
        </w:r>
        <w:r w:rsidRPr="002406C3">
          <w:rPr>
            <w:rStyle w:val="aff8"/>
            <w:sz w:val="16"/>
            <w:szCs w:val="16"/>
            <w:shd w:val="clear" w:color="auto" w:fill="FFFFFF"/>
          </w:rPr>
          <w:t>director</w:t>
        </w:r>
      </w:hyperlink>
      <w:r w:rsidRPr="002406C3">
        <w:rPr>
          <w:color w:val="000000"/>
          <w:sz w:val="16"/>
          <w:szCs w:val="16"/>
          <w:shd w:val="clear" w:color="auto" w:fill="FFFFFF"/>
        </w:rPr>
        <w:t>            </w:t>
      </w:r>
      <w:bookmarkEnd w:id="1"/>
      <w:bookmarkEnd w:id="2"/>
      <w:r w:rsidRPr="00132C52">
        <w:rPr>
          <w:color w:val="000000"/>
          <w:sz w:val="16"/>
          <w:szCs w:val="16"/>
          <w:lang w:val="ru-RU"/>
        </w:rPr>
        <w:br/>
      </w:r>
      <w:r w:rsidRPr="00132C52">
        <w:rPr>
          <w:rFonts w:cs="Times New Roman"/>
          <w:color w:val="000000"/>
          <w:sz w:val="16"/>
          <w:szCs w:val="16"/>
          <w:shd w:val="clear" w:color="auto" w:fill="FFFFFF"/>
          <w:lang w:val="ru-RU"/>
        </w:rPr>
        <w:t>В других группах и беседах размещать только с активной ссылкой на нашу группу или ЧЕРЕЗ РЕПОСТ (без скрытия источника)</w:t>
      </w:r>
      <w:r w:rsidRPr="00132C52">
        <w:rPr>
          <w:rFonts w:cs="Times New Roman"/>
          <w:color w:val="000000"/>
          <w:sz w:val="16"/>
          <w:szCs w:val="16"/>
          <w:shd w:val="clear" w:color="auto" w:fill="FFFFFF"/>
          <w:lang w:val="ru-RU"/>
        </w:rPr>
        <w:br/>
      </w:r>
      <w:r w:rsidRPr="00132C52">
        <w:rPr>
          <w:rStyle w:val="af7"/>
          <w:rFonts w:ascii="Segoe UI" w:hAnsi="Segoe UI" w:cs="Segoe UI"/>
          <w:color w:val="000000"/>
          <w:sz w:val="16"/>
          <w:szCs w:val="16"/>
          <w:shd w:val="clear" w:color="auto" w:fill="FFFFFF"/>
          <w:lang w:val="ru-RU"/>
        </w:rPr>
        <w:t xml:space="preserve">распространение или любое иное использование информации и объектов без предварительного согласия правообладателя запрещается. </w:t>
      </w:r>
      <w:r w:rsidRPr="002406C3">
        <w:rPr>
          <w:rStyle w:val="af7"/>
          <w:rFonts w:ascii="Segoe UI" w:hAnsi="Segoe UI" w:cs="Segoe UI"/>
          <w:color w:val="000000"/>
          <w:sz w:val="16"/>
          <w:szCs w:val="16"/>
          <w:shd w:val="clear" w:color="auto" w:fill="FFFFFF"/>
        </w:rPr>
        <w:t>(Статья 146 УК РФ)</w:t>
      </w:r>
      <w:r w:rsidRPr="002406C3">
        <w:rPr>
          <w:rFonts w:cs="Times New Roman"/>
          <w:color w:val="000000"/>
          <w:sz w:val="16"/>
          <w:szCs w:val="16"/>
          <w:shd w:val="clear" w:color="auto" w:fill="FFFFFF"/>
        </w:rPr>
        <w:br/>
      </w:r>
      <w:bookmarkStart w:id="3" w:name="_GoBack"/>
      <w:bookmarkEnd w:id="0"/>
      <w:bookmarkEnd w:id="3"/>
    </w:p>
    <w:sectPr w:rsidR="00132C52" w:rsidSect="00034616">
      <w:footerReference w:type="default" r:id="rId10"/>
      <w:pgSz w:w="12240" w:h="15840"/>
      <w:pgMar w:top="964" w:right="850" w:bottom="964" w:left="102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24E79" w:rsidRDefault="00024E79">
      <w:pPr>
        <w:spacing w:after="0"/>
      </w:pPr>
      <w:r>
        <w:separator/>
      </w:r>
    </w:p>
  </w:endnote>
  <w:endnote w:type="continuationSeparator" w:id="0">
    <w:p w:rsidR="00024E79" w:rsidRDefault="00024E79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78AD" w:rsidRPr="00132C52" w:rsidRDefault="007178AD">
    <w:pPr>
      <w:pStyle w:val="a7"/>
      <w:jc w:val="center"/>
      <w:rPr>
        <w:lang w:val="ru-RU"/>
      </w:rPr>
    </w:pPr>
    <w:r w:rsidRPr="00132C52">
      <w:rPr>
        <w:sz w:val="18"/>
        <w:lang w:val="ru-RU"/>
      </w:rPr>
      <w:t>Рабочая программа курса «Финансовая грамотность»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24E79" w:rsidRDefault="00024E79">
      <w:pPr>
        <w:spacing w:after="0"/>
      </w:pPr>
      <w:r>
        <w:separator/>
      </w:r>
    </w:p>
  </w:footnote>
  <w:footnote w:type="continuationSeparator" w:id="0">
    <w:p w:rsidR="00024E79" w:rsidRDefault="00024E79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</w:compat>
  <w:rsids>
    <w:rsidRoot w:val="00B47730"/>
    <w:rsid w:val="00024E79"/>
    <w:rsid w:val="00034616"/>
    <w:rsid w:val="0006063C"/>
    <w:rsid w:val="00132C52"/>
    <w:rsid w:val="0015074B"/>
    <w:rsid w:val="0029639D"/>
    <w:rsid w:val="00326F90"/>
    <w:rsid w:val="003D6FA9"/>
    <w:rsid w:val="004B25B8"/>
    <w:rsid w:val="005D2361"/>
    <w:rsid w:val="007178AD"/>
    <w:rsid w:val="009E72CD"/>
    <w:rsid w:val="00AA1D8D"/>
    <w:rsid w:val="00B47730"/>
    <w:rsid w:val="00CB0664"/>
    <w:rsid w:val="00FC69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  <w:pPr>
      <w:spacing w:line="240" w:lineRule="auto"/>
    </w:pPr>
    <w:rPr>
      <w:rFonts w:ascii="Times New Roman" w:hAnsi="Times New Roman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000000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000000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aff8">
    <w:name w:val="Hyperlink"/>
    <w:basedOn w:val="a2"/>
    <w:uiPriority w:val="99"/>
    <w:unhideWhenUsed/>
    <w:rsid w:val="00132C52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x.ru/deputy_directo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vk.com/deputy_directo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1CFECF7-C767-446F-A587-A15269F239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3465</Words>
  <Characters>19755</Characters>
  <Application>Microsoft Office Word</Application>
  <DocSecurity>0</DocSecurity>
  <Lines>164</Lines>
  <Paragraphs>46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23174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Уткина Юлия Владимировна</cp:lastModifiedBy>
  <cp:revision>2</cp:revision>
  <dcterms:created xsi:type="dcterms:W3CDTF">2026-08-26T16:39:00Z</dcterms:created>
  <dcterms:modified xsi:type="dcterms:W3CDTF">2026-08-26T16:39:00Z</dcterms:modified>
</cp:coreProperties>
</file>